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  <w:r>
        <w:rPr>
          <w:rFonts w:ascii="Times New Roman" w:hAnsi="Times New Roman" w:eastAsia="Times New Roman" w:cs="Times New Roman"/>
          <w:b/>
          <w:sz w:val="24"/>
        </w:rPr>
        <w:tab/>
      </w:r>
      <w:r>
        <w:rPr>
          <w:rFonts w:ascii="Times New Roman" w:hAnsi="Times New Roman" w:eastAsia="Times New Roman" w:cs="Times New Roman"/>
          <w:b/>
          <w:sz w:val="24"/>
        </w:rPr>
        <w:t xml:space="preserve">SAMPLE </w:t>
      </w:r>
      <w:r>
        <w:rPr>
          <w:rFonts w:ascii="Times New Roman" w:hAnsi="Times New Roman" w:eastAsia="Times New Roman" w:cs="Times New Roman"/>
          <w:b/>
          <w:sz w:val="24"/>
        </w:rPr>
        <w:t>LIMITED LIABILTY COMPANY MEETING MINUTES</w:t>
      </w:r>
    </w:p>
    <w:p>
      <w:pPr>
        <w:jc w:val="center"/>
      </w:pPr>
      <w:r>
        <w:rPr>
          <w:rFonts w:ascii="Times New Roman" w:hAnsi="Times New Roman" w:eastAsia="Times New Roman" w:cs="Times New Roman"/>
          <w:b/>
          <w:sz w:val="24"/>
        </w:rPr>
        <w:t>ABC TECHNOLOGY PARTNERS, LLC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I. MEETING DETAILS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Meeting Leader: </w:t>
      </w:r>
      <w:r>
        <w:rPr>
          <w:rFonts w:ascii="Times New Roman" w:hAnsi="Times New Roman" w:eastAsia="Times New Roman" w:cs="Times New Roman"/>
          <w:sz w:val="24"/>
        </w:rPr>
        <w:t>Jackie Page, President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Secretary: </w:t>
      </w:r>
      <w:r>
        <w:rPr>
          <w:rFonts w:ascii="Times New Roman" w:hAnsi="Times New Roman" w:eastAsia="Times New Roman" w:cs="Times New Roman"/>
          <w:sz w:val="24"/>
        </w:rPr>
        <w:t>Robert Carter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Date: </w:t>
      </w:r>
      <w:r>
        <w:rPr>
          <w:rFonts w:ascii="Times New Roman" w:hAnsi="Times New Roman" w:eastAsia="Times New Roman" w:cs="Times New Roman"/>
          <w:sz w:val="24"/>
        </w:rPr>
        <w:t>January 6</w:t>
      </w:r>
      <w:r>
        <w:rPr>
          <w:rFonts w:ascii="Times New Roman" w:hAnsi="Times New Roman" w:eastAsia="Times New Roman" w:cs="Times New Roman"/>
          <w:sz w:val="24"/>
        </w:rPr>
        <w:t>th</w:t>
      </w:r>
      <w:r>
        <w:rPr>
          <w:rFonts w:ascii="Times New Roman" w:hAnsi="Times New Roman" w:eastAsia="Times New Roman" w:cs="Times New Roman"/>
          <w:sz w:val="24"/>
        </w:rPr>
        <w:t>, 2020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Time: </w:t>
      </w:r>
      <w:r>
        <w:rPr>
          <w:rFonts w:ascii="Times New Roman" w:hAnsi="Times New Roman" w:eastAsia="Times New Roman" w:cs="Times New Roman"/>
          <w:sz w:val="24"/>
        </w:rPr>
        <w:t>8:30 AM EST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Location: </w:t>
      </w:r>
      <w:r>
        <w:rPr>
          <w:rFonts w:ascii="Times New Roman" w:hAnsi="Times New Roman" w:eastAsia="Times New Roman" w:cs="Times New Roman"/>
          <w:sz w:val="24"/>
        </w:rPr>
        <w:t xml:space="preserve">ABC Headquarters Building, Conference Room B 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Street Address: </w:t>
      </w:r>
      <w:r>
        <w:rPr>
          <w:rFonts w:ascii="Times New Roman" w:hAnsi="Times New Roman" w:eastAsia="Times New Roman" w:cs="Times New Roman"/>
          <w:sz w:val="24"/>
        </w:rPr>
        <w:t>9000 NW 8</w:t>
      </w:r>
      <w:r>
        <w:rPr>
          <w:rFonts w:ascii="Times New Roman" w:hAnsi="Times New Roman" w:eastAsia="Times New Roman" w:cs="Times New Roman"/>
          <w:sz w:val="24"/>
        </w:rPr>
        <w:t>th</w:t>
      </w:r>
      <w:r>
        <w:rPr>
          <w:rFonts w:ascii="Times New Roman" w:hAnsi="Times New Roman" w:eastAsia="Times New Roman" w:cs="Times New Roman"/>
          <w:sz w:val="24"/>
        </w:rPr>
        <w:t xml:space="preserve"> ST.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City: </w:t>
      </w:r>
      <w:r>
        <w:rPr>
          <w:rFonts w:ascii="Times New Roman" w:hAnsi="Times New Roman" w:eastAsia="Times New Roman" w:cs="Times New Roman"/>
          <w:sz w:val="24"/>
        </w:rPr>
        <w:t xml:space="preserve">Tampa              </w:t>
      </w:r>
      <w:r>
        <w:rPr>
          <w:rFonts w:ascii="Times New Roman" w:hAnsi="Times New Roman" w:eastAsia="Times New Roman" w:cs="Times New Roman"/>
          <w:sz w:val="24"/>
        </w:rPr>
        <w:t xml:space="preserve">State: </w:t>
      </w:r>
      <w:r>
        <w:rPr>
          <w:rFonts w:ascii="Times New Roman" w:hAnsi="Times New Roman" w:eastAsia="Times New Roman" w:cs="Times New Roman"/>
          <w:sz w:val="24"/>
        </w:rPr>
        <w:t xml:space="preserve">Florida             </w:t>
      </w:r>
      <w:r>
        <w:rPr>
          <w:rFonts w:ascii="Times New Roman" w:hAnsi="Times New Roman" w:eastAsia="Times New Roman" w:cs="Times New Roman"/>
          <w:sz w:val="24"/>
        </w:rPr>
        <w:t xml:space="preserve">Zip: </w:t>
      </w:r>
      <w:r>
        <w:rPr>
          <w:rFonts w:ascii="Times New Roman" w:hAnsi="Times New Roman" w:eastAsia="Times New Roman" w:cs="Times New Roman"/>
          <w:sz w:val="24"/>
        </w:rPr>
        <w:t>00011-0009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II. ROLL CALL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Quorum </w:t>
      </w:r>
      <w:r>
        <w:rPr>
          <w:rFonts w:ascii="Times New Roman" w:hAnsi="Times New Roman" w:eastAsia="Times New Roman" w:cs="Times New Roman"/>
          <w:b/>
          <w:sz w:val="24"/>
        </w:rPr>
        <w:t>confirmed</w:t>
      </w:r>
      <w:r>
        <w:rPr>
          <w:rFonts w:ascii="Times New Roman" w:hAnsi="Times New Roman" w:eastAsia="Times New Roman" w:cs="Times New Roman"/>
          <w:sz w:val="24"/>
        </w:rPr>
        <w:t xml:space="preserve"> with the following members in attendance: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Jackie Page, President;</w:t>
      </w:r>
    </w:p>
    <w:p>
      <w:pPr/>
      <w:r>
        <w:rPr>
          <w:rFonts w:ascii="Times New Roman" w:hAnsi="Times New Roman" w:eastAsia="Times New Roman" w:cs="Times New Roman"/>
          <w:sz w:val="24"/>
        </w:rPr>
        <w:t>Robert Carter, Secretary;</w:t>
      </w:r>
    </w:p>
    <w:p>
      <w:pPr/>
      <w:r>
        <w:rPr>
          <w:rFonts w:ascii="Times New Roman" w:hAnsi="Times New Roman" w:eastAsia="Times New Roman" w:cs="Times New Roman"/>
          <w:sz w:val="24"/>
        </w:rPr>
        <w:t>Frank Scone;</w:t>
      </w:r>
    </w:p>
    <w:p>
      <w:pPr/>
      <w:r>
        <w:rPr>
          <w:rFonts w:ascii="Times New Roman" w:hAnsi="Times New Roman" w:eastAsia="Times New Roman" w:cs="Times New Roman"/>
          <w:sz w:val="24"/>
        </w:rPr>
        <w:t>Stephanie Lowe;</w:t>
      </w:r>
    </w:p>
    <w:p>
      <w:pPr/>
      <w:r>
        <w:rPr>
          <w:rFonts w:ascii="Times New Roman" w:hAnsi="Times New Roman" w:eastAsia="Times New Roman" w:cs="Times New Roman"/>
          <w:sz w:val="24"/>
        </w:rPr>
        <w:t>Stan Smith;</w:t>
      </w:r>
    </w:p>
    <w:p>
      <w:pPr/>
      <w:r>
        <w:rPr>
          <w:rFonts w:ascii="Times New Roman" w:hAnsi="Times New Roman" w:eastAsia="Times New Roman" w:cs="Times New Roman"/>
          <w:sz w:val="24"/>
        </w:rPr>
        <w:t>Camila Stevens;</w:t>
      </w:r>
    </w:p>
    <w:p>
      <w:pPr/>
      <w:r>
        <w:rPr>
          <w:rFonts w:ascii="Times New Roman" w:hAnsi="Times New Roman" w:eastAsia="Times New Roman" w:cs="Times New Roman"/>
          <w:sz w:val="24"/>
        </w:rPr>
        <w:t>Jane Harvard;</w:t>
      </w:r>
    </w:p>
    <w:p>
      <w:pPr/>
      <w:r>
        <w:rPr>
          <w:rFonts w:ascii="Times New Roman" w:hAnsi="Times New Roman" w:eastAsia="Times New Roman" w:cs="Times New Roman"/>
          <w:sz w:val="24"/>
        </w:rPr>
        <w:t>Howard Bee.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No recorded absentees. All members were present. 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III. CALL TO ORDER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Meeting called to order by President Page – Mr. Carter – 8:35 AM EST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Distribution of prior meeting minutes – Mr. Carter – 8:37 AM EST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Meeting Agenda distributed to members for approval – Mr. Carter – 8:40 AM EST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The attendees </w:t>
      </w:r>
      <w:r>
        <w:rPr>
          <w:rFonts w:ascii="Times New Roman" w:hAnsi="Times New Roman" w:eastAsia="Times New Roman" w:cs="Times New Roman"/>
          <w:b/>
          <w:sz w:val="24"/>
        </w:rPr>
        <w:t>approved current agenda unanimously</w:t>
      </w:r>
      <w:r>
        <w:rPr>
          <w:rFonts w:ascii="Times New Roman" w:hAnsi="Times New Roman" w:eastAsia="Times New Roman" w:cs="Times New Roman"/>
          <w:sz w:val="24"/>
        </w:rPr>
        <w:t xml:space="preserve"> without any motions to amend, change, or otherwise alter the items. 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IV. OLD BUSINESS</w:t>
      </w:r>
      <w:r>
        <w:rPr>
          <w:rFonts w:ascii="Times New Roman" w:hAnsi="Times New Roman" w:eastAsia="Times New Roman" w:cs="Times New Roman"/>
          <w:sz w:val="24"/>
        </w:rPr>
        <w:t xml:space="preserve">.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Election of new LLC operations manager – President Page – 8:45 AM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The attendees discussed the election of a new LLC manager, as Mr. Johnson stepped down last month. 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Vote h</w:t>
      </w:r>
      <w:r>
        <w:rPr>
          <w:rFonts w:ascii="Times New Roman" w:hAnsi="Times New Roman" w:eastAsia="Times New Roman" w:cs="Times New Roman"/>
          <w:sz w:val="24"/>
        </w:rPr>
        <w:t xml:space="preserve">eld by all attendees: Resolution passed 6-2. 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Members vote Stephanie Lowe as interim Manager.</w:t>
      </w:r>
      <w:r>
        <w:rPr>
          <w:rFonts w:ascii="Times New Roman" w:hAnsi="Times New Roman" w:eastAsia="Times New Roman" w:cs="Times New Roman"/>
          <w:sz w:val="24"/>
        </w:rPr>
        <w:t xml:space="preserve"> 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V. NEW BUSINESS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Reviewing and submitting financial reports – President Page – 9:20 AM </w:t>
      </w:r>
    </w:p>
    <w:p>
      <w:pPr/>
      <w:r>
        <w:rPr>
          <w:rFonts w:ascii="Times New Roman" w:hAnsi="Times New Roman" w:eastAsia="Times New Roman" w:cs="Times New Roman"/>
          <w:sz w:val="24"/>
        </w:rPr>
        <w:br/>
        <w:t xml:space="preserve">Members from each department submit financial reports for approval. Discussion over CY-2020 numbers soon followed. 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 xml:space="preserve">All financial statements were approved and submitted unanimously – 9:50 AM 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VI. OTHER ITEMS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Round-robin discussion for all members – All attendees – 10:00 AM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In alphabetical order, all attendees shared input regarding financial reports and upcoming goals for the LLC in 2020. 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VII. ADJOURNMENT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Meeting minutes approved unanimously by all attendees – Mr. Carter – 11:30 AM EST</w:t>
      </w:r>
    </w:p>
    <w:p>
      <w:pPr/>
      <w:r>
        <w:rPr>
          <w:rFonts w:ascii="Times New Roman" w:hAnsi="Times New Roman" w:eastAsia="Times New Roman" w:cs="Times New Roman"/>
          <w:b/>
          <w:sz w:val="24"/>
        </w:rPr>
        <w:br/>
        <w:t>Meeting adjourned by President Page – Mr. Carter – 11:35 AM EST</w:t>
      </w:r>
    </w:p>
    <w:p>
      <w:pPr/>
    </w:p>
    <w:p>
      <w:pPr/>
    </w:p>
    <w:p>
      <w:pPr/>
    </w:p>
    <w:p>
      <w:pPr/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Submitted by: ______________________                Print Name: </w:t>
      </w:r>
      <w:r>
        <w:rPr>
          <w:rFonts w:ascii="Times New Roman" w:hAnsi="Times New Roman" w:eastAsia="Times New Roman" w:cs="Times New Roman"/>
          <w:sz w:val="24"/>
        </w:rPr>
        <w:t>Robert Carter</w:t>
      </w:r>
    </w:p>
    <w:p>
      <w:pPr/>
    </w:p>
    <w:p>
      <w:pPr/>
    </w:p>
    <w:p>
      <w:pPr/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Approved by: ______________________                  Print Name: </w:t>
      </w:r>
      <w:r>
        <w:rPr>
          <w:rFonts w:ascii="Times New Roman" w:hAnsi="Times New Roman" w:eastAsia="Times New Roman" w:cs="Times New Roman"/>
          <w:sz w:val="24"/>
        </w:rPr>
        <w:t>Jackie Page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