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b/>
          <w:sz w:val="24"/>
        </w:rPr>
        <w:tab/>
      </w:r>
      <w:r>
        <w:rPr>
          <w:rFonts w:ascii="Times New Roman" w:hAnsi="Times New Roman" w:eastAsia="Times New Roman" w:cs="Times New Roman"/>
          <w:b/>
          <w:sz w:val="24"/>
        </w:rPr>
        <w:t xml:space="preserve">SAMPLE </w:t>
      </w:r>
      <w:r>
        <w:rPr>
          <w:rFonts w:ascii="Times New Roman" w:hAnsi="Times New Roman" w:eastAsia="Times New Roman" w:cs="Times New Roman"/>
          <w:b/>
          <w:sz w:val="24"/>
        </w:rPr>
        <w:t>MONTHLY MEETING MINUTES FOR</w:t>
      </w:r>
    </w:p>
    <w:p>
      <w:pPr>
        <w:jc w:val="center"/>
      </w:pPr>
      <w:r>
        <w:rPr>
          <w:rFonts w:ascii="Times New Roman" w:hAnsi="Times New Roman" w:eastAsia="Times New Roman" w:cs="Times New Roman"/>
          <w:b/>
          <w:sz w:val="24"/>
        </w:rPr>
        <w:t>ADVANTAGE COMPUTING PARTNERS</w:t>
      </w:r>
    </w:p>
    <w:p>
      <w:pPr/>
    </w:p>
    <w:p>
      <w:pPr/>
      <w:r>
        <w:rPr>
          <w:rFonts w:ascii="Times New Roman" w:hAnsi="Times New Roman" w:eastAsia="Times New Roman" w:cs="Times New Roman"/>
          <w:b/>
          <w:sz w:val="24"/>
        </w:rPr>
        <w:t>I. MEETING DETAILS.</w:t>
      </w:r>
    </w:p>
    <w:p>
      <w:pPr/>
    </w:p>
    <w:p>
      <w:pPr/>
      <w:r>
        <w:rPr>
          <w:rFonts w:ascii="Times New Roman" w:hAnsi="Times New Roman" w:eastAsia="Times New Roman" w:cs="Times New Roman"/>
          <w:sz w:val="24"/>
        </w:rPr>
        <w:t xml:space="preserve">Meeting Leader: </w:t>
      </w:r>
      <w:r>
        <w:rPr>
          <w:rFonts w:ascii="Times New Roman" w:hAnsi="Times New Roman" w:eastAsia="Times New Roman" w:cs="Times New Roman"/>
          <w:sz w:val="24"/>
        </w:rPr>
        <w:t>Eric Langston, CEO</w:t>
      </w:r>
    </w:p>
    <w:p>
      <w:pPr/>
      <w:r>
        <w:rPr>
          <w:rFonts w:ascii="Times New Roman" w:hAnsi="Times New Roman" w:eastAsia="Times New Roman" w:cs="Times New Roman"/>
          <w:sz w:val="24"/>
        </w:rPr>
        <w:t xml:space="preserve">Secretary: </w:t>
      </w:r>
      <w:r>
        <w:rPr>
          <w:rFonts w:ascii="Times New Roman" w:hAnsi="Times New Roman" w:eastAsia="Times New Roman" w:cs="Times New Roman"/>
          <w:sz w:val="24"/>
        </w:rPr>
        <w:t>Natalia Goodman</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January 6</w:t>
      </w:r>
      <w:r>
        <w:rPr>
          <w:rFonts w:ascii="Times New Roman" w:hAnsi="Times New Roman" w:eastAsia="Times New Roman" w:cs="Times New Roman"/>
          <w:sz w:val="24"/>
        </w:rPr>
        <w:t>th</w:t>
      </w:r>
      <w:r>
        <w:rPr>
          <w:rFonts w:ascii="Times New Roman" w:hAnsi="Times New Roman" w:eastAsia="Times New Roman" w:cs="Times New Roman"/>
          <w:sz w:val="24"/>
        </w:rPr>
        <w:t>, 2020</w:t>
      </w:r>
    </w:p>
    <w:p>
      <w:pPr/>
      <w:r>
        <w:rPr>
          <w:rFonts w:ascii="Times New Roman" w:hAnsi="Times New Roman" w:eastAsia="Times New Roman" w:cs="Times New Roman"/>
          <w:sz w:val="24"/>
        </w:rPr>
        <w:t xml:space="preserve">Time: </w:t>
      </w:r>
      <w:r>
        <w:rPr>
          <w:rFonts w:ascii="Times New Roman" w:hAnsi="Times New Roman" w:eastAsia="Times New Roman" w:cs="Times New Roman"/>
          <w:sz w:val="24"/>
        </w:rPr>
        <w:t>9:00 AM (Pacific Time)</w:t>
      </w:r>
    </w:p>
    <w:p>
      <w:pPr/>
    </w:p>
    <w:p>
      <w:pPr/>
      <w:r>
        <w:rPr>
          <w:rFonts w:ascii="Times New Roman" w:hAnsi="Times New Roman" w:eastAsia="Times New Roman" w:cs="Times New Roman"/>
          <w:sz w:val="24"/>
        </w:rPr>
        <w:t xml:space="preserve">Location: </w:t>
      </w:r>
      <w:r>
        <w:rPr>
          <w:rFonts w:ascii="Times New Roman" w:hAnsi="Times New Roman" w:eastAsia="Times New Roman" w:cs="Times New Roman"/>
          <w:sz w:val="24"/>
        </w:rPr>
        <w:t>Main Office Building, Room 18</w:t>
      </w:r>
    </w:p>
    <w:p>
      <w:pPr/>
      <w:r>
        <w:rPr>
          <w:rFonts w:ascii="Times New Roman" w:hAnsi="Times New Roman" w:eastAsia="Times New Roman" w:cs="Times New Roman"/>
          <w:sz w:val="24"/>
        </w:rPr>
        <w:t xml:space="preserve">Street Address: </w:t>
      </w:r>
      <w:r>
        <w:rPr>
          <w:rFonts w:ascii="Times New Roman" w:hAnsi="Times New Roman" w:eastAsia="Times New Roman" w:cs="Times New Roman"/>
          <w:sz w:val="24"/>
        </w:rPr>
        <w:t>9000 NW 8</w:t>
      </w:r>
      <w:r>
        <w:rPr>
          <w:rFonts w:ascii="Times New Roman" w:hAnsi="Times New Roman" w:eastAsia="Times New Roman" w:cs="Times New Roman"/>
          <w:sz w:val="24"/>
        </w:rPr>
        <w:t>TH</w:t>
      </w:r>
      <w:r>
        <w:rPr>
          <w:rFonts w:ascii="Times New Roman" w:hAnsi="Times New Roman" w:eastAsia="Times New Roman" w:cs="Times New Roman"/>
          <w:sz w:val="24"/>
        </w:rPr>
        <w:t xml:space="preserve"> ST. </w:t>
      </w:r>
    </w:p>
    <w:p>
      <w:pPr/>
      <w:r>
        <w:rPr>
          <w:rFonts w:ascii="Times New Roman" w:hAnsi="Times New Roman" w:eastAsia="Times New Roman" w:cs="Times New Roman"/>
          <w:sz w:val="24"/>
        </w:rPr>
        <w:t xml:space="preserve">City: </w:t>
      </w:r>
      <w:r>
        <w:rPr>
          <w:rFonts w:ascii="Times New Roman" w:hAnsi="Times New Roman" w:eastAsia="Times New Roman" w:cs="Times New Roman"/>
          <w:sz w:val="24"/>
        </w:rPr>
        <w:t>San Francisco</w:t>
      </w:r>
    </w:p>
    <w:p>
      <w:pPr/>
      <w:r>
        <w:rPr>
          <w:rFonts w:ascii="Times New Roman" w:hAnsi="Times New Roman" w:eastAsia="Times New Roman" w:cs="Times New Roman"/>
          <w:sz w:val="24"/>
        </w:rPr>
        <w:t xml:space="preserve">State: </w:t>
      </w:r>
      <w:r>
        <w:rPr>
          <w:rFonts w:ascii="Times New Roman" w:hAnsi="Times New Roman" w:eastAsia="Times New Roman" w:cs="Times New Roman"/>
          <w:sz w:val="24"/>
        </w:rPr>
        <w:t xml:space="preserve">California             </w:t>
      </w:r>
      <w:r>
        <w:rPr>
          <w:rFonts w:ascii="Times New Roman" w:hAnsi="Times New Roman" w:eastAsia="Times New Roman" w:cs="Times New Roman"/>
          <w:sz w:val="24"/>
        </w:rPr>
        <w:t xml:space="preserve">Zip: </w:t>
      </w:r>
      <w:r>
        <w:rPr>
          <w:rFonts w:ascii="Times New Roman" w:hAnsi="Times New Roman" w:eastAsia="Times New Roman" w:cs="Times New Roman"/>
          <w:sz w:val="24"/>
        </w:rPr>
        <w:t>00001-3339</w:t>
      </w:r>
    </w:p>
    <w:p>
      <w:pPr/>
    </w:p>
    <w:p>
      <w:pPr/>
      <w:r>
        <w:rPr>
          <w:rFonts w:ascii="Times New Roman" w:hAnsi="Times New Roman" w:eastAsia="Times New Roman" w:cs="Times New Roman"/>
          <w:b/>
          <w:sz w:val="24"/>
        </w:rPr>
        <w:t>II. ATTENDEES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Eric Langston (CEO), Natalia Goodman (Secretary), Stephanie Hanes, Madison Stone, Robert Antoine, Wayne Williamson. </w:t>
      </w:r>
    </w:p>
    <w:p>
      <w:pPr/>
    </w:p>
    <w:p>
      <w:pPr/>
      <w:r>
        <w:rPr>
          <w:rFonts w:ascii="Times New Roman" w:hAnsi="Times New Roman" w:eastAsia="Times New Roman" w:cs="Times New Roman"/>
          <w:b/>
          <w:sz w:val="24"/>
        </w:rPr>
        <w:t>III. ABSENCES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Rebecca Frankfurt. </w:t>
      </w:r>
    </w:p>
    <w:p>
      <w:pPr/>
    </w:p>
    <w:p>
      <w:pPr/>
      <w:r>
        <w:rPr>
          <w:rFonts w:ascii="Times New Roman" w:hAnsi="Times New Roman" w:eastAsia="Times New Roman" w:cs="Times New Roman"/>
          <w:b/>
          <w:sz w:val="24"/>
        </w:rPr>
        <w:t>IV. CALL TO ORDER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Distribution of Previous Meeting Minutes – Eric Langston – 9:05 AM</w:t>
      </w:r>
    </w:p>
    <w:p>
      <w:pPr/>
    </w:p>
    <w:p>
      <w:pPr/>
      <w:r>
        <w:rPr>
          <w:rFonts w:ascii="Times New Roman" w:hAnsi="Times New Roman" w:eastAsia="Times New Roman" w:cs="Times New Roman"/>
          <w:sz w:val="24"/>
        </w:rPr>
        <w:t xml:space="preserve">Mr. Langston called the meeting to order after a five (5) minute grace period for arrivals. First order of business was approving last week’s meeting minutes. Attendees voted unanimously to </w:t>
      </w:r>
      <w:r>
        <w:rPr>
          <w:rFonts w:ascii="Times New Roman" w:hAnsi="Times New Roman" w:eastAsia="Times New Roman" w:cs="Times New Roman"/>
          <w:sz w:val="24"/>
        </w:rPr>
        <w:t>approve</w:t>
      </w:r>
      <w:r>
        <w:rPr>
          <w:rFonts w:ascii="Times New Roman" w:hAnsi="Times New Roman" w:eastAsia="Times New Roman" w:cs="Times New Roman"/>
          <w:sz w:val="24"/>
        </w:rPr>
        <w:t xml:space="preserve"> the minutes. </w:t>
      </w:r>
    </w:p>
    <w:p>
      <w:pPr/>
    </w:p>
    <w:p>
      <w:pPr/>
      <w:r>
        <w:rPr>
          <w:rFonts w:ascii="Times New Roman" w:hAnsi="Times New Roman" w:eastAsia="Times New Roman" w:cs="Times New Roman"/>
          <w:sz w:val="24"/>
        </w:rPr>
        <w:t>Approval of Current Meeting Agenda – Eric Langston – 9:15 AM</w:t>
      </w:r>
    </w:p>
    <w:p>
      <w:pPr/>
    </w:p>
    <w:p>
      <w:pPr/>
      <w:r>
        <w:rPr>
          <w:rFonts w:ascii="Times New Roman" w:hAnsi="Times New Roman" w:eastAsia="Times New Roman" w:cs="Times New Roman"/>
          <w:sz w:val="24"/>
        </w:rPr>
        <w:t xml:space="preserve">Attendees were each given an agenda prior to the meeting via email. </w:t>
      </w:r>
    </w:p>
    <w:p>
      <w:pPr/>
    </w:p>
    <w:p>
      <w:pPr/>
      <w:r>
        <w:rPr>
          <w:rFonts w:ascii="Times New Roman" w:hAnsi="Times New Roman" w:eastAsia="Times New Roman" w:cs="Times New Roman"/>
          <w:sz w:val="24"/>
        </w:rPr>
        <w:t xml:space="preserve">No motions to add/omit any items of the agenda. The agenda was unanimously </w:t>
      </w:r>
      <w:r>
        <w:rPr>
          <w:rFonts w:ascii="Times New Roman" w:hAnsi="Times New Roman" w:eastAsia="Times New Roman" w:cs="Times New Roman"/>
          <w:sz w:val="24"/>
        </w:rPr>
        <w:t>approved</w:t>
      </w:r>
      <w:r>
        <w:rPr>
          <w:rFonts w:ascii="Times New Roman" w:hAnsi="Times New Roman" w:eastAsia="Times New Roman" w:cs="Times New Roman"/>
          <w:sz w:val="24"/>
        </w:rPr>
        <w:t xml:space="preserve"> by all attendees at 9:20 AM. </w:t>
      </w:r>
    </w:p>
    <w:p>
      <w:pPr/>
    </w:p>
    <w:p>
      <w:pPr/>
      <w:r>
        <w:rPr>
          <w:rFonts w:ascii="Times New Roman" w:hAnsi="Times New Roman" w:eastAsia="Times New Roman" w:cs="Times New Roman"/>
          <w:b/>
          <w:sz w:val="24"/>
        </w:rPr>
        <w:t>V. OLD BUSINESS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Quarterly Reports – Eric Langston – 9:25 AM</w:t>
      </w:r>
    </w:p>
    <w:p>
      <w:pPr/>
    </w:p>
    <w:p>
      <w:pPr/>
      <w:r>
        <w:rPr>
          <w:rFonts w:ascii="Times New Roman" w:hAnsi="Times New Roman" w:eastAsia="Times New Roman" w:cs="Times New Roman"/>
          <w:sz w:val="24"/>
        </w:rPr>
        <w:t xml:space="preserve">Q-2 report reviewed at the lead of Mr. Langston. Metrics were compared to the goals set by management last quarter. Attendees inquired about outstanding items that went undiscussed during last month’s meeting—particularly the sales drop in software integration systems. </w:t>
      </w:r>
    </w:p>
    <w:p>
      <w:pPr/>
    </w:p>
    <w:p>
      <w:pPr/>
      <w:r>
        <w:rPr>
          <w:rFonts w:ascii="Times New Roman" w:hAnsi="Times New Roman" w:eastAsia="Times New Roman" w:cs="Times New Roman"/>
          <w:sz w:val="24"/>
        </w:rPr>
        <w:t>Employment Handbook Changes – Eric Langston – 9:45 AM</w:t>
      </w:r>
    </w:p>
    <w:p>
      <w:pPr/>
    </w:p>
    <w:p>
      <w:pPr/>
      <w:r>
        <w:rPr>
          <w:rFonts w:ascii="Times New Roman" w:hAnsi="Times New Roman" w:eastAsia="Times New Roman" w:cs="Times New Roman"/>
          <w:sz w:val="24"/>
        </w:rPr>
        <w:t xml:space="preserve">As mentioned in last month’s meeting, new guidelines were added to the amended Employee Handbook in accordance with changes to federal law. All employees must provide their digital signature through the employee online platform. Three (3) signatories are still missing. </w:t>
      </w:r>
    </w:p>
    <w:p>
      <w:pPr/>
    </w:p>
    <w:p>
      <w:pPr/>
      <w:r>
        <w:rPr>
          <w:rFonts w:ascii="Times New Roman" w:hAnsi="Times New Roman" w:eastAsia="Times New Roman" w:cs="Times New Roman"/>
          <w:b/>
          <w:sz w:val="24"/>
        </w:rPr>
        <w:t>VI. NEW BUSINESS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Assignment of Monthly Tasks – Stephanie Hanes – 10:15 AM </w:t>
      </w:r>
    </w:p>
    <w:p>
      <w:pPr/>
    </w:p>
    <w:p>
      <w:pPr/>
      <w:r>
        <w:rPr>
          <w:rFonts w:ascii="Times New Roman" w:hAnsi="Times New Roman" w:eastAsia="Times New Roman" w:cs="Times New Roman"/>
          <w:sz w:val="24"/>
        </w:rPr>
        <w:t xml:space="preserve">Monthly tasks were assigned to each employee by their respective departmental head. The sales branch was given potential leads per the new quarterly reports. Whereas, the computing engineering team was tasked with correcting errors in the retrieval of client data. </w:t>
      </w:r>
    </w:p>
    <w:p>
      <w:pPr/>
    </w:p>
    <w:p>
      <w:pPr/>
      <w:r>
        <w:rPr>
          <w:rFonts w:ascii="Times New Roman" w:hAnsi="Times New Roman" w:eastAsia="Times New Roman" w:cs="Times New Roman"/>
          <w:sz w:val="24"/>
        </w:rPr>
        <w:t xml:space="preserve">Distribution of Monthly Goals Document – Stephanie Hanes – 10:40 AM </w:t>
      </w:r>
    </w:p>
    <w:p>
      <w:pPr/>
    </w:p>
    <w:p>
      <w:pPr/>
      <w:r>
        <w:rPr>
          <w:rFonts w:ascii="Times New Roman" w:hAnsi="Times New Roman" w:eastAsia="Times New Roman" w:cs="Times New Roman"/>
          <w:sz w:val="24"/>
        </w:rPr>
        <w:t xml:space="preserve">A simple one-page document containing company-specific sales goals was distributed to all attendees. </w:t>
      </w:r>
    </w:p>
    <w:p>
      <w:pPr/>
    </w:p>
    <w:p>
      <w:pPr/>
    </w:p>
    <w:p>
      <w:pPr/>
      <w:r>
        <w:rPr>
          <w:rFonts w:ascii="Times New Roman" w:hAnsi="Times New Roman" w:eastAsia="Times New Roman" w:cs="Times New Roman"/>
          <w:b/>
          <w:sz w:val="24"/>
        </w:rPr>
        <w:t>VII. OTHER ITEMS</w:t>
      </w:r>
      <w:r>
        <w:rPr>
          <w:rFonts w:ascii="Times New Roman" w:hAnsi="Times New Roman" w:eastAsia="Times New Roman" w:cs="Times New Roman"/>
          <w:sz w:val="24"/>
        </w:rPr>
        <w:t>.</w:t>
      </w:r>
    </w:p>
    <w:p>
      <w:pPr/>
    </w:p>
    <w:p>
      <w:pPr/>
      <w:r>
        <w:rPr>
          <w:rFonts w:ascii="Times New Roman" w:hAnsi="Times New Roman" w:eastAsia="Times New Roman" w:cs="Times New Roman"/>
          <w:sz w:val="24"/>
        </w:rPr>
        <w:t>Round-Robin Discussion – All Attendees – 10:45 AM</w:t>
      </w:r>
    </w:p>
    <w:p>
      <w:pPr/>
    </w:p>
    <w:p>
      <w:pPr/>
      <w:r>
        <w:rPr>
          <w:rFonts w:ascii="Times New Roman" w:hAnsi="Times New Roman" w:eastAsia="Times New Roman" w:cs="Times New Roman"/>
          <w:sz w:val="24"/>
        </w:rPr>
        <w:t xml:space="preserve">All attendees were encouraged to contribute their input, ask questions, and raise any concerns that have come to light since the start of the meeting or since last month’s meeting. </w:t>
      </w:r>
    </w:p>
    <w:p>
      <w:pPr/>
    </w:p>
    <w:p>
      <w:pPr/>
      <w:r>
        <w:rPr>
          <w:rFonts w:ascii="Times New Roman" w:hAnsi="Times New Roman" w:eastAsia="Times New Roman" w:cs="Times New Roman"/>
          <w:sz w:val="24"/>
        </w:rPr>
        <w:t xml:space="preserve">A majority of attendees had questions regarding the new federal guidelines that would affect how client information is stored. Langston is set to follow-up via email with a detailed description of changes. </w:t>
      </w:r>
    </w:p>
    <w:p>
      <w:pPr/>
    </w:p>
    <w:p>
      <w:pPr/>
      <w:r>
        <w:rPr>
          <w:rFonts w:ascii="Times New Roman" w:hAnsi="Times New Roman" w:eastAsia="Times New Roman" w:cs="Times New Roman"/>
          <w:b/>
          <w:sz w:val="24"/>
        </w:rPr>
        <w:t>VIII. ADJOURNMENT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Meeting Minutes Approval &amp; Conclusion – All Attendees – 10:57 AM</w:t>
      </w:r>
    </w:p>
    <w:p>
      <w:pPr/>
    </w:p>
    <w:p>
      <w:pPr/>
      <w:r>
        <w:rPr>
          <w:rFonts w:ascii="Times New Roman" w:hAnsi="Times New Roman" w:eastAsia="Times New Roman" w:cs="Times New Roman"/>
          <w:sz w:val="24"/>
        </w:rPr>
        <w:t xml:space="preserve">Everyone in attendance </w:t>
      </w:r>
      <w:r>
        <w:rPr>
          <w:rFonts w:ascii="Times New Roman" w:hAnsi="Times New Roman" w:eastAsia="Times New Roman" w:cs="Times New Roman"/>
          <w:sz w:val="24"/>
        </w:rPr>
        <w:t>approved</w:t>
      </w:r>
      <w:r>
        <w:rPr>
          <w:rFonts w:ascii="Times New Roman" w:hAnsi="Times New Roman" w:eastAsia="Times New Roman" w:cs="Times New Roman"/>
          <w:sz w:val="24"/>
        </w:rPr>
        <w:t xml:space="preserve"> minutes unanimously. </w:t>
      </w:r>
    </w:p>
    <w:p>
      <w:pPr/>
    </w:p>
    <w:p>
      <w:pPr/>
      <w:r>
        <w:rPr>
          <w:rFonts w:ascii="Times New Roman" w:hAnsi="Times New Roman" w:eastAsia="Times New Roman" w:cs="Times New Roman"/>
          <w:b/>
          <w:sz w:val="24"/>
        </w:rPr>
        <w:t xml:space="preserve">Meeting Adjourned – 11:00 AM </w:t>
      </w:r>
    </w:p>
    <w:p>
      <w:pPr/>
    </w:p>
    <w:p>
      <w:pPr/>
    </w:p>
    <w:p>
      <w:pPr/>
    </w:p>
    <w:p>
      <w:pPr/>
    </w:p>
    <w:p>
      <w:pPr/>
      <w:r>
        <w:rPr>
          <w:rFonts w:ascii="Times New Roman" w:hAnsi="Times New Roman" w:eastAsia="Times New Roman" w:cs="Times New Roman"/>
          <w:sz w:val="24"/>
        </w:rPr>
        <w:t xml:space="preserve">Submitted by: ___________________              Print Name: </w:t>
      </w:r>
      <w:r>
        <w:rPr>
          <w:rFonts w:ascii="Times New Roman" w:hAnsi="Times New Roman" w:eastAsia="Times New Roman" w:cs="Times New Roman"/>
          <w:sz w:val="24"/>
        </w:rPr>
        <w:t>Natalia Goodman</w:t>
      </w:r>
    </w:p>
    <w:p>
      <w:pPr/>
    </w:p>
    <w:p>
      <w:pPr/>
    </w:p>
    <w:p>
      <w:pPr/>
    </w:p>
    <w:p>
      <w:pPr/>
    </w:p>
    <w:p>
      <w:pPr/>
      <w:r>
        <w:rPr>
          <w:rFonts w:ascii="Times New Roman" w:hAnsi="Times New Roman" w:eastAsia="Times New Roman" w:cs="Times New Roman"/>
          <w:sz w:val="24"/>
        </w:rPr>
        <w:t xml:space="preserve">Approved by: ___________________               Print Name: </w:t>
      </w:r>
      <w:r>
        <w:rPr>
          <w:rFonts w:ascii="Times New Roman" w:hAnsi="Times New Roman" w:eastAsia="Times New Roman" w:cs="Times New Roman"/>
          <w:sz w:val="24"/>
        </w:rPr>
        <w:t>Eric Langston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