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SAMPLE </w:t>
      </w:r>
      <w:r>
        <w:rPr>
          <w:rFonts w:ascii="Times New Roman" w:hAnsi="Times New Roman" w:eastAsia="Times New Roman" w:cs="Times New Roman"/>
          <w:b/>
          <w:sz w:val="24"/>
        </w:rPr>
        <w:t>NON-PROFIT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THE GENERAL FOUNDATION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Meeting Leader: </w:t>
      </w:r>
      <w:r>
        <w:rPr>
          <w:rFonts w:ascii="Times New Roman" w:hAnsi="Times New Roman" w:eastAsia="Times New Roman" w:cs="Times New Roman"/>
          <w:sz w:val="24"/>
        </w:rPr>
        <w:t>Robert Page, President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Penny Carter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January 6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, 2020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8:30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Foundation Center Building, Conference Room A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9000 NW 8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 xml:space="preserve"> ST.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 xml:space="preserve">Jacksonville         </w:t>
      </w:r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Florida         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00011-0009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Quorum </w:t>
      </w:r>
      <w:r>
        <w:rPr>
          <w:rFonts w:ascii="Times New Roman" w:hAnsi="Times New Roman" w:eastAsia="Times New Roman" w:cs="Times New Roman"/>
          <w:b/>
          <w:sz w:val="24"/>
        </w:rPr>
        <w:t>confirmed</w:t>
      </w:r>
      <w:r>
        <w:rPr>
          <w:rFonts w:ascii="Times New Roman" w:hAnsi="Times New Roman" w:eastAsia="Times New Roman" w:cs="Times New Roman"/>
          <w:sz w:val="24"/>
        </w:rPr>
        <w:t xml:space="preserve"> with the following eight (8) members in attendance: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Robert Page, President;</w:t>
      </w:r>
    </w:p>
    <w:p>
      <w:pPr/>
      <w:r>
        <w:rPr>
          <w:rFonts w:ascii="Times New Roman" w:hAnsi="Times New Roman" w:eastAsia="Times New Roman" w:cs="Times New Roman"/>
          <w:sz w:val="24"/>
        </w:rPr>
        <w:t>Penny Carter, Secretary;</w:t>
      </w:r>
    </w:p>
    <w:p>
      <w:pPr/>
      <w:r>
        <w:rPr>
          <w:rFonts w:ascii="Times New Roman" w:hAnsi="Times New Roman" w:eastAsia="Times New Roman" w:cs="Times New Roman"/>
          <w:sz w:val="24"/>
        </w:rPr>
        <w:t>Frank Cone;</w:t>
      </w:r>
    </w:p>
    <w:p>
      <w:pPr/>
      <w:r>
        <w:rPr>
          <w:rFonts w:ascii="Times New Roman" w:hAnsi="Times New Roman" w:eastAsia="Times New Roman" w:cs="Times New Roman"/>
          <w:sz w:val="24"/>
        </w:rPr>
        <w:t>Jennifer Lowe;</w:t>
      </w:r>
    </w:p>
    <w:p>
      <w:pPr/>
      <w:r>
        <w:rPr>
          <w:rFonts w:ascii="Times New Roman" w:hAnsi="Times New Roman" w:eastAsia="Times New Roman" w:cs="Times New Roman"/>
          <w:sz w:val="24"/>
        </w:rPr>
        <w:t>Stan Smith;</w:t>
      </w:r>
    </w:p>
    <w:p>
      <w:pPr/>
      <w:r>
        <w:rPr>
          <w:rFonts w:ascii="Times New Roman" w:hAnsi="Times New Roman" w:eastAsia="Times New Roman" w:cs="Times New Roman"/>
          <w:sz w:val="24"/>
        </w:rPr>
        <w:t>James Stevens;</w:t>
      </w:r>
    </w:p>
    <w:p>
      <w:pPr/>
      <w:r>
        <w:rPr>
          <w:rFonts w:ascii="Times New Roman" w:hAnsi="Times New Roman" w:eastAsia="Times New Roman" w:cs="Times New Roman"/>
          <w:sz w:val="24"/>
        </w:rPr>
        <w:t>Jane Yale;</w:t>
      </w:r>
    </w:p>
    <w:p>
      <w:pPr/>
      <w:r>
        <w:rPr>
          <w:rFonts w:ascii="Times New Roman" w:hAnsi="Times New Roman" w:eastAsia="Times New Roman" w:cs="Times New Roman"/>
          <w:sz w:val="24"/>
        </w:rPr>
        <w:t>Howard Stanley.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Two (2) notable absences: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Xavier Cole (excused);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Stanley Francisco (excused).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called to order by President Page – Mrs. Carter – 8:35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Distribution of prior meeting minutes – Mrs. Carter – 8:38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Meeting Agenda distributed to members for approval – Mrs. Carter – 8:40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attendees </w:t>
      </w:r>
      <w:r>
        <w:rPr>
          <w:rFonts w:ascii="Times New Roman" w:hAnsi="Times New Roman" w:eastAsia="Times New Roman" w:cs="Times New Roman"/>
          <w:b/>
          <w:sz w:val="24"/>
        </w:rPr>
        <w:t>approved current agenda unanimously</w:t>
      </w:r>
      <w:r>
        <w:rPr>
          <w:rFonts w:ascii="Times New Roman" w:hAnsi="Times New Roman" w:eastAsia="Times New Roman" w:cs="Times New Roman"/>
          <w:sz w:val="24"/>
        </w:rPr>
        <w:t xml:space="preserve"> without any motions to amend, change, or otherwise alter the items.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Selection of a new spokesperson for our foundation – President Page – 8:45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attendees discussed the election of spokesperson, as Ms. Johnson stepped down last month.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(cont. next page)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Vote held by all attendees: Resolution passed 7-1.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Members vote Jennifer Lowe as interim Spokesperson.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Reviewing and approving annual financial reports – President Page – 9:20 AM </w:t>
      </w:r>
    </w:p>
    <w:p>
      <w:pPr/>
      <w:r>
        <w:rPr>
          <w:rFonts w:ascii="Times New Roman" w:hAnsi="Times New Roman" w:eastAsia="Times New Roman" w:cs="Times New Roman"/>
          <w:sz w:val="24"/>
        </w:rPr>
        <w:br/>
        <w:t xml:space="preserve">Members from each branch reviewed financial reports for approval. Discussion over 2019 numbers soon followed.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All financial statements were approved and submitted unanimously – 9:50 AM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Round-robin discussion for all members – All attendees – 10:00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no particular order, all attendees shared input regarding upcoming vision for the organization’s plans in 2020.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New priorities were set and agreed upon – All attendees – 11:15 AM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minutes approved unanimously by all attendees – Mrs. Carter – 11:30 AM EST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br/>
        <w:t>Meeting adjourned by President Page – Mrs. Carter – 11:35 AM EST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______________________         Print Name: </w:t>
      </w:r>
      <w:r>
        <w:rPr>
          <w:rFonts w:ascii="Times New Roman" w:hAnsi="Times New Roman" w:eastAsia="Times New Roman" w:cs="Times New Roman"/>
          <w:sz w:val="24"/>
        </w:rPr>
        <w:t>Robert Page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______________________          Print Name: </w:t>
      </w:r>
      <w:r>
        <w:rPr>
          <w:rFonts w:ascii="Times New Roman" w:hAnsi="Times New Roman" w:eastAsia="Times New Roman" w:cs="Times New Roman"/>
          <w:sz w:val="24"/>
        </w:rPr>
        <w:t>Penny Carter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