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Satisfaction and Release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Effective Date: [Date]</w:t>
      </w:r>
    </w:p>
    <w:p>
      <w:pPr>
        <w:keepNext w:val="0"/>
        <w:spacing w:before="200" w:after="0" w:line="260" w:lineRule="exact"/>
        <w:ind w:left="360" w:right="0" w:firstLine="0"/>
        <w:jc w:val="both"/>
      </w:pPr>
      <w:r>
        <w:rPr>
          <w:rFonts w:ascii="Times New Roman" w:hAnsi="Times New Roman" w:eastAsia="Times New Roman" w:cs="Times New Roman"/>
          <w:b w:val="0"/>
          <w:sz w:val="24"/>
        </w:rPr>
        <w:t>[Full legal name of payee] ("</w:t>
      </w:r>
      <w:r>
        <w:rPr>
          <w:rFonts w:ascii="Times New Roman" w:hAnsi="Times New Roman" w:eastAsia="Times New Roman" w:cs="Times New Roman"/>
          <w:b/>
          <w:sz w:val="24"/>
        </w:rPr>
        <w:t>Company</w:t>
      </w:r>
      <w:r>
        <w:rPr>
          <w:rFonts w:ascii="Times New Roman" w:hAnsi="Times New Roman" w:eastAsia="Times New Roman" w:cs="Times New Roman"/>
          <w:b w:val="0"/>
          <w:sz w:val="24"/>
        </w:rPr>
        <w: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sz w:val="24"/>
        </w:rPr>
        <w:t>an</w:t>
      </w:r>
      <w:r>
        <w:rPr>
          <w:rFonts w:ascii="Times New Roman" w:hAnsi="Times New Roman" w:eastAsia="Times New Roman" w:cs="Times New Roman"/>
          <w:b w:val="0"/>
          <w:sz w:val="24"/>
        </w:rPr>
        <w:t>] [form of organization and jurisdiction; i.e.,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Arizona limited liability company"], with its principal offices located at [address], acknowledges receipt of all amounts (including interest) due and owing to Company by [full legal name of maker] ("</w:t>
      </w:r>
      <w:r>
        <w:rPr>
          <w:rFonts w:ascii="Times New Roman" w:hAnsi="Times New Roman" w:eastAsia="Times New Roman" w:cs="Times New Roman"/>
          <w:b/>
          <w:sz w:val="24"/>
        </w:rPr>
        <w:t>Debtor</w:t>
      </w:r>
      <w:r>
        <w:rPr>
          <w:rFonts w:ascii="Times New Roman" w:hAnsi="Times New Roman" w:eastAsia="Times New Roman" w:cs="Times New Roman"/>
          <w:b w:val="0"/>
          <w:sz w:val="24"/>
        </w:rPr>
        <w:t xml:space="preserve">"), [form of organization and jurisdiction], with its principal offices located at [address], pursuant to and in conformance with that certain promissory note entered into by Debtor in favor of Company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which is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w:t>
      </w:r>
      <w:r>
        <w:rPr>
          <w:rFonts w:ascii="Times New Roman" w:hAnsi="Times New Roman" w:eastAsia="Times New Roman" w:cs="Times New Roman"/>
          <w:b/>
          <w:sz w:val="24"/>
        </w:rPr>
        <w:t>Promissory Note</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As such, and in consideration of the full payment of [full payment made by Debtor] due under the Promissory Note, Company hereby releases and forever discharges Debtor, along with Debtor's officers, directors, parent, subsidiaries, employees, agents, affiliates, successors, and assigns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"Affiliated Party"), from and against any and all claims, complaints, causes of action, demands, damages, obligations, liabilities, losses, promises, agreements, controversies, penalties, expenses, and executions of any kind or nature whatsoever, whether known or unknown, actual or potential, whether arising in law or in equity, which Company may have, may have had, or may in the future obtain, arising out of or related to Debtor's obligations under the Promissory Note ("Release"). Company hereby surrenders the Promissory Note as cancelled. Company represents and warrants that that it has not filed any action or initiated any other proceeding with any court or government authority against or involving Debtor that may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against Debtor or any Affiliated Party in connection with the Promissory Note.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Company has executed this release on the Effective Date.</w:t>
      </w:r>
    </w:p>
    <w:p>
      <w:pPr>
        <w:keepNext w:val="0"/>
        <w:spacing w:before="120" w:after="0" w:line="260" w:lineRule="exact"/>
        <w:ind w:left="360" w:right="0" w:firstLine="0"/>
        <w:jc w:val="left"/>
      </w:pPr>
      <w:r>
        <w:rPr>
          <w:rFonts w:ascii="Times New Roman" w:hAnsi="Times New Roman" w:eastAsia="Times New Roman" w:cs="Times New Roman"/>
          <w:b/>
          <w:sz w:val="24"/>
        </w:rPr>
        <w:t>[FULL LEGAL NAME OF COMPANY]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[Name]</w:t>
      </w:r>
    </w:p>
    <w:p>
      <w:pPr>
        <w:keepNext w:val="0"/>
        <w:spacing w:before="120" w:after="0" w:line="260" w:lineRule="exact"/>
        <w:ind w:left="360" w:right="0" w:firstLine="0"/>
        <w:jc w:val="left"/>
      </w:pPr>
      <w:r>
        <w:rPr>
          <w:rFonts w:ascii="Times New Roman" w:hAnsi="Times New Roman" w:eastAsia="Times New Roman" w:cs="Times New Roman"/>
          <w:b w:val="0"/>
          <w:sz w:val="24"/>
        </w:rPr>
        <w:t>Its: [Title]</w:t>
      </w:r>
    </w:p>
    <w:p>
      <w:pPr/>
    </w:p>
    <w:p>
      <w:pPr>
        <w:keepNext w:val="0"/>
        <w:spacing w:before="120" w:after="0" w:line="260" w:lineRule="exact"/>
        <w:ind w:left="360" w:right="0" w:firstLine="0"/>
        <w:jc w:val="left"/>
      </w:pPr>
      <w:r>
        <w:rPr>
          <w:rFonts w:ascii="Times New Roman" w:hAnsi="Times New Roman" w:eastAsia="Times New Roman" w:cs="Times New Roman"/>
          <w:b/>
          <w:sz w:val="24"/>
        </w:rPr>
        <w:t>ACKNOWLEDGMENT</w:t>
      </w:r>
    </w:p>
    <w:p>
      <w:pPr>
        <w:keepNext w:val="0"/>
        <w:spacing w:before="200" w:after="0" w:line="260" w:lineRule="exact"/>
        <w:ind w:left="720" w:right="0" w:firstLine="0"/>
        <w:jc w:val="both"/>
      </w:pPr>
      <w:r>
        <w:rPr>
          <w:rFonts w:ascii="Times New Roman" w:hAnsi="Times New Roman" w:eastAsia="Times New Roman" w:cs="Times New Roman"/>
          <w:b w:val="0"/>
          <w:sz w:val="24"/>
        </w:rPr>
        <w:t>State of [State]</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Before me, the undersigned authority, on this day personally appeared [name of signer], known to me to be the person whose name is subscribed to the foregoing instrument, and acknowledged to me that ["he" or "she," as applicable] executed the same for the purposes and consideration therein expressed.</w:t>
      </w:r>
    </w:p>
    <w:p>
      <w:pPr>
        <w:keepNext w:val="0"/>
        <w:spacing w:before="200" w:after="0" w:line="260" w:lineRule="exact"/>
        <w:ind w:left="720" w:right="0" w:firstLine="0"/>
        <w:jc w:val="both"/>
      </w:pPr>
      <w:r>
        <w:rPr>
          <w:rFonts w:ascii="Times New Roman" w:hAnsi="Times New Roman" w:eastAsia="Times New Roman" w:cs="Times New Roman"/>
          <w:b w:val="0"/>
          <w:sz w:val="24"/>
        </w:rPr>
        <w:t>Given under my hand and seal of office [date].</w:t>
      </w:r>
    </w:p>
    <w:p>
      <w:pPr>
        <w:keepNext w:val="0"/>
        <w:spacing w:before="120" w:after="0" w:line="260" w:lineRule="exact"/>
        <w:ind w:left="720" w:right="0" w:firstLine="0"/>
        <w:jc w:val="left"/>
      </w:pPr>
      <w:r>
        <w:rPr>
          <w:rFonts w:ascii="Times New Roman" w:hAnsi="Times New Roman" w:eastAsia="Times New Roman" w:cs="Times New Roman"/>
          <w:b w:val="0"/>
          <w:sz w:val="24"/>
        </w:rPr>
        <w:t>[Apply notarial 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w:t>
      </w:r>
    </w:p>
    <w:p>
      <w:pPr>
        <w:keepNext w:val="0"/>
        <w:spacing w:before="120" w:after="0" w:line="260" w:lineRule="exact"/>
        <w:ind w:left="720" w:right="0" w:firstLine="0"/>
        <w:jc w:val="left"/>
      </w:pPr>
      <w:r>
        <w:rPr>
          <w:rFonts w:ascii="Times New Roman" w:hAnsi="Times New Roman" w:eastAsia="Times New Roman" w:cs="Times New Roman"/>
          <w:b w:val="0"/>
          <w:sz w:val="24"/>
        </w:rPr>
        <w:t>[Typed name]</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in and for</w:t>
      </w:r>
    </w:p>
    <w:p>
      <w:pPr>
        <w:keepNext w:val="0"/>
        <w:spacing w:before="120" w:after="0" w:line="260" w:lineRule="exact"/>
        <w:ind w:left="720" w:right="0" w:firstLine="0"/>
        <w:jc w:val="left"/>
      </w:pPr>
      <w:r>
        <w:rPr>
          <w:rFonts w:ascii="Times New Roman" w:hAnsi="Times New Roman" w:eastAsia="Times New Roman" w:cs="Times New Roman"/>
          <w:b w:val="0"/>
          <w:sz w:val="24"/>
        </w:rPr>
        <w:t>[County], [state].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