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Satisfaction of Mortgage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[name of the mortgagor],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of the mortgagor] [entity type of the mortgagor] (the "Mortgagor"),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 of the security instrument being released] dated [date of original mortgage], and recorded in the office of the [name of recording office] of the County of [name of county], New York in the Liber of Mortgages at Page [page or instrument number of original mortgage] (the "Mortgage"), granted and conveyed to [name of original the mortgagee], its successors and assigns (the "Mortgagee"), which Mortgage has been assigned by Mortgagee to [name of the assignee],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of the assignee] [entity type of the assignee] (the "Assignee"), pursuant to that certain [name of assignment instrument], dated as of [date of assignment] and recorded in the office of the [name of recording office] of the County of [name of county], New York in the Liber of Mortgages at Page [page or instrument number of assignment], to secure the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in the principal amount of $[amount of original mortgage] with interest.</w:t>
      </w:r>
    </w:p>
    <w:p>
      <w:pPr>
        <w:keepNext w:val="0"/>
        <w:spacing w:before="200" w:after="0" w:line="260" w:lineRule="exact"/>
        <w:ind w:left="360" w:right="0" w:firstLine="0"/>
        <w:jc w:val="both"/>
      </w:pPr>
      <w:r>
        <w:rPr>
          <w:rFonts w:ascii="Times New Roman" w:hAnsi="Times New Roman" w:eastAsia="Times New Roman" w:cs="Times New Roman"/>
          <w:b w:val="0"/>
          <w:sz w:val="24"/>
        </w:rPr>
        <w:t>The Mortgagee does hereby certify that such Mortgage is paid in full and does hereby consent to the Mortgage being discharged of record and the Mortgagor, its successors and assigns, forever freed, exonerated, and discharged of and from the lien of the Mortgage.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has executed this Satisfaction of Mortgage on [date].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the mortgagee]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[signatory's title]</w:t>
      </w:r>
    </w:p>
    <w:p>
      <w:pPr>
        <w:keepNext w:val="0"/>
        <w:spacing w:before="200" w:after="0" w:line="260" w:lineRule="exact"/>
        <w:ind w:left="360" w:right="0" w:firstLine="0"/>
        <w:jc w:val="both"/>
      </w:pPr>
      <w:r>
        <w:rPr>
          <w:rFonts w:ascii="Times New Roman" w:hAnsi="Times New Roman" w:eastAsia="Times New Roman" w:cs="Times New Roman"/>
          <w:b w:val="0"/>
          <w:sz w:val="24"/>
        </w:rPr>
        <w:t>On the [day] of [month], [year], before me, the undersigned, personally appeared [name], personally known to me or proved to me on the basis of satisfactory evidence to be the individual(s) whose name(s) is/are subscribed to the within instrument and acknowledged to me that he/she executed the same in his/her capacity(ies), and that by his/her signature(s) on the instrument, the individual(s), or the person upon behalf of which the individual(s) acted, executed the instrument.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and office of individual taking acknowledgment]</w:t>
      </w:r>
    </w:p>
    <w:p>
      <w:pPr>
        <w:keepNext w:val="0"/>
        <w:spacing w:before="120" w:after="0" w:line="260" w:lineRule="exact"/>
        <w:ind w:left="360" w:right="0" w:firstLine="0"/>
        <w:jc w:val="left"/>
      </w:pPr>
      <w:r>
        <w:rPr>
          <w:rFonts w:ascii="Times New Roman" w:hAnsi="Times New Roman" w:eastAsia="Times New Roman" w:cs="Times New Roman"/>
          <w:b w:val="0"/>
          <w:sz w:val="24"/>
        </w:rPr>
        <w:t>Section: [section number]</w:t>
      </w:r>
    </w:p>
    <w:p>
      <w:pPr>
        <w:keepNext w:val="0"/>
        <w:spacing w:before="120" w:after="0" w:line="260" w:lineRule="exact"/>
        <w:ind w:left="360" w:right="0" w:firstLine="0"/>
        <w:jc w:val="left"/>
      </w:pPr>
      <w:r>
        <w:rPr>
          <w:rFonts w:ascii="Times New Roman" w:hAnsi="Times New Roman" w:eastAsia="Times New Roman" w:cs="Times New Roman"/>
          <w:b w:val="0"/>
          <w:sz w:val="24"/>
        </w:rPr>
        <w:t>Block: [block number]</w:t>
      </w:r>
    </w:p>
    <w:p>
      <w:pPr>
        <w:keepNext w:val="0"/>
        <w:spacing w:before="120" w:after="0" w:line="260" w:lineRule="exact"/>
        <w:ind w:left="360" w:right="0" w:firstLine="0"/>
        <w:jc w:val="left"/>
      </w:pPr>
      <w:r>
        <w:rPr>
          <w:rFonts w:ascii="Times New Roman" w:hAnsi="Times New Roman" w:eastAsia="Times New Roman" w:cs="Times New Roman"/>
          <w:b w:val="0"/>
          <w:sz w:val="24"/>
        </w:rPr>
        <w:t>Lot: [lot number]</w:t>
      </w:r>
    </w:p>
    <w:p>
      <w:pPr>
        <w:keepNext w:val="0"/>
        <w:spacing w:before="120" w:after="0" w:line="260" w:lineRule="exact"/>
        <w:ind w:left="360" w:right="0" w:firstLine="0"/>
        <w:jc w:val="left"/>
      </w:pPr>
      <w:r>
        <w:rPr>
          <w:rFonts w:ascii="Times New Roman" w:hAnsi="Times New Roman" w:eastAsia="Times New Roman" w:cs="Times New Roman"/>
          <w:b w:val="0"/>
          <w:sz w:val="24"/>
        </w:rPr>
        <w:t>County: [name of county]</w:t>
      </w:r>
    </w:p>
    <w:p>
      <w:pPr>
        <w:keepNext w:val="0"/>
        <w:spacing w:before="120" w:after="0" w:line="260" w:lineRule="exact"/>
        <w:ind w:left="360" w:right="0" w:firstLine="0"/>
        <w:jc w:val="left"/>
      </w:pPr>
      <w:r>
        <w:rPr>
          <w:rFonts w:ascii="Times New Roman" w:hAnsi="Times New Roman" w:eastAsia="Times New Roman" w:cs="Times New Roman"/>
          <w:b w:val="0"/>
          <w:sz w:val="24"/>
        </w:rPr>
        <w:t>Street Address: [street address]</w:t>
      </w:r>
    </w:p>
    <w:p>
      <w:pPr>
        <w:keepNext w:val="0"/>
        <w:spacing w:before="200" w:after="0" w:line="260" w:lineRule="exact"/>
        <w:ind w:left="360" w:right="0" w:firstLine="0"/>
        <w:jc w:val="both"/>
      </w:pPr>
      <w:r>
        <w:rPr>
          <w:rFonts w:ascii="Times New Roman" w:hAnsi="Times New Roman" w:eastAsia="Times New Roman" w:cs="Times New Roman"/>
          <w:b w:val="0"/>
          <w:sz w:val="24"/>
        </w:rPr>
        <w:t>RECORD AND RETURN TO:</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