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SCHOOL AFFIDAVIT OF RESIDENCE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Street Address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City, State </w:t>
      </w:r>
      <w:r>
        <w:rPr>
          <w:rFonts w:ascii="Times New Roman" w:hAnsi="Times New Roman" w:eastAsia="Times New Roman" w:cs="Times New Roman"/>
          <w:sz w:val="24"/>
        </w:rPr>
        <w:t>[CITY AND ABBREVIATED STATE]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Zip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hereby attest and claim the individual known as </w:t>
      </w:r>
      <w:r>
        <w:rPr>
          <w:rFonts w:ascii="Times New Roman" w:hAnsi="Times New Roman" w:eastAsia="Times New Roman" w:cs="Times New Roman"/>
          <w:sz w:val="24"/>
        </w:rPr>
        <w:t>[NAME OF SUBJECT OF AFFIDAVIT]</w:t>
      </w:r>
      <w:r>
        <w:rPr>
          <w:rFonts w:ascii="Times New Roman" w:hAnsi="Times New Roman" w:eastAsia="Times New Roman" w:cs="Times New Roman"/>
          <w:sz w:val="24"/>
        </w:rPr>
        <w:t xml:space="preserve"> resides at the street address of </w:t>
      </w:r>
      <w:r>
        <w:rPr>
          <w:rFonts w:ascii="Times New Roman" w:hAnsi="Times New Roman" w:eastAsia="Times New Roman" w:cs="Times New Roman"/>
          <w:sz w:val="24"/>
        </w:rPr>
        <w:t>[ADDRESS OF SUBJECT OF AFFIDAVIT]</w:t>
      </w:r>
      <w:r>
        <w:rPr>
          <w:rFonts w:ascii="Times New Roman" w:hAnsi="Times New Roman" w:eastAsia="Times New Roman" w:cs="Times New Roman"/>
          <w:sz w:val="24"/>
        </w:rPr>
        <w:t xml:space="preserve">, City 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,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and has since </w:t>
      </w:r>
      <w:r>
        <w:rPr>
          <w:rFonts w:ascii="Times New Roman" w:hAnsi="Times New Roman" w:eastAsia="Times New Roman" w:cs="Times New Roman"/>
          <w:sz w:val="24"/>
        </w:rPr>
        <w:t>[YEAR RESIDENCE BEGAN]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Furthermore, I swear and affirm under penalty of perjury that the facts set forth in this statement are true and accurate.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Witness Acknowledgment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I/We, as witness(es) to the aforementioned claims made by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and acknowledge their residency status.</w:t>
      </w:r>
    </w:p>
    <w:p>
      <w:pPr>
        <w:spacing w:line="48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OF NOTARY]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  <w:r>
        <w:rPr>
          <w:rFonts w:ascii="Times New Roman" w:hAnsi="Times New Roman" w:eastAsia="Times New Roman" w:cs="Times New Roman"/>
          <w:sz w:val="24"/>
        </w:rPr>
        <w:t xml:space="preserve">, Notary Public, personally appeared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who proved to me on the basic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 certify under PENALTY OF PERJURY under the laws of in the 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  <w:r>
        <w:rPr>
          <w:rFonts w:ascii="Times New Roman" w:hAnsi="Times New Roman" w:eastAsia="Times New Roman" w:cs="Times New Roman"/>
          <w:sz w:val="24"/>
        </w:rPr>
        <w:t xml:space="preserve"> that the foregoing paragraph is true and correct.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Place Notary Seal Above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