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SCHOOL LETTER OF INTENT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[APPLICANT 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[APPLICANT ADDRESS]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[APPLICANT CITY, STATE, ZIP CODE]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[SCHOOL NAME]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[SCHOOL ADDRESS]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[SCHOOL CITY, STATE, ZIP CODE]</w:t>
      </w:r>
      <w:r>
        <w:rPr>
          <w:rFonts w:ascii="Times New Roman" w:hAnsi="Times New Roman" w:eastAsia="Times New Roman" w:cs="Times New Roman"/>
          <w:sz w:val="24"/>
        </w:rPr>
        <w:t xml:space="preserve">  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[SCHOOL NAME]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before="0" w:after="120"/>
        <w:jc w:val="both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sz w:val="24"/>
        </w:rPr>
        <w:t>[PERSONAL ASPIRATIONS AND AMBITIONS, AND MOTIVE FOR APPLYING TO SCHOOL]</w:t>
      </w:r>
    </w:p>
    <w:p>
      <w:pPr>
        <w:spacing w:before="0" w:after="120"/>
        <w:jc w:val="both"/>
      </w:pPr>
    </w:p>
    <w:p>
      <w:pPr>
        <w:spacing w:before="0" w:after="0" w:line="256" w:lineRule="auto"/>
        <w:jc w:val="both"/>
      </w:pPr>
      <w:r>
        <w:rPr>
          <w:rFonts w:ascii="Times New Roman" w:hAnsi="Times New Roman" w:eastAsia="Times New Roman" w:cs="Times New Roman"/>
          <w:sz w:val="24"/>
        </w:rPr>
        <w:t>[ACADEMIC AND EXTRACURRICULAR ACHIEVEMENTS, OTHER NOTABLE DEEDS]</w:t>
      </w:r>
    </w:p>
    <w:p>
      <w:pPr>
        <w:spacing w:before="0" w:after="0" w:line="256" w:lineRule="auto"/>
        <w:jc w:val="both"/>
      </w:pPr>
    </w:p>
    <w:p>
      <w:pPr>
        <w:spacing w:before="0" w:after="0" w:line="256" w:lineRule="auto"/>
        <w:jc w:val="both"/>
      </w:pPr>
    </w:p>
    <w:p>
      <w:pPr>
        <w:spacing w:before="0" w:after="0" w:line="256" w:lineRule="auto"/>
        <w:jc w:val="both"/>
      </w:pPr>
      <w:r>
        <w:rPr>
          <w:rFonts w:ascii="Times New Roman" w:hAnsi="Times New Roman" w:eastAsia="Times New Roman" w:cs="Times New Roman"/>
          <w:sz w:val="24"/>
        </w:rPr>
        <w:t>[CONCLUDING PARAGRAPH]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[Signature]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______________________ 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[Print Name]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