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center"/>
      </w:pPr>
      <w:r>
        <w:rPr>
          <w:rFonts w:ascii="Times New Roman" w:hAnsi="Times New Roman" w:eastAsia="Times New Roman" w:cs="Times New Roman"/>
          <w:b/>
          <w:sz w:val="24"/>
        </w:rPr>
        <w:t>SCHOOL POSITION LETTER OF INTENT TO RETURN</w:t>
      </w:r>
    </w:p>
    <w:p>
      <w:pPr/>
    </w:p>
    <w:p>
      <w:pPr/>
      <w:r>
        <w:rPr>
          <w:rFonts w:ascii="Times New Roman" w:hAnsi="Times New Roman" w:eastAsia="Times New Roman" w:cs="Times New Roman"/>
          <w:sz w:val="24"/>
        </w:rPr>
        <w:t>[EMPLOYEE NAME]</w:t>
      </w:r>
    </w:p>
    <w:p>
      <w:pPr/>
      <w:r>
        <w:rPr>
          <w:rFonts w:ascii="Times New Roman" w:hAnsi="Times New Roman" w:eastAsia="Times New Roman" w:cs="Times New Roman"/>
          <w:sz w:val="24"/>
        </w:rPr>
        <w:t>[EMPLOYEE ADDRESS]</w:t>
      </w:r>
    </w:p>
    <w:p>
      <w:pPr/>
      <w:r>
        <w:rPr>
          <w:rFonts w:ascii="Times New Roman" w:hAnsi="Times New Roman" w:eastAsia="Times New Roman" w:cs="Times New Roman"/>
          <w:sz w:val="24"/>
        </w:rPr>
        <w:t>[EMPLOYEE CITY, STATE, ZIP CODE]</w:t>
      </w:r>
    </w:p>
    <w:p>
      <w:pPr/>
    </w:p>
    <w:p>
      <w:pPr/>
      <w:r>
        <w:rPr>
          <w:rFonts w:ascii="Times New Roman" w:hAnsi="Times New Roman" w:eastAsia="Times New Roman" w:cs="Times New Roman"/>
          <w:sz w:val="24"/>
        </w:rPr>
        <w:t xml:space="preserve">Date: </w:t>
      </w:r>
      <w:r>
        <w:rPr>
          <w:rFonts w:ascii="Times New Roman" w:hAnsi="Times New Roman" w:eastAsia="Times New Roman" w:cs="Times New Roman"/>
          <w:sz w:val="24"/>
        </w:rPr>
        <w:t>[DATE]</w:t>
      </w:r>
    </w:p>
    <w:p>
      <w:pPr/>
    </w:p>
    <w:p>
      <w:pPr/>
      <w:r>
        <w:rPr>
          <w:rFonts w:ascii="Times New Roman" w:hAnsi="Times New Roman" w:eastAsia="Times New Roman" w:cs="Times New Roman"/>
          <w:sz w:val="24"/>
        </w:rPr>
        <w:t>[EMPLOYER NAME]</w:t>
      </w:r>
    </w:p>
    <w:p>
      <w:pPr/>
      <w:r>
        <w:rPr>
          <w:rFonts w:ascii="Times New Roman" w:hAnsi="Times New Roman" w:eastAsia="Times New Roman" w:cs="Times New Roman"/>
          <w:sz w:val="24"/>
        </w:rPr>
        <w:t>[EMPLOYER ADDRESS]</w:t>
      </w:r>
    </w:p>
    <w:p>
      <w:pPr/>
      <w:r>
        <w:rPr>
          <w:rFonts w:ascii="Times New Roman" w:hAnsi="Times New Roman" w:eastAsia="Times New Roman" w:cs="Times New Roman"/>
          <w:sz w:val="24"/>
        </w:rPr>
        <w:t>[EMPLOYER CITY, STATE, ZIP CODE]</w:t>
      </w:r>
    </w:p>
    <w:p>
      <w:pPr/>
    </w:p>
    <w:p>
      <w:pPr/>
      <w:r>
        <w:rPr>
          <w:rFonts w:ascii="Times New Roman" w:hAnsi="Times New Roman" w:eastAsia="Times New Roman" w:cs="Times New Roman"/>
          <w:sz w:val="24"/>
        </w:rPr>
        <w:t xml:space="preserve">Dear </w:t>
      </w:r>
      <w:r>
        <w:rPr>
          <w:rFonts w:ascii="Times New Roman" w:hAnsi="Times New Roman" w:eastAsia="Times New Roman" w:cs="Times New Roman"/>
          <w:sz w:val="24"/>
        </w:rPr>
        <w:t>[EMPLOYER NAME]</w:t>
      </w:r>
      <w:r>
        <w:rPr>
          <w:rFonts w:ascii="Times New Roman" w:hAnsi="Times New Roman" w:eastAsia="Times New Roman" w:cs="Times New Roman"/>
          <w:sz w:val="24"/>
        </w:rPr>
        <w:t>,</w:t>
      </w:r>
    </w:p>
    <w:p>
      <w:pPr/>
    </w:p>
    <w:p>
      <w:pPr/>
    </w:p>
    <w:p>
      <w:pPr/>
      <w:r>
        <w:rPr>
          <w:rFonts w:ascii="Times New Roman" w:hAnsi="Times New Roman" w:eastAsia="Times New Roman" w:cs="Times New Roman"/>
          <w:sz w:val="24"/>
        </w:rPr>
        <w:t xml:space="preserve">I, </w:t>
      </w:r>
      <w:r>
        <w:rPr>
          <w:rFonts w:ascii="Times New Roman" w:hAnsi="Times New Roman" w:eastAsia="Times New Roman" w:cs="Times New Roman"/>
          <w:sz w:val="24"/>
        </w:rPr>
        <w:t>[EMPLOYEE NAME]</w:t>
      </w:r>
      <w:r>
        <w:rPr>
          <w:rFonts w:ascii="Times New Roman" w:hAnsi="Times New Roman" w:eastAsia="Times New Roman" w:cs="Times New Roman"/>
          <w:sz w:val="24"/>
        </w:rPr>
        <w:t xml:space="preserve">, am writing this Letter of Intent to notify the district that I am planning to return for the </w:t>
      </w:r>
      <w:r>
        <w:rPr>
          <w:rFonts w:ascii="Times New Roman" w:hAnsi="Times New Roman" w:eastAsia="Times New Roman" w:cs="Times New Roman"/>
          <w:sz w:val="24"/>
        </w:rPr>
        <w:t>[YEAR]</w:t>
      </w:r>
      <w:r>
        <w:rPr>
          <w:rFonts w:ascii="Times New Roman" w:hAnsi="Times New Roman" w:eastAsia="Times New Roman" w:cs="Times New Roman"/>
          <w:sz w:val="24"/>
        </w:rPr>
        <w:t xml:space="preserve"> school year in my current position as </w:t>
      </w:r>
      <w:r>
        <w:rPr>
          <w:rFonts w:ascii="Times New Roman" w:hAnsi="Times New Roman" w:eastAsia="Times New Roman" w:cs="Times New Roman"/>
          <w:sz w:val="24"/>
        </w:rPr>
        <w:t>[CURRENT POSITION]</w:t>
      </w:r>
      <w:r>
        <w:rPr>
          <w:rFonts w:ascii="Times New Roman" w:hAnsi="Times New Roman" w:eastAsia="Times New Roman" w:cs="Times New Roman"/>
          <w:sz w:val="24"/>
        </w:rPr>
        <w:t>.</w:t>
      </w:r>
    </w:p>
    <w:p>
      <w:pPr/>
    </w:p>
    <w:p>
      <w:pPr/>
      <w:r>
        <w:rPr>
          <w:rFonts w:ascii="Times New Roman" w:hAnsi="Times New Roman" w:eastAsia="Times New Roman" w:cs="Times New Roman"/>
          <w:sz w:val="24"/>
        </w:rPr>
        <w:t xml:space="preserve">Please contact me at </w:t>
      </w:r>
      <w:r>
        <w:rPr>
          <w:rFonts w:ascii="Times New Roman" w:hAnsi="Times New Roman" w:eastAsia="Times New Roman" w:cs="Times New Roman"/>
          <w:sz w:val="24"/>
        </w:rPr>
        <w:t>[PHONE NUMBER/EMAIL ADDRESS]</w:t>
      </w:r>
      <w:r>
        <w:rPr>
          <w:rFonts w:ascii="Times New Roman" w:hAnsi="Times New Roman" w:eastAsia="Times New Roman" w:cs="Times New Roman"/>
          <w:sz w:val="24"/>
        </w:rPr>
        <w:t xml:space="preserve"> if you have any questions regarding this matter. I appreciate your time and consideration in reviewing this letter.</w:t>
      </w:r>
    </w:p>
    <w:p>
      <w:pPr/>
    </w:p>
    <w:p>
      <w:pPr/>
    </w:p>
    <w:p>
      <w:pPr/>
      <w:r>
        <w:rPr>
          <w:rFonts w:ascii="Times New Roman" w:hAnsi="Times New Roman" w:eastAsia="Times New Roman" w:cs="Times New Roman"/>
          <w:sz w:val="24"/>
        </w:rPr>
        <w:t>Sincerely,</w:t>
      </w:r>
    </w:p>
    <w:p>
      <w:pPr/>
    </w:p>
    <w:p>
      <w:pPr/>
      <w:r>
        <w:rPr>
          <w:rFonts w:ascii="Times New Roman" w:hAnsi="Times New Roman" w:eastAsia="Times New Roman" w:cs="Times New Roman"/>
          <w:sz w:val="24"/>
        </w:rPr>
        <w:t>______________________</w:t>
      </w:r>
    </w:p>
    <w:p>
      <w:pPr/>
      <w:r>
        <w:rPr>
          <w:rFonts w:ascii="Times New Roman" w:hAnsi="Times New Roman" w:eastAsia="Times New Roman" w:cs="Times New Roman"/>
          <w:sz w:val="24"/>
        </w:rPr>
        <w:t>Signature</w:t>
      </w:r>
    </w:p>
    <w:p>
      <w:pPr/>
    </w:p>
    <w:p>
      <w:pPr/>
      <w:r>
        <w:rPr>
          <w:rFonts w:ascii="Times New Roman" w:hAnsi="Times New Roman" w:eastAsia="Times New Roman" w:cs="Times New Roman"/>
          <w:sz w:val="24"/>
        </w:rPr>
        <w:t>______________________</w:t>
      </w:r>
    </w:p>
    <w:p>
      <w:pPr/>
      <w:r>
        <w:rPr>
          <w:rFonts w:ascii="Times New Roman" w:hAnsi="Times New Roman" w:eastAsia="Times New Roman" w:cs="Times New Roman"/>
          <w:sz w:val="24"/>
        </w:rPr>
        <w:t>Print Name</w:t>
      </w:r>
    </w:p>
    <w:p>
      <w:pPr/>
    </w:p>
    <w:p>
      <w:pPr/>
    </w:p>
    <w:p>
      <w:pPr/>
    </w:p>
    <w:p>
      <w:pPr/>
    </w:p>
    <w:p>
      <w:pPr/>
    </w:p>
    <w:p>
      <w:pPr>
        <w:jc w:val="center"/>
      </w:pPr>
    </w:p>
    <w:p>
      <w:pPr>
        <w:jc w:val="center"/>
      </w:pPr>
    </w:p>
    <w:p>
      <w:pPr>
        <w:jc w:val="center"/>
      </w:pPr>
    </w:p>
    <w:p>
      <w:pPr>
        <w:jc w:val="center"/>
      </w:pPr>
    </w:p>
    <w:p>
      <w:pPr>
        <w:jc w:val="center"/>
      </w:pPr>
    </w:p>
    <w:p>
      <w:pPr>
        <w:jc w:val="center"/>
      </w:pPr>
      <w:r>
        <w:rPr>
          <w:rFonts w:ascii="Times New Roman" w:hAnsi="Times New Roman" w:eastAsia="Times New Roman" w:cs="Times New Roman"/>
          <w:b/>
          <w:sz w:val="24"/>
        </w:rPr>
        <w:t>SCHOOL POSITION LETTER OF INTENT TO RETURN</w:t>
      </w:r>
    </w:p>
    <w:p>
      <w:pPr>
        <w:jc w:val="center"/>
      </w:pPr>
      <w:r>
        <w:rPr>
          <w:rFonts w:ascii="Times New Roman" w:hAnsi="Times New Roman" w:eastAsia="Times New Roman" w:cs="Times New Roman"/>
          <w:sz w:val="24"/>
        </w:rPr>
        <w:t>(TRANSFER REQUEST)</w:t>
      </w:r>
    </w:p>
    <w:p>
      <w:pPr>
        <w:jc w:val="center"/>
      </w:pPr>
    </w:p>
    <w:p>
      <w:pPr/>
      <w:r>
        <w:rPr>
          <w:rFonts w:ascii="Times New Roman" w:hAnsi="Times New Roman" w:eastAsia="Times New Roman" w:cs="Times New Roman"/>
          <w:sz w:val="24"/>
        </w:rPr>
        <w:t>[EMPLOYEE NAME]</w:t>
      </w:r>
    </w:p>
    <w:p>
      <w:pPr/>
      <w:r>
        <w:rPr>
          <w:rFonts w:ascii="Times New Roman" w:hAnsi="Times New Roman" w:eastAsia="Times New Roman" w:cs="Times New Roman"/>
          <w:sz w:val="24"/>
        </w:rPr>
        <w:t>[EMPLOYEE ADDRESS]</w:t>
      </w:r>
    </w:p>
    <w:p>
      <w:pPr/>
      <w:r>
        <w:rPr>
          <w:rFonts w:ascii="Times New Roman" w:hAnsi="Times New Roman" w:eastAsia="Times New Roman" w:cs="Times New Roman"/>
          <w:sz w:val="24"/>
        </w:rPr>
        <w:t>[EMPLOYEE CITY, STATE, ZIP CODE]</w:t>
      </w:r>
    </w:p>
    <w:p>
      <w:pPr/>
    </w:p>
    <w:p>
      <w:pPr/>
      <w:r>
        <w:rPr>
          <w:rFonts w:ascii="Times New Roman" w:hAnsi="Times New Roman" w:eastAsia="Times New Roman" w:cs="Times New Roman"/>
          <w:sz w:val="24"/>
        </w:rPr>
        <w:t xml:space="preserve">Date: </w:t>
      </w:r>
      <w:r>
        <w:rPr>
          <w:rFonts w:ascii="Times New Roman" w:hAnsi="Times New Roman" w:eastAsia="Times New Roman" w:cs="Times New Roman"/>
          <w:sz w:val="24"/>
        </w:rPr>
        <w:t>[DATE]</w:t>
      </w:r>
    </w:p>
    <w:p>
      <w:pPr/>
    </w:p>
    <w:p>
      <w:pPr/>
      <w:r>
        <w:rPr>
          <w:rFonts w:ascii="Times New Roman" w:hAnsi="Times New Roman" w:eastAsia="Times New Roman" w:cs="Times New Roman"/>
          <w:sz w:val="24"/>
        </w:rPr>
        <w:t>[EMPLOYER NAME]</w:t>
      </w:r>
    </w:p>
    <w:p>
      <w:pPr/>
      <w:r>
        <w:rPr>
          <w:rFonts w:ascii="Times New Roman" w:hAnsi="Times New Roman" w:eastAsia="Times New Roman" w:cs="Times New Roman"/>
          <w:sz w:val="24"/>
        </w:rPr>
        <w:t>[EMPLOYER ADDRESS]</w:t>
      </w:r>
    </w:p>
    <w:p>
      <w:pPr/>
      <w:r>
        <w:rPr>
          <w:rFonts w:ascii="Times New Roman" w:hAnsi="Times New Roman" w:eastAsia="Times New Roman" w:cs="Times New Roman"/>
          <w:sz w:val="24"/>
        </w:rPr>
        <w:t>[EMPLOYER CITY, STATE, ZIP CODE]</w:t>
      </w:r>
    </w:p>
    <w:p>
      <w:pPr/>
    </w:p>
    <w:p>
      <w:pPr/>
      <w:r>
        <w:rPr>
          <w:rFonts w:ascii="Times New Roman" w:hAnsi="Times New Roman" w:eastAsia="Times New Roman" w:cs="Times New Roman"/>
          <w:sz w:val="24"/>
        </w:rPr>
        <w:t xml:space="preserve">Dear </w:t>
      </w:r>
      <w:r>
        <w:rPr>
          <w:rFonts w:ascii="Times New Roman" w:hAnsi="Times New Roman" w:eastAsia="Times New Roman" w:cs="Times New Roman"/>
          <w:sz w:val="24"/>
        </w:rPr>
        <w:t>[EMPLOYER NAME]</w:t>
      </w:r>
      <w:r>
        <w:rPr>
          <w:rFonts w:ascii="Times New Roman" w:hAnsi="Times New Roman" w:eastAsia="Times New Roman" w:cs="Times New Roman"/>
          <w:sz w:val="24"/>
        </w:rPr>
        <w:t>,</w:t>
      </w:r>
    </w:p>
    <w:p>
      <w:pPr/>
    </w:p>
    <w:p>
      <w:pPr/>
    </w:p>
    <w:p>
      <w:pPr/>
      <w:r>
        <w:rPr>
          <w:rFonts w:ascii="Times New Roman" w:hAnsi="Times New Roman" w:eastAsia="Times New Roman" w:cs="Times New Roman"/>
          <w:sz w:val="24"/>
        </w:rPr>
        <w:t xml:space="preserve">I, </w:t>
      </w:r>
      <w:r>
        <w:rPr>
          <w:rFonts w:ascii="Times New Roman" w:hAnsi="Times New Roman" w:eastAsia="Times New Roman" w:cs="Times New Roman"/>
          <w:sz w:val="24"/>
        </w:rPr>
        <w:t>[EMPLOYEE NAME]</w:t>
      </w:r>
      <w:r>
        <w:rPr>
          <w:rFonts w:ascii="Times New Roman" w:hAnsi="Times New Roman" w:eastAsia="Times New Roman" w:cs="Times New Roman"/>
          <w:sz w:val="24"/>
        </w:rPr>
        <w:t xml:space="preserve">, am writing this Letter of Intent to notify the district that I am planning to remain in this school district of for the </w:t>
      </w:r>
      <w:r>
        <w:rPr>
          <w:rFonts w:ascii="Times New Roman" w:hAnsi="Times New Roman" w:eastAsia="Times New Roman" w:cs="Times New Roman"/>
          <w:sz w:val="24"/>
        </w:rPr>
        <w:t>[YEAR]</w:t>
      </w:r>
      <w:r>
        <w:rPr>
          <w:rFonts w:ascii="Times New Roman" w:hAnsi="Times New Roman" w:eastAsia="Times New Roman" w:cs="Times New Roman"/>
          <w:sz w:val="24"/>
        </w:rPr>
        <w:t xml:space="preserve"> school year, but would like to request a transfer to </w:t>
      </w:r>
      <w:r>
        <w:rPr>
          <w:rFonts w:ascii="Times New Roman" w:hAnsi="Times New Roman" w:eastAsia="Times New Roman" w:cs="Times New Roman"/>
          <w:sz w:val="24"/>
        </w:rPr>
        <w:t>[TRANSFER LOCATION]</w:t>
      </w:r>
      <w:r>
        <w:rPr>
          <w:rFonts w:ascii="Times New Roman" w:hAnsi="Times New Roman" w:eastAsia="Times New Roman" w:cs="Times New Roman"/>
          <w:sz w:val="24"/>
        </w:rPr>
        <w:t>.</w:t>
      </w:r>
    </w:p>
    <w:p>
      <w:pPr/>
    </w:p>
    <w:p>
      <w:pPr/>
      <w:r>
        <w:rPr>
          <w:rFonts w:ascii="Times New Roman" w:hAnsi="Times New Roman" w:eastAsia="Times New Roman" w:cs="Times New Roman"/>
          <w:sz w:val="24"/>
        </w:rPr>
        <w:t xml:space="preserve">I believe that I will be an ideal candidate for this position due to my experience working at </w:t>
      </w:r>
      <w:r>
        <w:rPr>
          <w:rFonts w:ascii="Times New Roman" w:hAnsi="Times New Roman" w:eastAsia="Times New Roman" w:cs="Times New Roman"/>
          <w:sz w:val="24"/>
        </w:rPr>
        <w:t>[LIST RELEVANT WORK EXPERIENCE]</w:t>
      </w:r>
      <w:r>
        <w:rPr>
          <w:rFonts w:ascii="Times New Roman" w:hAnsi="Times New Roman" w:eastAsia="Times New Roman" w:cs="Times New Roman"/>
          <w:sz w:val="24"/>
        </w:rPr>
        <w:t>.</w:t>
      </w:r>
    </w:p>
    <w:p>
      <w:pPr/>
    </w:p>
    <w:p>
      <w:pPr/>
      <w:r>
        <w:rPr>
          <w:rFonts w:ascii="Times New Roman" w:hAnsi="Times New Roman" w:eastAsia="Times New Roman" w:cs="Times New Roman"/>
          <w:sz w:val="24"/>
        </w:rPr>
        <w:t xml:space="preserve">Furthermore, the following degrees and extracurricular activities qualify me for this position: </w:t>
      </w:r>
      <w:r>
        <w:rPr>
          <w:rFonts w:ascii="Times New Roman" w:hAnsi="Times New Roman" w:eastAsia="Times New Roman" w:cs="Times New Roman"/>
          <w:sz w:val="24"/>
        </w:rPr>
        <w:t>[LIST RELEVANT DEGREES AND OTHER EXPERIENCE]</w:t>
      </w:r>
      <w:r>
        <w:rPr>
          <w:rFonts w:ascii="Times New Roman" w:hAnsi="Times New Roman" w:eastAsia="Times New Roman" w:cs="Times New Roman"/>
          <w:sz w:val="24"/>
        </w:rPr>
        <w:t>.</w:t>
      </w:r>
    </w:p>
    <w:p>
      <w:pPr/>
    </w:p>
    <w:p>
      <w:pPr/>
      <w:r>
        <w:rPr>
          <w:rFonts w:ascii="Times New Roman" w:hAnsi="Times New Roman" w:eastAsia="Times New Roman" w:cs="Times New Roman"/>
          <w:sz w:val="24"/>
        </w:rPr>
        <w:t xml:space="preserve">Please contact me at </w:t>
      </w:r>
      <w:r>
        <w:rPr>
          <w:rFonts w:ascii="Times New Roman" w:hAnsi="Times New Roman" w:eastAsia="Times New Roman" w:cs="Times New Roman"/>
          <w:sz w:val="24"/>
        </w:rPr>
        <w:t>[PHONE NUMBER/EMAIL ADDRESS]</w:t>
      </w:r>
      <w:r>
        <w:rPr>
          <w:rFonts w:ascii="Times New Roman" w:hAnsi="Times New Roman" w:eastAsia="Times New Roman" w:cs="Times New Roman"/>
          <w:sz w:val="24"/>
        </w:rPr>
        <w:t xml:space="preserve"> if you have any questions regarding my transfer request. I appreciate your time and consideration in reviewing this letter.</w:t>
      </w:r>
    </w:p>
    <w:p>
      <w:pPr/>
    </w:p>
    <w:p>
      <w:pPr/>
      <w:r>
        <w:rPr>
          <w:rFonts w:ascii="Times New Roman" w:hAnsi="Times New Roman" w:eastAsia="Times New Roman" w:cs="Times New Roman"/>
          <w:sz w:val="24"/>
        </w:rPr>
        <w:t>Sincerely,</w:t>
      </w:r>
    </w:p>
    <w:p>
      <w:pPr/>
    </w:p>
    <w:p>
      <w:pPr/>
      <w:r>
        <w:rPr>
          <w:rFonts w:ascii="Times New Roman" w:hAnsi="Times New Roman" w:eastAsia="Times New Roman" w:cs="Times New Roman"/>
          <w:sz w:val="24"/>
        </w:rPr>
        <w:t>______________________</w:t>
      </w:r>
    </w:p>
    <w:p>
      <w:pPr/>
      <w:r>
        <w:rPr>
          <w:rFonts w:ascii="Times New Roman" w:hAnsi="Times New Roman" w:eastAsia="Times New Roman" w:cs="Times New Roman"/>
          <w:sz w:val="24"/>
        </w:rPr>
        <w:t>Signature</w:t>
      </w:r>
    </w:p>
    <w:p>
      <w:pPr/>
    </w:p>
    <w:p>
      <w:pPr/>
      <w:r>
        <w:rPr>
          <w:rFonts w:ascii="Times New Roman" w:hAnsi="Times New Roman" w:eastAsia="Times New Roman" w:cs="Times New Roman"/>
          <w:sz w:val="24"/>
        </w:rPr>
        <w:t>______________________</w:t>
      </w:r>
    </w:p>
    <w:p>
      <w:pPr/>
      <w:r>
        <w:rPr>
          <w:rFonts w:ascii="Times New Roman" w:hAnsi="Times New Roman" w:eastAsia="Times New Roman" w:cs="Times New Roman"/>
          <w:sz w:val="24"/>
        </w:rPr>
        <w:t>Print Name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