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Secondment Agreement Letter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[Employer 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[Employee’s address]</w:t>
      </w:r>
    </w:p>
    <w:p>
      <w:pPr>
        <w:keepNext w:val="0"/>
        <w:spacing w:before="200" w:after="0" w:line="260" w:lineRule="exact"/>
        <w:ind w:left="360" w:right="0" w:firstLine="0"/>
        <w:jc w:val="both"/>
      </w:pPr>
      <w:r>
        <w:rPr>
          <w:rFonts w:ascii="Times New Roman" w:hAnsi="Times New Roman" w:eastAsia="Times New Roman" w:cs="Times New Roman"/>
          <w:b w:val="0"/>
          <w:sz w:val="24"/>
        </w:rPr>
        <w:t>Dear [Name of employee]:</w:t>
      </w:r>
    </w:p>
    <w:p>
      <w:pPr>
        <w:keepNext w:val="0"/>
        <w:spacing w:before="120" w:after="0" w:line="260" w:lineRule="exact"/>
        <w:ind w:left="360" w:right="0" w:firstLine="240"/>
        <w:jc w:val="left"/>
      </w:pPr>
      <w:r>
        <w:rPr>
          <w:rFonts w:ascii="Times New Roman" w:hAnsi="Times New Roman" w:eastAsia="Times New Roman" w:cs="Times New Roman"/>
          <w:b w:val="0"/>
          <w:sz w:val="24"/>
        </w:rPr>
        <w:t>On behalf of [name of Employer] (Employer), I would like to thank you for agreeing to be seconded with [name of host company] to [purpose of secondment]. This letter is to confirm the terms and conditions of your secondment to [host company]. By accepting this secondment, you are agreeing to the terms set forth below in the Secondment Agreement (Agreement).</w:t>
      </w:r>
    </w:p>
    <w:p>
      <w:pPr>
        <w:keepNext w:val="0"/>
        <w:spacing w:before="120" w:after="0" w:line="260" w:lineRule="exact"/>
        <w:ind w:left="360" w:right="0" w:firstLine="240"/>
        <w:jc w:val="left"/>
      </w:pPr>
      <w:r>
        <w:rPr>
          <w:rFonts w:ascii="Times New Roman" w:hAnsi="Times New Roman" w:eastAsia="Times New Roman" w:cs="Times New Roman"/>
          <w:b w:val="0"/>
          <w:sz w:val="24"/>
        </w:rPr>
        <w:t xml:space="preserve">You are currently employed by Employer as [job title]. With Employer’s consent, you have agreed to serve as [job title] for [host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of entity] [state of incorporation]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of business at [address].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At-Will Employment.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will remain at all times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 and you or Employer can terminate the employment relationship at any time with or without cause. This Agreement will be interpreted and applied in conjunction with any existing employment agreement between you and Employer. If any conflict exists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prior employment agreement and this Agreement, the prior employment agreement shall supersede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Employee’s Continued Employment with Employer.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During the secondment period, you will remain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Employer. Notwithstanding, you will be temporarily assigned to perform services for [host company name]. This Agreement does not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employment relationship between [host company name] and Employer. Further, you do not have the authority by way of this temporary assignment to enter into contracts on behalf of Employer.</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secondment period will commence on [date] and end upon the termination of this Agreement in accordance with the terms set forth in this Agreement. Employer currently intends that you will return to your position as [name of current position]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or alternate position] if your previous position no longer exists at the termination of the secondment period.</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Salary and Benefits.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Your salary will continue to be [amount] during the secondment period. Employer shall continue to pay Employee’s salary and [list other benefits to which the employee is already entitled].</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Notwithstanding the fact that this secondment and your employment with Employer can be terminated by you, Employer, or [host company] at any time with or without cause, the secondment period is set to end on [date].</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You shall continue to abide by any confidentiality agreement between you and Employer. Further, you shall abide by all applicable laws and Employer policies during the secondment period.</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 to be performed.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You shall perform the following tasks for [host company name] during the secondment period:</w:t>
      </w:r>
    </w:p>
    <w:p>
      <w:pPr>
        <w:keepNext w:val="0"/>
        <w:spacing w:before="200" w:after="0" w:line="260" w:lineRule="exact"/>
        <w:ind w:left="1080" w:right="0" w:firstLine="0"/>
        <w:jc w:val="both"/>
      </w:pPr>
      <w:r>
        <w:rPr>
          <w:rFonts w:ascii="Times New Roman" w:hAnsi="Times New Roman" w:eastAsia="Times New Roman" w:cs="Times New Roman"/>
          <w:b w:val="0"/>
          <w:sz w:val="24"/>
        </w:rPr>
        <w:t>[List of tasks]</w:t>
      </w:r>
    </w:p>
    <w:p>
      <w:pPr>
        <w:keepNext w:val="0"/>
        <w:spacing w:before="120" w:after="0" w:line="260" w:lineRule="exact"/>
        <w:ind w:left="360" w:right="0" w:firstLine="240"/>
        <w:jc w:val="left"/>
      </w:pPr>
      <w:r>
        <w:rPr>
          <w:rFonts w:ascii="Times New Roman" w:hAnsi="Times New Roman" w:eastAsia="Times New Roman" w:cs="Times New Roman"/>
          <w:b w:val="0"/>
          <w:sz w:val="24"/>
        </w:rPr>
        <w:t>If you have any questions, please do not hesitate to contact me.</w:t>
      </w:r>
    </w:p>
    <w:p>
      <w:pPr>
        <w:keepNext w:val="0"/>
        <w:spacing w:before="120" w:after="0" w:line="260" w:lineRule="exact"/>
        <w:ind w:left="360" w:right="0" w:firstLine="240"/>
        <w:jc w:val="left"/>
      </w:pPr>
      <w:r>
        <w:rPr>
          <w:rFonts w:ascii="Times New Roman" w:hAnsi="Times New Roman" w:eastAsia="Times New Roman" w:cs="Times New Roman"/>
          <w:b w:val="0"/>
          <w:sz w:val="24"/>
        </w:rPr>
        <w:t>Please signify your agreement to and acceptance of the terms of the secondment as specified above by signing this letter and returning it to [name/address] by [date].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Very truly yours,</w:t>
      </w:r>
    </w:p>
    <w:p>
      <w:pPr>
        <w:keepNext w:val="0"/>
        <w:spacing w:before="200" w:after="0" w:line="260" w:lineRule="exact"/>
        <w:ind w:left="360" w:right="0" w:firstLine="0"/>
        <w:jc w:val="both"/>
      </w:pPr>
      <w:r>
        <w:rPr>
          <w:rFonts w:ascii="Times New Roman" w:hAnsi="Times New Roman" w:eastAsia="Times New Roman" w:cs="Times New Roman"/>
          <w:b w:val="0"/>
          <w:sz w:val="24"/>
        </w:rPr>
        <w:t>[Employer’s representative’s name]</w:t>
      </w:r>
    </w:p>
    <w:p>
      <w:pPr>
        <w:keepNext w:val="0"/>
        <w:spacing w:before="200" w:after="0" w:line="260" w:lineRule="exact"/>
        <w:ind w:left="360" w:right="0" w:firstLine="0"/>
        <w:jc w:val="both"/>
      </w:pPr>
      <w:r>
        <w:rPr>
          <w:rFonts w:ascii="Times New Roman" w:hAnsi="Times New Roman" w:eastAsia="Times New Roman" w:cs="Times New Roman"/>
          <w:b w:val="0"/>
          <w:sz w:val="24"/>
        </w:rPr>
        <w:t>[Employer’s representative’s job title]</w:t>
      </w:r>
    </w:p>
    <w:p>
      <w:pPr>
        <w:keepNext w:val="0"/>
        <w:spacing w:before="200" w:after="0" w:line="260" w:lineRule="exact"/>
        <w:ind w:left="360" w:right="0" w:firstLine="0"/>
        <w:jc w:val="both"/>
      </w:pPr>
      <w:r>
        <w:rPr>
          <w:rFonts w:ascii="Times New Roman" w:hAnsi="Times New Roman" w:eastAsia="Times New Roman" w:cs="Times New Roman"/>
          <w:b w:val="0"/>
          <w:sz w:val="24"/>
        </w:rPr>
        <w:t>I, [Employee’s name], agree to and accept this secondment on the terms set forth above.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[Employee’s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