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Secretary's Affidavit or Declaration of Mailing of Notice </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[name], being first duly sworn, deposes and says: That I am, and at all times mentioned below was, the duly elected and acting Secretary of [name of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California corporation (the Corporation); that as Secretary on [date], pursuant to the call by the [title] of the Corporation, [he or she] caused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notice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[special or regular] meeting of the Board of Directors of the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true copy of which is hereto attached and made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 hereof, to be mailed, postage prepaid, addressed to each director of the Corporation at the director's last known address appearing on the records of the Corporation or given by the director to the Corporation for purposes of notice.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 [signature]</w:t>
      </w:r>
    </w:p>
    <w:p>
      <w:pPr>
        <w:keepNext w:val="0"/>
        <w:spacing w:before="120" w:after="0" w:line="260" w:lineRule="exact"/>
        <w:ind w:left="360" w:right="0" w:firstLine="0"/>
        <w:jc w:val="left"/>
      </w:pPr>
      <w:r>
        <w:rPr>
          <w:rFonts w:ascii="Times New Roman" w:hAnsi="Times New Roman" w:eastAsia="Times New Roman" w:cs="Times New Roman"/>
          <w:b w:val="0"/>
          <w:sz w:val="24"/>
        </w:rPr>
        <w:t>[print or type name]</w:t>
      </w:r>
    </w:p>
    <w:p>
      <w:pPr>
        <w:keepNext w:val="0"/>
        <w:spacing w:before="200" w:after="0" w:line="260" w:lineRule="exact"/>
        <w:ind w:left="360" w:right="0" w:firstLine="0"/>
        <w:jc w:val="both"/>
      </w:pPr>
      <w:r>
        <w:rPr>
          <w:rFonts w:ascii="Times New Roman" w:hAnsi="Times New Roman" w:eastAsia="Times New Roman" w:cs="Times New Roman"/>
          <w:b w:val="0"/>
          <w:sz w:val="24"/>
        </w:rPr>
        <w:t>Subscribed and sworn to before me on [date].</w:t>
      </w:r>
    </w:p>
    <w:p>
      <w:pPr>
        <w:keepNext w:val="0"/>
        <w:spacing w:before="200" w:after="0" w:line="260" w:lineRule="exact"/>
        <w:ind w:left="360" w:right="0" w:firstLine="0"/>
        <w:jc w:val="both"/>
      </w:pPr>
      <w:r>
        <w:rPr>
          <w:rFonts w:ascii="Times New Roman" w:hAnsi="Times New Roman" w:eastAsia="Times New Roman" w:cs="Times New Roman"/>
          <w:b w:val="0"/>
          <w:sz w:val="24"/>
        </w:rPr>
        <w:t>[notary seal]</w:t>
      </w:r>
    </w:p>
    <w:p>
      <w:pPr>
        <w:keepNext w:val="0"/>
        <w:spacing w:before="120" w:after="0" w:line="260" w:lineRule="exact"/>
        <w:ind w:left="360" w:right="0" w:firstLine="0"/>
        <w:jc w:val="left"/>
      </w:pPr>
      <w:r>
        <w:rPr>
          <w:rFonts w:ascii="Times New Roman" w:hAnsi="Times New Roman" w:eastAsia="Times New Roman" w:cs="Times New Roman"/>
          <w:b w:val="0"/>
          <w:sz w:val="24"/>
        </w:rPr>
        <w:t>[notary signature] ______________________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