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Secretary's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SELLER]</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[NAME OF SECRETARY], certifies that he is the Secretary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"Company"), and in such capacity is duly authorized to execute this Certificate and further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Certificate of Incorporation of the Company, filed with the Secretary of State of the State of Delaware, as in effect on the date hereof. Such Certificate of Incorporation has not been otherwise amended, modified, superseded, rescinded or revoked and remains in full force and effect on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Exhibit B to 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Bylaws of the Company, as in effect on the date hereof. Such Bylaws have not been otherwise amended, modified, superseded, rescinded or revoked and remain in full force and effect on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Exhibit C to this Certificate are true, correct and complete copies of the resolutions adopted by the Board of Directors of the Company approving the execution and delivery of the Asset Purchase Agreement. Such resolutions have not been amended, rescinded or modified since their adoption and remain in full force and effect as of the date hereof, were duly adopted, and are the only resolutions adopted by the Board of Directors of the Company with respect to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Exhibit D to this Certificate are true, correct and complete copies of the resolutions adopted by the stockholders of the Company approving the execution and delivery of the Asset Purchase Agreement. Such resolutions have not been amended, rescinded or modified since their adoption and remain in full force and effect as of the date hereof, were duly adopted, and are the only resolutions adopted by the stockholders of the Company with respect to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as Exhibit E to this Certificate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standing certificate of the Company issued by the Secretary of State of the State of Delaware on [date].</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to this Secretary’s Certificate of [NAME OF SELLER]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SECRETARY]</w:t>
      </w:r>
    </w:p>
    <w:p>
      <w:pPr>
        <w:keepNext w:val="0"/>
        <w:spacing w:before="120" w:after="0" w:line="260" w:lineRule="exact"/>
        <w:ind w:left="360" w:right="0" w:firstLine="0"/>
        <w:jc w:val="left"/>
      </w:pPr>
      <w:r>
        <w:rPr>
          <w:rFonts w:ascii="Times New Roman" w:hAnsi="Times New Roman" w:eastAsia="Times New Roman" w:cs="Times New Roman"/>
          <w:b w:val="0"/>
          <w:sz w:val="24"/>
        </w:rPr>
        <w:t>Title: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