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Secretary's Certificate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Secretary's Certificate</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Party]</w:t>
      </w:r>
    </w:p>
    <w:p>
      <w:pPr>
        <w:keepNext w:val="0"/>
        <w:spacing w:before="200" w:after="0" w:line="260" w:lineRule="exact"/>
        <w:ind w:left="720" w:right="0" w:firstLine="0"/>
        <w:jc w:val="both"/>
      </w:pPr>
      <w:r>
        <w:rPr>
          <w:rFonts w:ascii="Times New Roman" w:hAnsi="Times New Roman" w:eastAsia="Times New Roman" w:cs="Times New Roman"/>
          <w:b w:val="0"/>
          <w:sz w:val="24"/>
        </w:rPr>
        <w:t>This Secretary's Certificate is furnished in connection with [section reference] of that certain Merger Agreement (the "Merger Agreement"), dated as of [month] [day], [year], by and among [merger agreement parties]. Capitalized terms used but not defined herein shall have the meanings assigned to such terms in the Merger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[Secretary Name], certifies that [s]he is the [Assistant] Secretary of [Merger Agreement Party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corporation (the "Company"), and in such capacity is duly authorized to execute this Certificate and further certifies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this Certificate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the [Amended and Restated] Articles of Organization of the Company, [filed with]/[certified by] the Secretary of State of the State of Florida, in effect immediately prior to the Effective Time. Such Articles of Organization has not been otherwise amended, modified, superseded, rescinded or revoked and remains in full force and effect on the date hereof immediately prior to the Effective Time.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to this Certificate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the Bylaws of the Company, in effect immediately prior to the Effective Time. Such Bylaws have not been otherwise amended, modified, superseded, rescinded or revoked and remain in full force and effect on the date hereof immediately prior to the Effective Time.</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to this Certificate are true, correct and complete copies of the resolutions adopted by the Board of Directors of the Company approving the execution and delivery of the Merger Agreement and all of the transactions contemplated thereunder. Such resolutions have not been amended, rescinded or modified since their adoption and remain in full force and effect as of the date hereof, were duly adopted, and are the only resolutions adopted by the Board of Directors of the Company with respect to such matters.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to this Certificate are true, correct and complete copies of the resolutions adopted by the stockholders of the Company approving the execution and delivery of the Merger Agreement and all of the transactions contemplated thereunder. Such resolutions have not been amended, rescinded or modified since their adoption and remain in full force and effect as of the date hereof immediately prior to the Effective Time, were duly adopted, and are the only resolutions adopted by the stockholders of the Company with respect to such matters.</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to this Certificate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good standing of the Company issued by the Secretary of State of the State of Florida [and any other jurisdiction in which the Company is qualified to do business], dated as of [date] [and dated not more than [ten (10)] calendar days prior to the Closing Date].</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to this Certificate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incumbency certificate indicating the duly elected, qualified and acting officers of the Company occupying the offices set forth opposite their respective names and the signatures set forth opposite their respective names are their true signatures.</w:t>
      </w:r>
    </w:p>
    <w:p>
      <w:pPr>
        <w:keepNext w:val="0"/>
        <w:spacing w:before="200" w:after="0" w:line="260" w:lineRule="exact"/>
        <w:ind w:left="36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Remainder of Page Intentionally Left Blank</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hereunto set my hand to this Secretary's Certificate of [Party Name]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[Party]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[Assistant] Secretary]</w:t>
      </w:r>
    </w:p>
    <w:p>
      <w:pPr>
        <w:keepNext w:val="0"/>
        <w:spacing w:before="120" w:after="0" w:line="260" w:lineRule="exact"/>
        <w:ind w:left="360" w:right="0" w:firstLine="0"/>
        <w:jc w:val="left"/>
      </w:pPr>
      <w:r>
        <w:rPr>
          <w:rFonts w:ascii="Times New Roman" w:hAnsi="Times New Roman" w:eastAsia="Times New Roman" w:cs="Times New Roman"/>
          <w:b w:val="0"/>
          <w:sz w:val="24"/>
        </w:rPr>
        <w:t>Title: [Assistant] Secretary</w:t>
      </w:r>
    </w:p>
    <w:p>
      <w:pPr>
        <w:keepNext w:val="0"/>
        <w:spacing w:before="200" w:after="0" w:line="260" w:lineRule="exact"/>
        <w:ind w:left="36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Page to Secretary's Certificate</w:t>
      </w:r>
      <w:r>
        <w:rPr>
          <w:rFonts w:ascii="Times New Roman" w:hAnsi="Times New Roman" w:eastAsia="Times New Roman" w:cs="Times New Roman"/>
          <w:b w:val="0"/>
          <w:sz w:val="24"/>
        </w:rPr>
        <w:t>]</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[ARTICLES OF INCORPORATION].</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[BYLAWS].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C.</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BOARD RESOLUTIONS].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[STOCKHOLDER RESOLUTIONS].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GOOD STANDING].</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INCUMBENCY CERTIFICATE.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