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Secretary's Certificate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Secretary's Certificate</w:t>
      </w:r>
      <w:r>
        <w:rPr>
          <w:rFonts w:ascii="Times New Roman" w:hAnsi="Times New Roman" w:eastAsia="Times New Roman" w:cs="Times New Roman"/>
          <w:sz w:val="24"/>
        </w:rPr>
        <w:br/>
      </w:r>
      <w:r>
        <w:rPr>
          <w:rFonts w:ascii="Times New Roman" w:hAnsi="Times New Roman" w:eastAsia="Times New Roman" w:cs="Times New Roman"/>
          <w:b/>
          <w:sz w:val="24"/>
        </w:rPr>
        <w:t>[Name of Party]</w:t>
      </w:r>
    </w:p>
    <w:p>
      <w:pPr>
        <w:keepNext w:val="0"/>
        <w:spacing w:before="200" w:after="0" w:line="260" w:lineRule="exact"/>
        <w:ind w:left="720" w:right="0" w:firstLine="0"/>
        <w:jc w:val="both"/>
      </w:pPr>
      <w:r>
        <w:rPr>
          <w:rFonts w:ascii="Times New Roman" w:hAnsi="Times New Roman" w:eastAsia="Times New Roman" w:cs="Times New Roman"/>
          <w:b w:val="0"/>
          <w:sz w:val="24"/>
        </w:rPr>
        <w:t>This Secretary's Certificate is furnished in connection with [section reference] of that certain Merger Agreement (the "Merger Agreement"), dated as of [month] [day], [year], by and among [merger agreement parties]. Capitalized terms used but not defined herein shall have the meanings assigned to such terms in the Merger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[Secretary Name], certifies that [s]he is the [Assistant] Secretary of [Merger Agreement Party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corporation (the "Company"), and in such capacity is duly authorized to execute this Certificate and further certifies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the [Amended and Restated] Articles of Incorporation of the Company, [filed with]/[certified by] the Secretary of State of the State of Pennsylvania, in effect immediately prior to the Effective Time. Such Articles of Incorporation has not been otherwise amended, modified, superseded, rescinded or revoked and remains in full force and effect on the date hereof immediately prior to the Effective Time.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the Bylaws of the Company, in effect immediately prior to the Effective Time. Such Bylaws have not been otherwise amended, modified, superseded, rescinded or revoked and remain in full force and effect on the date hereof immediately prior to the Effective Time.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this Certificate are true, correct and complete copies of the resolutions adopted by the Board of Directors of the Company approving the execution and delivery of the Merger Agreement and all of the transactions contemplated thereunder. Such resolutions have not been amended, rescinded or modified since their adoption and remain in full force and effect as of the date hereof, were duly adopted, and are the only resolutions adopted by the Board of Directors of the Company with respect to such matters.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to this Certificate are true, correct and complete copies of the resolutions adopted by the stockholders of the Company approving the execution and delivery of the Merger Agreement and all of the transactions contemplated thereunder. Such resolutions have not been amended, rescinded or modified since their adoption and remain in full force and effect as of the date hereof immediately prior to the Effective Time, were duly adopted, and are the only resolutions adopted by the stockholders of the Company with respect to such matters.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good standing of the Company issued by the Secretary of State of the State of Pennsylvania [and any other jurisdiction in which the Company is qualified to do business], dated as of [date] [and dated not more than [ten (10)] calendar days prior to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incumbency certificate indicating the duly elected, qualified and acting officers of the Company occupying the offices set forth opposite their respective names and the signatures set forth opposite their respective names are their true signatures.</w:t>
      </w:r>
    </w:p>
    <w:p>
      <w:pPr>
        <w:keepNext w:val="0"/>
        <w:spacing w:before="200" w:after="0" w:line="260" w:lineRule="exact"/>
        <w:ind w:left="360" w:right="0" w:firstLine="0"/>
        <w:jc w:val="center"/>
      </w:pPr>
      <w:r>
        <w:rPr>
          <w:rFonts w:ascii="Times New Roman" w:hAnsi="Times New Roman" w:eastAsia="Times New Roman" w:cs="Times New Roman"/>
          <w:b w:val="0"/>
          <w:sz w:val="24"/>
        </w:rPr>
        <w:t>[Remainder of Page Intentionally Left Blank]</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I have hereunto set my hand to this Secretary's Certificate of [Party Name] as of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[Party]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[Assistant] Secretary]</w:t>
      </w:r>
    </w:p>
    <w:p>
      <w:pPr>
        <w:keepNext w:val="0"/>
        <w:spacing w:before="120" w:after="0" w:line="260" w:lineRule="exact"/>
        <w:ind w:left="360" w:right="0" w:firstLine="0"/>
        <w:jc w:val="left"/>
      </w:pPr>
      <w:r>
        <w:rPr>
          <w:rFonts w:ascii="Times New Roman" w:hAnsi="Times New Roman" w:eastAsia="Times New Roman" w:cs="Times New Roman"/>
          <w:b w:val="0"/>
          <w:sz w:val="24"/>
        </w:rPr>
        <w:t>Title: [Assistant] Secretary</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to Secretary's Certificate]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INCORPORATION].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[BYLAWS].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BOARD RESOLUTIONS].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[STOCKHOLDER RESOLUTIONS].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[CERTIFICATE OF GOOD STANDING].</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p>
    <w:p>
      <w:pPr>
        <w:keepNext w:val="0"/>
        <w:spacing w:before="120" w:after="0" w:line="260" w:lineRule="exact"/>
        <w:ind w:left="720" w:right="0" w:firstLine="0"/>
        <w:jc w:val="left"/>
      </w:pPr>
      <w:r>
        <w:rPr>
          <w:rFonts w:ascii="Times New Roman" w:hAnsi="Times New Roman" w:eastAsia="Times New Roman" w:cs="Times New Roman"/>
          <w:b/>
          <w:sz w:val="24"/>
        </w:rPr>
        <w:t>INCUMBENCY CERTIFICATE.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