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Section 253 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AFFIDAVIT FOR EXEMPTION FROM MORTGAGE RECORDING TAX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UNDER SECTION 253 OF THE NEW YORK TAX LAW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[mortgagor's authorized signatory], being duly sworn deposes and says: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[mortgagor's signatory's title] of [mortgagor] (the "Mortgagor"), the mortgagor named in that certain mortgage, dated [month] [day], [year] made by the Mortgagor to the Mortgagee in the principal amount of [amount in words] Dollars ($[amount in numbers]) secured by property known as and located at Tax Lot [tax lot number], in Block [block number] on the Tax Map of [city/town/village] of [municipality], County of [county], State of New York (the "Mortgage") and am familiar with the facts set forth herein.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Mortgagor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voluntary nonprofit hospital corporation.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certified copy of the certificate of incorporation of the Mortgagor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certificate of the Public Health Council authorizing the Mortgagor to operate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hospital is attached hereto.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proceeds of the Mortgage are to be used for hospital-related purposes.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Mortgage is being submitted simultaneously herewith to the [Office of the Register/County Clerk], County of [county], state of New York.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Pursuant to NY CLS Tax § 253 (3), the Mortgage submitted herewith for recording is exempt from the payment of mortgage recording tax.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WHEREFORE, deponent respectfully requests that the Mortgage presented herewith for recording be declared exempt from the mortgage recording tax.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[mortgagor's authorized 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 of mortgagor's authorized signatory]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before me this [month] [day],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