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Securities Exchange Notification Letter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[ISSUER LETTERHEAD]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Exchange]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of Exchange]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Notification of Completion of Public Equity Offering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Sir/Madam,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 are pleased to inform you that, pursuant to the Underwriting Agreement dated [underwriting agreement date] by and among [Company’s name] (the "Company"), [the selling stockholders,] and [names of underwriters], as underwriters, the Company issued and sold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aggregate number of [number of shares] shares of [common stock], par value $[par value] per share, on [closing date].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you have any questions or require additional information, kindly contact the undersigned at [contact information (e.g., phone and/or email)].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