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78" w:line="259" w:lineRule="auto"/>
        <w:ind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SECURITY DEPOSIT RECEIPT </w:t>
      </w:r>
    </w:p>
    <w:p>
      <w:pPr>
        <w:spacing w:before="0" w:after="541"/>
        <w:ind w:hanging="10"/>
      </w:pPr>
      <w:r>
        <w:rPr>
          <w:rFonts w:ascii="Times New Roman" w:hAnsi="Times New Roman" w:eastAsia="Times New Roman" w:cs="Times New Roman"/>
          <w:sz w:val="24"/>
        </w:rPr>
        <w:t xml:space="preserve">Date: _______________________, 20____ </w:t>
      </w:r>
    </w:p>
    <w:p>
      <w:pPr>
        <w:ind w:hanging="10"/>
      </w:pPr>
      <w:r>
        <w:rPr>
          <w:rFonts w:ascii="Times New Roman" w:hAnsi="Times New Roman" w:eastAsia="Times New Roman" w:cs="Times New Roman"/>
          <w:sz w:val="24"/>
        </w:rPr>
        <w:t xml:space="preserve">Dear Tenant, </w:t>
      </w:r>
    </w:p>
    <w:p>
      <w:pPr>
        <w:ind w:hanging="10"/>
      </w:pPr>
      <w:r>
        <w:rPr>
          <w:rFonts w:ascii="Times New Roman" w:hAnsi="Times New Roman" w:eastAsia="Times New Roman" w:cs="Times New Roman"/>
          <w:sz w:val="24"/>
        </w:rPr>
        <w:t xml:space="preserve">The Landlord shall hold the Security Deposit in a separate account at a bank located at ________________________________________________________ [Street Address] in the City of _______________________, State of _______________________. </w:t>
      </w:r>
    </w:p>
    <w:p>
      <w:pPr>
        <w:spacing w:before="0" w:after="551"/>
        <w:ind w:hanging="10"/>
      </w:pPr>
      <w:r>
        <w:rPr>
          <w:rFonts w:ascii="Times New Roman" w:hAnsi="Times New Roman" w:eastAsia="Times New Roman" w:cs="Times New Roman"/>
          <w:sz w:val="24"/>
        </w:rPr>
        <w:t xml:space="preserve">The Security Deposit in the amount of $__________________ (US Dollars) has been deposited in _______________________ [Bank Name] with the Account Number of _______________________ for the full performance of the Lease executed on _______________________, 20___. </w:t>
      </w:r>
    </w:p>
    <w:p>
      <w:pPr>
        <w:ind w:hanging="10"/>
      </w:pPr>
      <w:r>
        <w:rPr>
          <w:rFonts w:ascii="Times New Roman" w:hAnsi="Times New Roman" w:eastAsia="Times New Roman" w:cs="Times New Roman"/>
          <w:sz w:val="24"/>
        </w:rPr>
        <w:t xml:space="preserve">Landlord’s Signature: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Date: _____________ </w:t>
      </w:r>
    </w:p>
    <w:p>
      <w:pPr/>
    </w:p>
    <w:p>
      <w:pPr>
        <w:spacing w:before="0" w:after="7243" w:line="259" w:lineRule="auto"/>
        <w:ind w:firstLine="0"/>
      </w:pPr>
      <w:r>
        <w:rPr>
          <w:rFonts w:ascii="Times New Roman" w:hAnsi="Times New Roman" w:eastAsia="Times New Roman" w:cs="Times New Roman"/>
          <w:sz w:val="24"/>
        </w:rPr>
        <w:t xml:space="preserve">Print Name: _______________________ </w:t>
      </w:r>
    </w:p>
    <w:p>
      <w:pPr/>
    </w:p>
    <w:p>
      <w:pPr>
        <w:spacing w:before="0" w:after="263"/>
        <w:ind w:firstLine="0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