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Security Patrol Services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patrol service company (actual or fictitious name authorized by the Bureau of Security and Investigative Services)]</w:t>
      </w:r>
    </w:p>
    <w:p>
      <w:pPr>
        <w:keepNext w:val="0"/>
        <w:spacing w:before="200" w:after="0" w:line="260" w:lineRule="exact"/>
        <w:ind w:left="360" w:right="0" w:firstLine="0"/>
        <w:jc w:val="both"/>
      </w:pPr>
      <w:r>
        <w:rPr>
          <w:rFonts w:ascii="Times New Roman" w:hAnsi="Times New Roman" w:eastAsia="Times New Roman" w:cs="Times New Roman"/>
          <w:b w:val="0"/>
          <w:sz w:val="24"/>
        </w:rPr>
        <w:t>License Number: [license number issued by the Bureau of Security and Investigative Services]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[Name]</w:t>
      </w:r>
    </w:p>
    <w:p>
      <w:pPr>
        <w:keepNext w:val="0"/>
        <w:spacing w:before="200" w:after="0" w:line="260" w:lineRule="exact"/>
        <w:ind w:left="360" w:right="0" w:firstLine="0"/>
        <w:jc w:val="both"/>
      </w:pPr>
      <w:r>
        <w:rPr>
          <w:rFonts w:ascii="Times New Roman" w:hAnsi="Times New Roman" w:eastAsia="Times New Roman" w:cs="Times New Roman"/>
          <w:b w:val="0"/>
          <w:sz w:val="24"/>
        </w:rPr>
        <w:t>Job Site Address: [Address]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 [Telephone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Security Patrol Services Agreement (“Agreement”) is made on this [date] (the “Effective Date”) between [name of patrol service company] ("Patrol Service Company"), [capacity,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limited liability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Jersey general partnership] with its principal place of business at [address], and [name of customer] ("Client"), [capacity] with [its/his/her] principal place of business at [Client's address]; Patrol Service Company and Client are collectively the “Parties”.</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Patrol Service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patrol operator [as applicable, e.g., licensed under the Private Security Services Act], and operates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of providing guards and patrol personnel to protect persons and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Client is [specify property rights, e.g., the owner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lessee with full rights to protect] the property located at [address of property location to be guarded] ("Client's Property").</w:t>
      </w:r>
    </w:p>
    <w:p>
      <w:pPr>
        <w:keepNext w:val="0"/>
        <w:spacing w:before="200" w:after="0" w:line="260" w:lineRule="exact"/>
        <w:ind w:left="720" w:right="0" w:firstLine="0"/>
        <w:jc w:val="both"/>
      </w:pPr>
      <w:r>
        <w:rPr>
          <w:rFonts w:ascii="Times New Roman" w:hAnsi="Times New Roman" w:eastAsia="Times New Roman" w:cs="Times New Roman"/>
          <w:b w:val="0"/>
          <w:sz w:val="24"/>
        </w:rPr>
        <w:t>Patrol Service Company desires to provide patrol services for Client's Property and Client desires to obtain such services from Patrol Service Company, based upon the following terms and conditions agreed upon by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THEREFORE, in consideration of the mutual promises set forth below, the Parties agree as follows:</w:t>
      </w:r>
    </w:p>
    <w:p>
      <w:pPr>
        <w:keepNext w:val="0"/>
        <w:spacing w:before="120" w:after="0" w:line="260" w:lineRule="exact"/>
        <w:ind w:left="720" w:right="0" w:firstLine="0"/>
        <w:jc w:val="left"/>
      </w:pPr>
      <w:r>
        <w:rPr>
          <w:rFonts w:ascii="Times New Roman" w:hAnsi="Times New Roman" w:eastAsia="Times New Roman" w:cs="Times New Roman"/>
          <w:b/>
          <w:sz w:val="24"/>
        </w:rPr>
        <w:t>Term of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of this Agreement shall begin on [applicable start date or the “Effective Date”], and shall continue in full force and effect until it is terminated by [e.g., 30 days] written notice from either party to the other.</w:t>
      </w:r>
    </w:p>
    <w:p>
      <w:pPr>
        <w:keepNext w:val="0"/>
        <w:spacing w:before="120" w:after="0" w:line="260" w:lineRule="exact"/>
        <w:ind w:left="720" w:right="0" w:firstLine="0"/>
        <w:jc w:val="left"/>
      </w:pPr>
      <w:r>
        <w:rPr>
          <w:rFonts w:ascii="Times New Roman" w:hAnsi="Times New Roman" w:eastAsia="Times New Roman" w:cs="Times New Roman"/>
          <w:b/>
          <w:sz w:val="24"/>
        </w:rPr>
        <w:t>Services to be Furnished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Patrol Service Company shall furnish fully qualified, well trained patrol personnel to patrol Client's Property. Each patrol employee of Patrol Service Company shall be registered with the [as applicable, e.g., California Bureau of Security and Investigative Services]. The specific duties of the patrol personnel shall be to [description of all services to be provided by Patrol Services Company, e.g., visually inspect the exterior and interior of Client's property at the times and frequencies noted below]:</w:t>
      </w:r>
    </w:p>
    <w:p>
      <w:pPr>
        <w:keepNext w:val="0"/>
        <w:spacing w:before="200" w:after="0" w:line="260" w:lineRule="exact"/>
        <w:ind w:left="1440" w:right="0" w:firstLine="0"/>
        <w:jc w:val="both"/>
      </w:pPr>
      <w:r>
        <w:rPr>
          <w:rFonts w:ascii="Times New Roman" w:hAnsi="Times New Roman" w:eastAsia="Times New Roman" w:cs="Times New Roman"/>
          <w:b w:val="0"/>
          <w:sz w:val="24"/>
        </w:rPr>
        <w:t>[List time schedule for both exterior and interior patrol checks by day of the week]</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patrol personnel observe any suspicious criminal activity, bomb threats, evidence of actual or impending theft or damage to property, or evidence of actual or impending harm to persons on Client's property, the patrol personnel shall immediately notify appropriate local law enforcement agencies, supervisory personnel of Patrol Service Company, and Client.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patrol services provided for by this Agreement shall be performed by qualified, efficient, and discreet employees maintaining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demeanor at all times in strict accordance with the recognized best industry practices.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Patrol Service Company shall have available by telephone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live supervisor 24 hours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7 days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week, who can be reached by patrol personnel on duty and Client at [telephone number]. Patrol Service Company shall also have mobile supervisors available to provide backup assistance to patrol personnel at Client's property, as needed.</w:t>
      </w:r>
    </w:p>
    <w:p>
      <w:pPr>
        <w:keepNext w:val="0"/>
        <w:spacing w:before="120" w:after="0" w:line="260" w:lineRule="exact"/>
        <w:ind w:left="720" w:right="0" w:firstLine="0"/>
        <w:jc w:val="left"/>
      </w:pPr>
      <w:r>
        <w:rPr>
          <w:rFonts w:ascii="Times New Roman" w:hAnsi="Times New Roman" w:eastAsia="Times New Roman" w:cs="Times New Roman"/>
          <w:b/>
          <w:sz w:val="24"/>
        </w:rPr>
        <w:t>Uniforms and Equipment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While patrolling Client's Property, patrol personnel furnished by Patrol Service Company shall be completely outfitted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bearing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patch on each shoulder having the words "Private Security" and the name of Patrol Service Company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badge bearing the name of Patrol Service Company, and all necessary equipment, including [specify weapons to be used,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firearm, baton, or other weapon].</w:t>
      </w:r>
    </w:p>
    <w:p>
      <w:pPr>
        <w:keepNext w:val="0"/>
        <w:spacing w:before="120" w:after="0" w:line="260" w:lineRule="exact"/>
        <w:ind w:left="720" w:right="0" w:firstLine="0"/>
        <w:jc w:val="left"/>
      </w:pPr>
      <w:r>
        <w:rPr>
          <w:rFonts w:ascii="Times New Roman" w:hAnsi="Times New Roman" w:eastAsia="Times New Roman" w:cs="Times New Roman"/>
          <w:b/>
          <w:sz w:val="24"/>
        </w:rPr>
        <w:t>Employees of Agency</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4. All patrol personnel furnished by Patrol Service Company shall be employees of Patrol Service Company and shall at all times be subject to the direct supervision and control of Patrol Service Company. Patrol Service Company shall have the sole responsibility of paying the salaries, taxes (including, but not limited to, federal social security taxes and federal and state unemployment taxes) and all other expenses relating to each employee of Patrol Service Company.</w:t>
      </w:r>
    </w:p>
    <w:p>
      <w:pPr>
        <w:keepNext w:val="0"/>
        <w:spacing w:before="120" w:after="0" w:line="260" w:lineRule="exact"/>
        <w:ind w:left="720" w:right="0" w:firstLine="0"/>
        <w:jc w:val="left"/>
      </w:pPr>
      <w:r>
        <w:rPr>
          <w:rFonts w:ascii="Times New Roman" w:hAnsi="Times New Roman" w:eastAsia="Times New Roman" w:cs="Times New Roman"/>
          <w:b/>
          <w:sz w:val="24"/>
        </w:rPr>
        <w:t>Training and Qualifications of Guards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employee of Patrol Service Company who patrols Client's Property shall satisfy the following requirements: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employee shall have completed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course in the exercise of the power to arrest pursuant to [applicable code, regulations, or training course].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employee who carries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firearm shall have completed the training course required by [applicable code, regulation, or training course] and shall at all times carry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guard registration card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firearm qualification card issued by the [applicable issuing body].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employee who carries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baton shall have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proficiency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approved baton training facility pursuant to [applicable code, regulation, or training course].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employee who carries tear gas or other nonlethal chemical agents shall have completed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course of instruction and carry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proficiency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approved training facility pursuant to [applicable code, regulation, or training course].</w:t>
      </w:r>
    </w:p>
    <w:p>
      <w:pPr>
        <w:keepNext w:val="0"/>
        <w:spacing w:before="120" w:after="0" w:line="260" w:lineRule="exact"/>
        <w:ind w:left="720" w:right="0" w:firstLine="0"/>
        <w:jc w:val="left"/>
      </w:pPr>
      <w:r>
        <w:rPr>
          <w:rFonts w:ascii="Times New Roman" w:hAnsi="Times New Roman" w:eastAsia="Times New Roman" w:cs="Times New Roman"/>
          <w:b/>
          <w:sz w:val="24"/>
        </w:rPr>
        <w:t>Compensation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the services agreed to be performed under this agreement, Client shall pay Patrol Service Company the sum of $[amount] per month. The rate of $[amount] per hour shall be charged for any additional patrol services requested by Client.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the end of each month Patrol Service Company shall send to Client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showing the amount of compensation due it for services performed during that month. Client shall make payment within [e.g., 30] days of the billing date.</w:t>
      </w:r>
    </w:p>
    <w:p>
      <w:pPr>
        <w:keepNext w:val="0"/>
        <w:spacing w:before="120" w:after="0" w:line="260" w:lineRule="exact"/>
        <w:ind w:left="720" w:right="0" w:firstLine="0"/>
        <w:jc w:val="left"/>
      </w:pPr>
      <w:r>
        <w:rPr>
          <w:rFonts w:ascii="Times New Roman" w:hAnsi="Times New Roman" w:eastAsia="Times New Roman" w:cs="Times New Roman"/>
          <w:b/>
          <w:sz w:val="24"/>
        </w:rPr>
        <w:t>Hiring Patrol Service's Employees</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Client agrees that it shall not, either during the term of this Agreement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[e.g., one year] following termination of this Agreement, hire for its own employment any of the employees of Patrol Service Company who performed services at any time in carrying out the terms of this Agreement.</w:t>
      </w:r>
    </w:p>
    <w:p>
      <w:pPr>
        <w:keepNext w:val="0"/>
        <w:spacing w:before="120" w:after="0" w:line="260" w:lineRule="exact"/>
        <w:ind w:left="720" w:right="0" w:firstLine="0"/>
        <w:jc w:val="left"/>
      </w:pPr>
      <w:r>
        <w:rPr>
          <w:rFonts w:ascii="Times New Roman" w:hAnsi="Times New Roman" w:eastAsia="Times New Roman" w:cs="Times New Roman"/>
          <w:b/>
          <w:sz w:val="24"/>
        </w:rPr>
        <w:t>Compliance with Applicable Statutes, Ordinances, and Regulations</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performing the services required of it under this agreement, Patrol Service Company shall comply with all applicable federal, state, county, and city statutes, ordinances, and regulations.</w:t>
      </w:r>
    </w:p>
    <w:p>
      <w:pPr>
        <w:keepNext w:val="0"/>
        <w:spacing w:before="120" w:after="0" w:line="260" w:lineRule="exact"/>
        <w:ind w:left="720" w:right="0" w:firstLine="0"/>
        <w:jc w:val="left"/>
      </w:pPr>
      <w:r>
        <w:rPr>
          <w:rFonts w:ascii="Times New Roman" w:hAnsi="Times New Roman" w:eastAsia="Times New Roman" w:cs="Times New Roman"/>
          <w:b/>
          <w:sz w:val="24"/>
        </w:rPr>
        <w:t>Insurance</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Patrol Service Company, at its own cost and expense, shall procure and maintain throughout the term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workers' compensation insurance policy for the protection of its employees engaged in work under this Agreement.</w:t>
      </w:r>
    </w:p>
    <w:p>
      <w:pPr>
        <w:keepNext w:val="0"/>
        <w:spacing w:before="120" w:after="0" w:line="260" w:lineRule="exact"/>
        <w:ind w:left="720" w:right="0" w:firstLine="0"/>
        <w:jc w:val="left"/>
      </w:pPr>
      <w:r>
        <w:rPr>
          <w:rFonts w:ascii="Times New Roman" w:hAnsi="Times New Roman" w:eastAsia="Times New Roman" w:cs="Times New Roman"/>
          <w:b/>
          <w:sz w:val="24"/>
        </w:rPr>
        <w:t>Excusable Delays and Failures</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party shall be liable for any delay or failure in its performance under this Agreement (except for payment obligations) caused by events beyond the reasonable control of the party, including, but not limited to, terrorism, war, riots, labor disputes, interruption of utility services, government authority, fires, floods, earthquakes, inclement weather, and other natural disasters, in which event the non-performing party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[three (3)] business days of its occurrence.</w:t>
      </w:r>
    </w:p>
    <w:p>
      <w:pPr>
        <w:keepNext w:val="0"/>
        <w:spacing w:before="120" w:after="0" w:line="260" w:lineRule="exact"/>
        <w:ind w:left="720" w:right="0" w:firstLine="0"/>
        <w:jc w:val="left"/>
      </w:pPr>
      <w:r>
        <w:rPr>
          <w:rFonts w:ascii="Times New Roman" w:hAnsi="Times New Roman" w:eastAsia="Times New Roman" w:cs="Times New Roman"/>
          <w:b/>
          <w:sz w:val="24"/>
        </w:rPr>
        <w:t>Entire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supersedes any and all other agreements, either oral or in writing, between the Parties with respect to the subject of this contract. This Agreement contains all of the covenants and agreements between the parties with respect to the subject of this contract, and each party acknowledges that no representations, inducements, promises, or agreements have been made by or on behalf of any party except the covenants and agreements embodied in this contract. Any agreement, statement, or promise not contained in this contract shall not be valid or binding between the Parties with respect to the subject of this contract, except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written modification signed by the party to be charged.</w:t>
      </w:r>
    </w:p>
    <w:p>
      <w:pPr>
        <w:keepNext w:val="0"/>
        <w:spacing w:before="120" w:after="0" w:line="260" w:lineRule="exact"/>
        <w:ind w:left="720" w:right="0" w:firstLine="0"/>
        <w:jc w:val="left"/>
      </w:pPr>
      <w:r>
        <w:rPr>
          <w:rFonts w:ascii="Times New Roman" w:hAnsi="Times New Roman" w:eastAsia="Times New Roman" w:cs="Times New Roman"/>
          <w:b/>
          <w:sz w:val="24"/>
        </w:rPr>
        <w:t>Amendment of Contract; Waiver</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contract may be amended or modified at any time with respect to any provision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Patrol Service Company and Client.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thereafter.</w:t>
      </w:r>
    </w:p>
    <w:p>
      <w:pPr>
        <w:keepNext w:val="0"/>
        <w:spacing w:before="120" w:after="0" w:line="260" w:lineRule="exact"/>
        <w:ind w:left="720" w:right="0" w:firstLine="0"/>
        <w:jc w:val="left"/>
      </w:pPr>
      <w:r>
        <w:rPr>
          <w:rFonts w:ascii="Times New Roman" w:hAnsi="Times New Roman" w:eastAsia="Times New Roman" w:cs="Times New Roman"/>
          <w:b/>
          <w:sz w:val="24"/>
        </w:rPr>
        <w:t>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party may assign or transfer this Agreement, in whole or in part, without the prior written consent of the other party. Any assignment not in conformity with this Section 13 shall be null and void. This Agreement shall be binding on, and inure to the benefit of, each party's heirs, executors, administrators, successors, and permitted assigns.</w:t>
      </w:r>
    </w:p>
    <w:p>
      <w:pPr>
        <w:keepNext w:val="0"/>
        <w:spacing w:before="120" w:after="0" w:line="260" w:lineRule="exact"/>
        <w:ind w:left="720" w:right="0" w:firstLine="0"/>
        <w:jc w:val="left"/>
      </w:pPr>
      <w:r>
        <w:rPr>
          <w:rFonts w:ascii="Times New Roman" w:hAnsi="Times New Roman" w:eastAsia="Times New Roman" w:cs="Times New Roman"/>
          <w:b/>
          <w:sz w:val="24"/>
        </w:rPr>
        <w:t>Limitation of Liability</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 for claims arising out of Patrol Service Company's indemnification obligations under Sections 9 of this Agreement], [i]n no event shall either party be liable under this Agreement to the other party for any incidental, consequential, indirect, statutory, special, or punitive damages, including, but not limited to, lost profits, loss of use, loss of time, inconvenience, loss business opportunities, damage to good will or reputation, or loss of data, regardless of whether such liability is based on breach of contract, tort, strict liability or otherwise, and even if advised of the possibility of such damages or such damages could have been reasonably foreseen.</w:t>
      </w:r>
    </w:p>
    <w:p>
      <w:pPr>
        <w:keepNext w:val="0"/>
        <w:spacing w:before="120" w:after="0" w:line="260" w:lineRule="exact"/>
        <w:ind w:left="720" w:right="0" w:firstLine="0"/>
        <w:jc w:val="left"/>
      </w:pPr>
      <w:r>
        <w:rPr>
          <w:rFonts w:ascii="Times New Roman" w:hAnsi="Times New Roman" w:eastAsia="Times New Roman" w:cs="Times New Roman"/>
          <w:b/>
          <w:sz w:val="24"/>
        </w:rPr>
        <w:t>Attorneys' Fees</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legal action, including arbitration, is brought to enforce or interpret the provisions of this Agreement, the prevailing party shall be entitled to recover reasonable attorneys' fees from the other party. These fees, which may be set by the court in the same action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action brought for that purpose, are in addition to any other relief to which the prevailing party may be entitled.</w:t>
      </w:r>
    </w:p>
    <w:p>
      <w:pPr>
        <w:keepNext w:val="0"/>
        <w:spacing w:before="120" w:after="0" w:line="260" w:lineRule="exact"/>
        <w:ind w:left="720" w:right="0" w:firstLine="0"/>
        <w:jc w:val="left"/>
      </w:pPr>
      <w:r>
        <w:rPr>
          <w:rFonts w:ascii="Times New Roman" w:hAnsi="Times New Roman" w:eastAsia="Times New Roman" w:cs="Times New Roman"/>
          <w:b/>
          <w:sz w:val="24"/>
        </w:rPr>
        <w:t>Notices</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 required or permitted to be given under this Agreement shall be written, and may be given by personal delivery or by registered or certified mail, first-class postage prepaid, return receipt requested, or overnight mail. Notice shall be deemed given upon actual receipt in the case of personal delivery, or upon mailing. Mailed notices shall be addressed as follows, but each party may change address by written notice in accordance with this paragraph:</w:t>
      </w:r>
    </w:p>
    <w:p>
      <w:pPr>
        <w:keepNext w:val="0"/>
        <w:spacing w:before="200" w:after="0" w:line="260" w:lineRule="exact"/>
        <w:ind w:left="1080" w:right="0" w:firstLine="0"/>
        <w:jc w:val="both"/>
      </w:pPr>
      <w:r>
        <w:rPr>
          <w:rFonts w:ascii="Times New Roman" w:hAnsi="Times New Roman" w:eastAsia="Times New Roman" w:cs="Times New Roman"/>
          <w:b w:val="0"/>
          <w:sz w:val="24"/>
        </w:rPr>
        <w:t>To Patrol Service Company at: [address].</w:t>
      </w:r>
    </w:p>
    <w:p>
      <w:pPr>
        <w:keepNext w:val="0"/>
        <w:spacing w:before="200" w:after="0" w:line="260" w:lineRule="exact"/>
        <w:ind w:left="1080" w:right="0" w:firstLine="0"/>
        <w:jc w:val="both"/>
      </w:pPr>
      <w:r>
        <w:rPr>
          <w:rFonts w:ascii="Times New Roman" w:hAnsi="Times New Roman" w:eastAsia="Times New Roman" w:cs="Times New Roman"/>
          <w:b w:val="0"/>
          <w:sz w:val="24"/>
        </w:rPr>
        <w:t>To Client at: [address].</w:t>
      </w:r>
    </w:p>
    <w:p>
      <w:pPr>
        <w:keepNext w:val="0"/>
        <w:spacing w:before="120" w:after="0" w:line="260" w:lineRule="exact"/>
        <w:ind w:left="720" w:right="0" w:firstLine="0"/>
        <w:jc w:val="left"/>
      </w:pPr>
      <w:r>
        <w:rPr>
          <w:rFonts w:ascii="Times New Roman" w:hAnsi="Times New Roman" w:eastAsia="Times New Roman" w:cs="Times New Roman"/>
          <w:b/>
          <w:sz w:val="24"/>
        </w:rPr>
        <w:t>Governing Law; Venue</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contract shall be governed by and construed in accordance with the laws of the State [state]], without regard to its conflicts of laws principles. The Parties agree that any dispute between the Parties under this Agreement, or any claims or legal actions by one party against the other arising or concerning any rights under this Agreement shall be commenced and maintained in the federal and state courts located in [venue, e.g., New York County, New York]. Both Parties hereby submit to the jurisdiction and venue of any such court. </w:t>
      </w:r>
      <w:r>
        <w:rPr>
          <w:rFonts w:ascii="Times New Roman" w:hAnsi="Times New Roman" w:eastAsia="Times New Roman" w:cs="Times New Roman"/>
          <w:b/>
          <w:sz w:val="24"/>
        </w:rPr>
        <w:t>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720" w:right="0" w:firstLine="0"/>
        <w:jc w:val="left"/>
      </w:pPr>
      <w:r>
        <w:rPr>
          <w:rFonts w:ascii="Times New Roman" w:hAnsi="Times New Roman" w:eastAsia="Times New Roman" w:cs="Times New Roman"/>
          <w:b/>
          <w:sz w:val="24"/>
        </w:rPr>
        <w:t>Independent Contractors</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performing the Services hereunder, Patrol Service Company and Patrol Service Company's personnel are independent contractors and have no authority to make commitments or enter into contracts on behalf of, bind or otherwise obligate Client in any manner whatsoever. Nothing in this Agreement, and no course of dealing between the Parties, shall constitute or be deemed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between Security Patrol Company and Client for any purpose whatsoever.</w:t>
      </w:r>
    </w:p>
    <w:p>
      <w:pPr>
        <w:keepNext w:val="0"/>
        <w:spacing w:before="120" w:after="0" w:line="260" w:lineRule="exact"/>
        <w:ind w:left="720" w:right="0" w:firstLine="0"/>
        <w:jc w:val="left"/>
      </w:pPr>
      <w:r>
        <w:rPr>
          <w:rFonts w:ascii="Times New Roman" w:hAnsi="Times New Roman" w:eastAsia="Times New Roman" w:cs="Times New Roman"/>
          <w:b/>
          <w:sz w:val="24"/>
        </w:rPr>
        <w:t>Counterparts</w:t>
      </w:r>
    </w:p>
    <w:p>
      <w:pPr>
        <w:keepNext w:val="0"/>
        <w:spacing w:before="120" w:after="0" w:line="260" w:lineRule="exact"/>
        <w:ind w:left="1080" w:right="0" w:firstLine="0"/>
        <w:jc w:val="left"/>
      </w:pPr>
      <w:r>
        <w:rPr>
          <w:rFonts w:ascii="Times New Roman" w:hAnsi="Times New Roman" w:eastAsia="Times New Roman" w:cs="Times New Roman"/>
          <w:b w:val="0"/>
          <w:sz w:val="24"/>
        </w:rPr>
        <w:t>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by facsimile and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200" w:after="0" w:line="260" w:lineRule="exact"/>
        <w:ind w:left="360" w:right="0" w:firstLine="0"/>
        <w:jc w:val="both"/>
      </w:pPr>
      <w:r>
        <w:rPr>
          <w:rFonts w:ascii="Times New Roman" w:hAnsi="Times New Roman" w:eastAsia="Times New Roman" w:cs="Times New Roman"/>
          <w:b w:val="0"/>
          <w:sz w:val="24"/>
        </w:rPr>
        <w:t>PATROL SERVICE COMPANY</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patrol operator]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 and title]</w:t>
      </w:r>
    </w:p>
    <w:p>
      <w:pPr>
        <w:keepNext w:val="0"/>
        <w:spacing w:before="200" w:after="0" w:line="260" w:lineRule="exact"/>
        <w:ind w:left="360" w:right="0" w:firstLine="0"/>
        <w:jc w:val="both"/>
      </w:pPr>
      <w:r>
        <w:rPr>
          <w:rFonts w:ascii="Times New Roman" w:hAnsi="Times New Roman" w:eastAsia="Times New Roman" w:cs="Times New Roman"/>
          <w:b w:val="0"/>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client]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 and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