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Self-Evaluation Employee Form</w:t>
      </w:r>
    </w:p>
    <w:p>
      <w:pPr>
        <w:jc w:val="center"/>
      </w:pP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Name: __________________</w:t>
        <w:tab/>
        <w:tab/>
        <w:t>Date: 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Title: ___________________</w:t>
        <w:tab/>
        <w:tab/>
        <w:t>Department: 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Review Period: 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1. Do you understand the requirements of your job? Yes ___ No ___ If no, what aspects of your job need clarification?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2. What changes in duties or priorities did you face during the review period and how did you handle them?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3. What are your strengths (the things you do well) and how do you put them to use in your position?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4. What are your weaknesses (the things you don’t do so well) and how do they impact your job?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5. What would help you enhance your performance (training, equipment, etc.)?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6. What are your expectations for the coming evaluation period?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 xml:space="preserve">7. How would you rate your overall performance for this review period? </w:t>
      </w:r>
    </w:p>
    <w:p>
      <w:pPr>
        <w:spacing w:line="360" w:lineRule="auto"/>
      </w:pP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 xml:space="preserve">Outstanding ___ </w:t>
        <w:tab/>
        <w:tab/>
        <w:tab/>
        <w:t>Exceeds Expectations 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 xml:space="preserve">Meets Expectations ___ </w:t>
        <w:tab/>
        <w:t>Below Expectations ___</w:t>
      </w:r>
    </w:p>
    <w:p>
      <w:pPr>
        <w:spacing w:line="360" w:lineRule="auto"/>
      </w:pPr>
      <w:r>
        <w:rPr>
          <w:rFonts w:ascii="Times New Roman" w:hAnsi="Times New Roman" w:eastAsia="Times New Roman" w:cs="Times New Roman"/>
          <w:sz w:val="24"/>
        </w:rPr>
        <w:t>Unsatisfactory 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