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Seller's Affidavit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AFFIDAVIT OF OWNER[S]</w:t>
      </w:r>
    </w:p>
    <w:p>
      <w:pPr>
        <w:keepNext w:val="0"/>
        <w:spacing w:before="200" w:after="0" w:line="260" w:lineRule="exact"/>
        <w:ind w:left="720" w:right="0" w:firstLine="0"/>
        <w:jc w:val="both"/>
      </w:pPr>
      <w:r>
        <w:rPr>
          <w:rFonts w:ascii="Times New Roman" w:hAnsi="Times New Roman" w:eastAsia="Times New Roman" w:cs="Times New Roman"/>
          <w:b/>
          <w:sz w:val="24"/>
        </w:rPr>
        <w:t>OWNER(S)/SELLER(S): [name of owner(s)/seller(s)]</w:t>
      </w:r>
    </w:p>
    <w:p>
      <w:pPr>
        <w:keepNext w:val="0"/>
        <w:spacing w:before="200" w:after="0" w:line="260" w:lineRule="exact"/>
        <w:ind w:left="720" w:right="0" w:firstLine="0"/>
        <w:jc w:val="both"/>
      </w:pPr>
      <w:r>
        <w:rPr>
          <w:rFonts w:ascii="Times New Roman" w:hAnsi="Times New Roman" w:eastAsia="Times New Roman" w:cs="Times New Roman"/>
          <w:b/>
          <w:sz w:val="24"/>
        </w:rPr>
        <w:t>BUYER(S): [name of buyer(s)]</w:t>
      </w:r>
    </w:p>
    <w:p>
      <w:pPr>
        <w:keepNext w:val="0"/>
        <w:spacing w:before="200" w:after="0" w:line="260" w:lineRule="exact"/>
        <w:ind w:left="720" w:right="0" w:firstLine="0"/>
        <w:jc w:val="both"/>
      </w:pPr>
      <w:r>
        <w:rPr>
          <w:rFonts w:ascii="Times New Roman" w:hAnsi="Times New Roman" w:eastAsia="Times New Roman" w:cs="Times New Roman"/>
          <w:b/>
          <w:sz w:val="24"/>
        </w:rPr>
        <w:t>TITLE INSURANCE COMPANY: [name of title insurance company]</w:t>
      </w:r>
    </w:p>
    <w:p>
      <w:pPr>
        <w:keepNext w:val="0"/>
        <w:spacing w:before="200" w:after="0" w:line="260" w:lineRule="exact"/>
        <w:ind w:left="720" w:right="0" w:firstLine="0"/>
        <w:jc w:val="both"/>
      </w:pPr>
      <w:r>
        <w:rPr>
          <w:rFonts w:ascii="Times New Roman" w:hAnsi="Times New Roman" w:eastAsia="Times New Roman" w:cs="Times New Roman"/>
          <w:b/>
          <w:sz w:val="24"/>
        </w:rPr>
        <w:t>RE: [property address]</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Owner/Seller of the above property does hereby depose and state, under oath,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[I am/we are/[name of entity] is] the owner of record of the property located at [property address] (the “Property”), and that [I/we have/[name of entity] has] owned the Property since [date Seller purchased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organizational documents of [name of entity] are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[my/our] knowledge and belief, title to said Property has never been disputed, disturbed, or questioned, nor do [I/we] know of any facts by reason of which the title to, or possession of, said Property might be disputed or questioned, or by reason of which any claim to any of said Property might be asserted adversely.</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is no person to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is due for labor or materials furnished in the erection, alteration, repair, or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building or structure upon said Property by virtue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or by the consent of the undersigned,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having authority from or rightfully acting for the undersigned in performing or furnishing such labor or materials for work actually performed.</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the date hereof, there are no tenants, lessees, or other parties who are in possession or who have the right to be in possession of said Property (except as shown below):</w:t>
      </w:r>
    </w:p>
    <w:p>
      <w:pPr>
        <w:keepNext w:val="0"/>
        <w:spacing w:before="200" w:after="0" w:line="260" w:lineRule="exact"/>
        <w:ind w:left="1440" w:right="0" w:firstLine="0"/>
        <w:jc w:val="both"/>
      </w:pPr>
      <w:r>
        <w:rPr>
          <w:rFonts w:ascii="Times New Roman" w:hAnsi="Times New Roman" w:eastAsia="Times New Roman" w:cs="Times New Roman"/>
          <w:b w:val="0"/>
          <w:sz w:val="24"/>
        </w:rPr>
        <w:t>[names of all tenants, lessees, or other parties in possession]</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of the date hereof, the Seller has provided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accurate account of all rents, deposits, and payments for all tenants, lessees, or other parties in possession identified in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above. [</w:t>
      </w:r>
      <w:r>
        <w:rPr>
          <w:rFonts w:ascii="Times New Roman" w:hAnsi="Times New Roman" w:eastAsia="Times New Roman" w:cs="Times New Roman"/>
          <w:b/>
          <w:sz w:val="24"/>
        </w:rPr>
        <w:t>OPTIONAL PROVISION: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accurate rent roll of all tenants, lessees, or parties in possession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incorporated by reference.]</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security interest which secures payment or the performance of any obligation has been given by the undersigned, or to the knowledge of the undersigned, in any personal property or fixtures placed upon or installed in said Property.</w:t>
      </w:r>
    </w:p>
    <w:p>
      <w:pPr>
        <w:keepNext w:val="0"/>
        <w:spacing w:before="200" w:after="0" w:line="260" w:lineRule="exact"/>
        <w:ind w:left="720" w:right="0" w:firstLine="0"/>
        <w:jc w:val="both"/>
      </w:pPr>
      <w:r>
        <w:rPr>
          <w:rFonts w:ascii="Times New Roman" w:hAnsi="Times New Roman" w:eastAsia="Times New Roman" w:cs="Times New Roman"/>
          <w:b w:val="0"/>
          <w:sz w:val="24"/>
        </w:rPr>
        <w:t>This affidavit is made for the purpose of inducing the Title Insurance Company to insure the title to said Property and the undersigned agrees to indemnify and hold harmless the Title Insurance Company from any loss resulting from reliance upon the truth and accuracy of the statements contained herein.</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Signed under the pains and penalties of perjury this [date] day of [month], [year].</w:t>
      </w:r>
    </w:p>
    <w:p>
      <w:pPr>
        <w:keepNext w:val="0"/>
        <w:spacing w:before="120" w:after="0" w:line="260" w:lineRule="exact"/>
        <w:ind w:left="360" w:right="0" w:firstLine="0"/>
        <w:jc w:val="left"/>
      </w:pPr>
      <w:r>
        <w:rPr>
          <w:rFonts w:ascii="Times New Roman" w:hAnsi="Times New Roman" w:eastAsia="Times New Roman" w:cs="Times New Roman"/>
          <w:b/>
          <w:sz w:val="24"/>
        </w:rPr>
        <w:t>OWNER:</w:t>
      </w:r>
    </w:p>
    <w:p>
      <w:pPr>
        <w:keepNext w:val="0"/>
        <w:spacing w:before="120" w:after="0" w:line="260" w:lineRule="exact"/>
        <w:ind w:left="360" w:right="0" w:firstLine="0"/>
        <w:jc w:val="left"/>
      </w:pPr>
      <w:r>
        <w:rPr>
          <w:rFonts w:ascii="Times New Roman" w:hAnsi="Times New Roman" w:eastAsia="Times New Roman" w:cs="Times New Roman"/>
          <w:b w:val="0"/>
          <w:sz w:val="24"/>
        </w:rPr>
        <w:t>[owner's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[signatory name]</w:t>
      </w:r>
    </w:p>
    <w:p>
      <w:pPr>
        <w:keepNext w:val="0"/>
        <w:spacing w:before="120" w:after="0" w:line="260" w:lineRule="exact"/>
        <w:ind w:left="360" w:right="0" w:firstLine="0"/>
        <w:jc w:val="left"/>
      </w:pPr>
      <w:r>
        <w:rPr>
          <w:rFonts w:ascii="Times New Roman" w:hAnsi="Times New Roman" w:eastAsia="Times New Roman" w:cs="Times New Roman"/>
          <w:b w:val="0"/>
          <w:sz w:val="24"/>
        </w:rPr>
        <w:t>[signatory title]</w:t>
      </w:r>
    </w:p>
    <w:p>
      <w:pPr>
        <w:keepNext w:val="0"/>
        <w:spacing w:before="200" w:after="0" w:line="260" w:lineRule="exact"/>
        <w:ind w:left="360" w:right="0" w:firstLine="0"/>
        <w:jc w:val="center"/>
      </w:pPr>
      <w:r>
        <w:rPr>
          <w:rFonts w:ascii="Times New Roman" w:hAnsi="Times New Roman" w:eastAsia="Times New Roman" w:cs="Times New Roman"/>
          <w:b/>
          <w:sz w:val="24"/>
        </w:rPr>
        <w:t>COMMONWEALTH OF MASSACHUSETTS</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On this [date] day of [month], [year], before me, the undersigned notary public, personally appeared [name of signatory], and proved to me through satisfactory evidence of identification, which were [type of identification], to be the person whose name is signed on the preceding or attached documents, and acknowledged to me that [she/he] is the [signatory’s title] of [name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of state of formation/incorporation] [entity type], and that said instrument was signed and sealed in behalf of said [entity type] by authority of its [applicable managing body (e.g., board of directors, manager or sole member)], and said [name of signatory] signed said instrument voluntarily for its stated purpose.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[name of 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[expiration date]</w:t>
      </w:r>
    </w:p>
    <w:p>
      <w:pPr>
        <w:keepNext w:val="0"/>
        <w:spacing w:before="120" w:after="0" w:line="260" w:lineRule="exact"/>
        <w:ind w:left="360" w:right="0" w:firstLine="0"/>
        <w:jc w:val="left"/>
      </w:pPr>
      <w:r>
        <w:rPr>
          <w:rFonts w:ascii="Times New Roman" w:hAnsi="Times New Roman" w:eastAsia="Times New Roman" w:cs="Times New Roman"/>
          <w:b w:val="0"/>
          <w:sz w:val="24"/>
        </w:rPr>
        <w:t>[attach notary 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