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SELLER’S PROPERTY DISCLOSURE STATEMENT</w:t>
      </w:r>
    </w:p>
    <w:p>
      <w:pPr/>
    </w:p>
    <w:p>
      <w:pPr/>
      <w:r>
        <w:rPr>
          <w:rFonts w:ascii="Times New Roman" w:hAnsi="Times New Roman" w:eastAsia="Times New Roman" w:cs="Times New Roman"/>
          <w:b/>
          <w:sz w:val="24"/>
        </w:rPr>
        <w:t>Seller’s Name</w:t>
      </w:r>
      <w:r>
        <w:rPr>
          <w:rFonts w:ascii="Times New Roman" w:hAnsi="Times New Roman" w:eastAsia="Times New Roman" w:cs="Times New Roman"/>
          <w:sz w:val="24"/>
        </w:rPr>
        <w:t xml:space="preserve">: </w:t>
      </w:r>
      <w:r>
        <w:rPr>
          <w:rFonts w:ascii="Times New Roman" w:hAnsi="Times New Roman" w:eastAsia="Times New Roman" w:cs="Times New Roman"/>
          <w:sz w:val="24"/>
        </w:rPr>
        <w:t>[SELLER'S NAME]</w:t>
      </w:r>
    </w:p>
    <w:p>
      <w:pPr/>
    </w:p>
    <w:p>
      <w:pPr/>
      <w:r>
        <w:rPr>
          <w:rFonts w:ascii="Times New Roman" w:hAnsi="Times New Roman" w:eastAsia="Times New Roman" w:cs="Times New Roman"/>
          <w:b/>
          <w:sz w:val="24"/>
        </w:rPr>
        <w:t>Property Address</w:t>
      </w:r>
      <w:r>
        <w:rPr>
          <w:rFonts w:ascii="Times New Roman" w:hAnsi="Times New Roman" w:eastAsia="Times New Roman" w:cs="Times New Roman"/>
          <w:sz w:val="24"/>
        </w:rPr>
        <w:t xml:space="preserve">: </w:t>
      </w:r>
      <w:r>
        <w:rPr>
          <w:rFonts w:ascii="Times New Roman" w:hAnsi="Times New Roman" w:eastAsia="Times New Roman" w:cs="Times New Roman"/>
          <w:sz w:val="24"/>
        </w:rPr>
        <w:t>[PROPERTY ADDRESS]</w:t>
      </w:r>
    </w:p>
    <w:p>
      <w:pPr/>
    </w:p>
    <w:p>
      <w:pPr/>
      <w:r>
        <w:rPr>
          <w:rFonts w:ascii="Times New Roman" w:hAnsi="Times New Roman" w:eastAsia="Times New Roman" w:cs="Times New Roman"/>
          <w:b/>
          <w:sz w:val="24"/>
        </w:rPr>
        <w:t>Notice to Seller</w:t>
      </w:r>
      <w:r>
        <w:rPr>
          <w:rFonts w:ascii="Times New Roman" w:hAnsi="Times New Roman" w:eastAsia="Times New Roman" w:cs="Times New Roman"/>
          <w:sz w:val="24"/>
        </w:rPr>
        <w:t>: This Property Disclosure Statement (“Disclosure”) allows a Seller of residential property to disclose to a potential Buyer all known facts that materially and adversely affect the value of the subject property that is not readily observable. This Disclosure statement is designed to assist the Seller with informing a potential Buyer in evaluating the property for purchase. The listing real estate agent, the selling real estate agent and their respective agents will also rely upon this information when marketing and presenting the property to prospective Buyers. Completion of this Disclosure should be done in accordance with State law.</w:t>
      </w:r>
    </w:p>
    <w:p>
      <w:pPr/>
    </w:p>
    <w:p>
      <w:pPr/>
      <w:r>
        <w:rPr>
          <w:rFonts w:ascii="Times New Roman" w:hAnsi="Times New Roman" w:eastAsia="Times New Roman" w:cs="Times New Roman"/>
          <w:b/>
          <w:sz w:val="24"/>
        </w:rPr>
        <w:t>Notice to Buyer</w:t>
      </w:r>
      <w:r>
        <w:rPr>
          <w:rFonts w:ascii="Times New Roman" w:hAnsi="Times New Roman" w:eastAsia="Times New Roman" w:cs="Times New Roman"/>
          <w:sz w:val="24"/>
        </w:rPr>
        <w:t>: The information provided is the representation is of the Seller's best knowledge as of the date noted. Disclosure by the Seller is not a substitute for an inspection and you may wish to obtain such an independent home inspection company. The information contained in this statement is not a warranty by the Seller as to the condition of the Property, of which the Seller is required to disclose any known latent (hidden, concealed, or unseen) defects to any potential Buyer.</w:t>
      </w:r>
    </w:p>
    <w:p>
      <w:pPr/>
      <w:r>
        <w:rPr>
          <w:rFonts w:ascii="Times New Roman" w:hAnsi="Times New Roman" w:eastAsia="Times New Roman" w:cs="Times New Roman"/>
          <w:sz w:val="24"/>
        </w:rPr>
        <w:tab/>
      </w:r>
    </w:p>
    <w:p>
      <w:pPr/>
      <w:r>
        <w:rPr>
          <w:rFonts w:ascii="Times New Roman" w:hAnsi="Times New Roman" w:eastAsia="Times New Roman" w:cs="Times New Roman"/>
          <w:b/>
          <w:sz w:val="24"/>
        </w:rPr>
        <w:t>Buyer’s Initials</w:t>
      </w:r>
      <w:r>
        <w:rPr>
          <w:rFonts w:ascii="Times New Roman" w:hAnsi="Times New Roman" w:eastAsia="Times New Roman" w:cs="Times New Roman"/>
          <w:sz w:val="24"/>
        </w:rPr>
        <w:t xml:space="preserve"> ___________ / ___________</w:t>
      </w:r>
    </w:p>
    <w:p>
      <w:pPr/>
    </w:p>
    <w:p>
      <w:pPr/>
      <w:r>
        <w:rPr>
          <w:rFonts w:ascii="Times New Roman" w:hAnsi="Times New Roman" w:eastAsia="Times New Roman" w:cs="Times New Roman"/>
          <w:b/>
          <w:sz w:val="24"/>
        </w:rPr>
        <w:t>I. OWNERSHIP</w:t>
      </w:r>
      <w:r>
        <w:rPr>
          <w:rFonts w:ascii="Times New Roman" w:hAnsi="Times New Roman" w:eastAsia="Times New Roman" w:cs="Times New Roman"/>
          <w:sz w:val="24"/>
        </w:rPr>
        <w:t xml:space="preserve">. </w:t>
      </w:r>
    </w:p>
    <w:p>
      <w:pPr/>
    </w:p>
    <w:p>
      <w:pPr/>
      <w:r>
        <w:rPr>
          <w:rFonts w:ascii="Times New Roman" w:hAnsi="Times New Roman" w:eastAsia="Times New Roman" w:cs="Times New Roman"/>
          <w:sz w:val="24"/>
        </w:rPr>
        <w:t xml:space="preserve">Property Type: </w:t>
      </w:r>
      <w:r>
        <w:rPr>
          <w:rFonts w:ascii="Times New Roman" w:hAnsi="Times New Roman" w:eastAsia="Times New Roman" w:cs="Times New Roman"/>
          <w:sz w:val="24"/>
        </w:rPr>
        <w:t>[PROPERTY TYPE]</w:t>
      </w:r>
      <w:r>
        <w:rPr>
          <w:rFonts w:ascii="Times New Roman" w:hAnsi="Times New Roman" w:eastAsia="Times New Roman" w:cs="Times New Roman"/>
          <w:sz w:val="24"/>
        </w:rPr>
        <w:t xml:space="preserve"> (ex. single family, condo, etc.)</w:t>
      </w:r>
    </w:p>
    <w:p>
      <w:pPr/>
    </w:p>
    <w:p>
      <w:pPr/>
      <w:r>
        <w:rPr>
          <w:rFonts w:ascii="Times New Roman" w:hAnsi="Times New Roman" w:eastAsia="Times New Roman" w:cs="Times New Roman"/>
          <w:sz w:val="24"/>
        </w:rPr>
        <w:t xml:space="preserve">Year Built: </w:t>
      </w:r>
      <w:r>
        <w:rPr>
          <w:rFonts w:ascii="Times New Roman" w:hAnsi="Times New Roman" w:eastAsia="Times New Roman" w:cs="Times New Roman"/>
          <w:sz w:val="24"/>
        </w:rPr>
        <w:t>[YEAR BUILT]</w:t>
      </w:r>
    </w:p>
    <w:p>
      <w:pPr/>
    </w:p>
    <w:p>
      <w:pPr/>
      <w:r>
        <w:rPr>
          <w:rFonts w:ascii="Times New Roman" w:hAnsi="Times New Roman" w:eastAsia="Times New Roman" w:cs="Times New Roman"/>
          <w:sz w:val="24"/>
        </w:rPr>
        <w:t xml:space="preserve">Ownership Length: </w:t>
      </w:r>
      <w:r>
        <w:rPr>
          <w:rFonts w:ascii="Times New Roman" w:hAnsi="Times New Roman" w:eastAsia="Times New Roman" w:cs="Times New Roman"/>
          <w:sz w:val="24"/>
        </w:rPr>
        <w:t>[OWNERSHIP LENGTH]</w:t>
      </w:r>
      <w:r>
        <w:rPr>
          <w:rFonts w:ascii="Times New Roman" w:hAnsi="Times New Roman" w:eastAsia="Times New Roman" w:cs="Times New Roman"/>
          <w:sz w:val="24"/>
        </w:rPr>
        <w:t xml:space="preserve"> (ex. 5 years)</w:t>
      </w:r>
    </w:p>
    <w:p>
      <w:pPr/>
    </w:p>
    <w:p>
      <w:pPr/>
      <w:r>
        <w:rPr>
          <w:rFonts w:ascii="Times New Roman" w:hAnsi="Times New Roman" w:eastAsia="Times New Roman" w:cs="Times New Roman"/>
          <w:sz w:val="24"/>
        </w:rPr>
        <w:t xml:space="preserve">Accurate Survey of the Property? </w:t>
      </w:r>
      <w:r>
        <w:rPr>
          <w:rFonts w:ascii="Times New Roman" w:hAnsi="Times New Roman" w:eastAsia="Times New Roman" w:cs="Times New Roman"/>
          <w:sz w:val="24"/>
        </w:rPr>
        <w:t xml:space="preserve"> No,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N/A</w:t>
      </w:r>
    </w:p>
    <w:p>
      <w:pPr/>
    </w:p>
    <w:p>
      <w:pPr/>
      <w:r>
        <w:rPr>
          <w:rFonts w:ascii="Times New Roman" w:hAnsi="Times New Roman" w:eastAsia="Times New Roman" w:cs="Times New Roman"/>
          <w:sz w:val="24"/>
        </w:rPr>
        <w:t xml:space="preserve">Dates Lived on the Property: </w:t>
      </w:r>
      <w:r>
        <w:rPr>
          <w:rFonts w:ascii="Times New Roman" w:hAnsi="Times New Roman" w:eastAsia="Times New Roman" w:cs="Times New Roman"/>
          <w:sz w:val="24"/>
        </w:rPr>
        <w:t>[START DATE]</w:t>
      </w:r>
      <w:r>
        <w:rPr>
          <w:rFonts w:ascii="Times New Roman" w:hAnsi="Times New Roman" w:eastAsia="Times New Roman" w:cs="Times New Roman"/>
          <w:sz w:val="24"/>
        </w:rPr>
        <w:t xml:space="preserve"> to </w:t>
      </w:r>
      <w:r>
        <w:rPr>
          <w:rFonts w:ascii="Times New Roman" w:hAnsi="Times New Roman" w:eastAsia="Times New Roman" w:cs="Times New Roman"/>
          <w:sz w:val="24"/>
        </w:rPr>
        <w:t>[END DATE]</w:t>
      </w:r>
    </w:p>
    <w:p>
      <w:pPr/>
    </w:p>
    <w:p>
      <w:pPr/>
      <w:r>
        <w:rPr>
          <w:rFonts w:ascii="Times New Roman" w:hAnsi="Times New Roman" w:eastAsia="Times New Roman" w:cs="Times New Roman"/>
          <w:sz w:val="24"/>
        </w:rPr>
        <w:t xml:space="preserve">Other Comments: </w:t>
      </w:r>
      <w:r>
        <w:rPr>
          <w:rFonts w:ascii="Times New Roman" w:hAnsi="Times New Roman" w:eastAsia="Times New Roman" w:cs="Times New Roman"/>
          <w:sz w:val="24"/>
        </w:rPr>
        <w:t>[OTHER COMMENTS]</w:t>
      </w:r>
    </w:p>
    <w:p>
      <w:pPr/>
    </w:p>
    <w:p>
      <w:pPr/>
      <w:r>
        <w:rPr>
          <w:rFonts w:ascii="Times New Roman" w:hAnsi="Times New Roman" w:eastAsia="Times New Roman" w:cs="Times New Roman"/>
          <w:b/>
          <w:sz w:val="24"/>
        </w:rPr>
        <w:t>II. WATER SUPPLY</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Type: </w:t>
      </w:r>
      <w:r>
        <w:rPr>
          <w:rFonts w:ascii="Times New Roman" w:hAnsi="Times New Roman" w:eastAsia="Times New Roman" w:cs="Times New Roman"/>
          <w:sz w:val="24"/>
        </w:rPr>
        <w:t xml:space="preserve"> - Public </w:t>
      </w:r>
      <w:r>
        <w:rPr>
          <w:rFonts w:ascii="Times New Roman" w:hAnsi="Times New Roman" w:eastAsia="Times New Roman" w:cs="Times New Roman"/>
          <w:sz w:val="24"/>
        </w:rPr>
        <w:t xml:space="preserve"> - Well </w:t>
      </w:r>
      <w:r>
        <w:rPr>
          <w:rFonts w:ascii="Times New Roman" w:hAnsi="Times New Roman" w:eastAsia="Times New Roman" w:cs="Times New Roman"/>
          <w:sz w:val="24"/>
        </w:rPr>
        <w:t xml:space="preserve"> - Other </w:t>
      </w:r>
      <w:r>
        <w:rPr>
          <w:rFonts w:ascii="Times New Roman" w:hAnsi="Times New Roman" w:eastAsia="Times New Roman" w:cs="Times New Roman"/>
          <w:sz w:val="24"/>
        </w:rPr>
        <w:t>[OTHER]</w:t>
      </w:r>
    </w:p>
    <w:p>
      <w:pPr/>
    </w:p>
    <w:p>
      <w:pPr/>
      <w:r>
        <w:rPr>
          <w:rFonts w:ascii="Times New Roman" w:hAnsi="Times New Roman" w:eastAsia="Times New Roman" w:cs="Times New Roman"/>
          <w:sz w:val="24"/>
        </w:rPr>
        <w:t xml:space="preserve">Any Issues with the Water? </w:t>
      </w:r>
      <w:r>
        <w:rPr>
          <w:rFonts w:ascii="Times New Roman" w:hAnsi="Times New Roman" w:eastAsia="Times New Roman" w:cs="Times New Roman"/>
          <w:sz w:val="24"/>
        </w:rPr>
        <w:t xml:space="preserve"> No, </w:t>
      </w:r>
      <w:r>
        <w:rPr>
          <w:rFonts w:ascii="Times New Roman" w:hAnsi="Times New Roman" w:eastAsia="Times New Roman" w:cs="Times New Roman"/>
          <w:sz w:val="24"/>
        </w:rPr>
        <w:t xml:space="preserve"> Yes, the issues are: </w:t>
      </w:r>
      <w:r>
        <w:rPr>
          <w:rFonts w:ascii="Times New Roman" w:hAnsi="Times New Roman" w:eastAsia="Times New Roman" w:cs="Times New Roman"/>
          <w:sz w:val="24"/>
        </w:rPr>
        <w:t>[WATER ISSUES]</w:t>
      </w:r>
    </w:p>
    <w:p>
      <w:pPr/>
    </w:p>
    <w:p>
      <w:pPr/>
      <w:r>
        <w:rPr>
          <w:rFonts w:ascii="Times New Roman" w:hAnsi="Times New Roman" w:eastAsia="Times New Roman" w:cs="Times New Roman"/>
          <w:sz w:val="24"/>
        </w:rPr>
        <w:t xml:space="preserve">Any Water Treatment Systems? </w:t>
      </w:r>
      <w:r>
        <w:rPr>
          <w:rFonts w:ascii="Times New Roman" w:hAnsi="Times New Roman" w:eastAsia="Times New Roman" w:cs="Times New Roman"/>
          <w:sz w:val="24"/>
        </w:rPr>
        <w:t xml:space="preserve"> No,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Unknown, </w:t>
      </w:r>
      <w:r>
        <w:rPr>
          <w:rFonts w:ascii="Times New Roman" w:hAnsi="Times New Roman" w:eastAsia="Times New Roman" w:cs="Times New Roman"/>
          <w:sz w:val="24"/>
        </w:rPr>
        <w:t xml:space="preserve"> N/A, </w:t>
      </w:r>
      <w:r>
        <w:rPr>
          <w:rFonts w:ascii="Times New Roman" w:hAnsi="Times New Roman" w:eastAsia="Times New Roman" w:cs="Times New Roman"/>
          <w:sz w:val="24"/>
        </w:rPr>
        <w:t xml:space="preserve"> Leased</w:t>
      </w:r>
    </w:p>
    <w:p>
      <w:pPr/>
    </w:p>
    <w:p>
      <w:pPr/>
      <w:r>
        <w:rPr>
          <w:rFonts w:ascii="Times New Roman" w:hAnsi="Times New Roman" w:eastAsia="Times New Roman" w:cs="Times New Roman"/>
          <w:sz w:val="24"/>
        </w:rPr>
        <w:t xml:space="preserve">Any Fire Sprinkler Systems? </w:t>
      </w:r>
      <w:r>
        <w:rPr>
          <w:rFonts w:ascii="Times New Roman" w:hAnsi="Times New Roman" w:eastAsia="Times New Roman" w:cs="Times New Roman"/>
          <w:sz w:val="24"/>
        </w:rPr>
        <w:t xml:space="preserve"> No,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Unknown, </w:t>
      </w:r>
      <w:r>
        <w:rPr>
          <w:rFonts w:ascii="Times New Roman" w:hAnsi="Times New Roman" w:eastAsia="Times New Roman" w:cs="Times New Roman"/>
          <w:sz w:val="24"/>
        </w:rPr>
        <w:t xml:space="preserve"> N/A, </w:t>
      </w:r>
      <w:r>
        <w:rPr>
          <w:rFonts w:ascii="Times New Roman" w:hAnsi="Times New Roman" w:eastAsia="Times New Roman" w:cs="Times New Roman"/>
          <w:sz w:val="24"/>
        </w:rPr>
        <w:t xml:space="preserve"> Leased</w:t>
      </w:r>
    </w:p>
    <w:p>
      <w:pPr/>
    </w:p>
    <w:p>
      <w:pPr/>
      <w:r>
        <w:rPr>
          <w:rFonts w:ascii="Times New Roman" w:hAnsi="Times New Roman" w:eastAsia="Times New Roman" w:cs="Times New Roman"/>
          <w:sz w:val="24"/>
        </w:rPr>
        <w:t xml:space="preserve">Fire Sprinklers in Operating Condition? </w:t>
      </w:r>
      <w:r>
        <w:rPr>
          <w:rFonts w:ascii="Times New Roman" w:hAnsi="Times New Roman" w:eastAsia="Times New Roman" w:cs="Times New Roman"/>
          <w:sz w:val="24"/>
        </w:rPr>
        <w:t xml:space="preserve"> No,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Unknown, </w:t>
      </w:r>
      <w:r>
        <w:rPr>
          <w:rFonts w:ascii="Times New Roman" w:hAnsi="Times New Roman" w:eastAsia="Times New Roman" w:cs="Times New Roman"/>
          <w:sz w:val="24"/>
        </w:rPr>
        <w:t xml:space="preserve"> N/A</w:t>
      </w:r>
    </w:p>
    <w:p>
      <w:pPr/>
    </w:p>
    <w:p>
      <w:pPr/>
      <w:r>
        <w:rPr>
          <w:rFonts w:ascii="Times New Roman" w:hAnsi="Times New Roman" w:eastAsia="Times New Roman" w:cs="Times New Roman"/>
          <w:sz w:val="24"/>
        </w:rPr>
        <w:t xml:space="preserve">Other Comments: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III. SEWAGE DISPOSAL</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Type: </w:t>
      </w:r>
      <w:r>
        <w:rPr>
          <w:rFonts w:ascii="Times New Roman" w:hAnsi="Times New Roman" w:eastAsia="Times New Roman" w:cs="Times New Roman"/>
          <w:sz w:val="24"/>
        </w:rPr>
        <w:t xml:space="preserve"> Public, </w:t>
      </w:r>
      <w:r>
        <w:rPr>
          <w:rFonts w:ascii="Times New Roman" w:hAnsi="Times New Roman" w:eastAsia="Times New Roman" w:cs="Times New Roman"/>
          <w:sz w:val="24"/>
        </w:rPr>
        <w:t xml:space="preserve"> Septic, and approved for </w:t>
      </w:r>
      <w:r>
        <w:rPr>
          <w:rFonts w:ascii="Times New Roman" w:hAnsi="Times New Roman" w:eastAsia="Times New Roman" w:cs="Times New Roman"/>
          <w:sz w:val="24"/>
        </w:rPr>
        <w:t>[#]</w:t>
      </w:r>
      <w:r>
        <w:rPr>
          <w:rFonts w:ascii="Times New Roman" w:hAnsi="Times New Roman" w:eastAsia="Times New Roman" w:cs="Times New Roman"/>
          <w:sz w:val="24"/>
        </w:rPr>
        <w:t xml:space="preserve"> (#) of Bedrooms.</w:t>
      </w:r>
    </w:p>
    <w:p>
      <w:pPr/>
    </w:p>
    <w:p>
      <w:pPr/>
      <w:r>
        <w:rPr>
          <w:rFonts w:ascii="Times New Roman" w:hAnsi="Times New Roman" w:eastAsia="Times New Roman" w:cs="Times New Roman"/>
          <w:sz w:val="24"/>
        </w:rPr>
        <w:t xml:space="preserve">Septic Systems Functioning Properly? </w:t>
      </w:r>
      <w:r>
        <w:rPr>
          <w:rFonts w:ascii="Times New Roman" w:hAnsi="Times New Roman" w:eastAsia="Times New Roman" w:cs="Times New Roman"/>
          <w:sz w:val="24"/>
        </w:rPr>
        <w:t xml:space="preserve"> No,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Unknown, </w:t>
      </w:r>
      <w:r>
        <w:rPr>
          <w:rFonts w:ascii="Times New Roman" w:hAnsi="Times New Roman" w:eastAsia="Times New Roman" w:cs="Times New Roman"/>
          <w:sz w:val="24"/>
        </w:rPr>
        <w:t xml:space="preserve"> N/A</w:t>
      </w:r>
    </w:p>
    <w:p>
      <w:pPr/>
    </w:p>
    <w:p>
      <w:pPr/>
      <w:r>
        <w:rPr>
          <w:rFonts w:ascii="Times New Roman" w:hAnsi="Times New Roman" w:eastAsia="Times New Roman" w:cs="Times New Roman"/>
          <w:sz w:val="24"/>
        </w:rPr>
        <w:t xml:space="preserve">Last Time the Septic System was Pumped? </w:t>
      </w:r>
      <w:r>
        <w:rPr>
          <w:rFonts w:ascii="Times New Roman" w:hAnsi="Times New Roman" w:eastAsia="Times New Roman" w:cs="Times New Roman"/>
          <w:sz w:val="24"/>
        </w:rPr>
        <w:t>[DATE]</w:t>
      </w:r>
    </w:p>
    <w:p>
      <w:pPr/>
    </w:p>
    <w:p>
      <w:pPr/>
      <w:r>
        <w:rPr>
          <w:rFonts w:ascii="Times New Roman" w:hAnsi="Times New Roman" w:eastAsia="Times New Roman" w:cs="Times New Roman"/>
          <w:sz w:val="24"/>
        </w:rPr>
        <w:t xml:space="preserve">Other Comments: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IV. HEATING</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Type: </w:t>
      </w:r>
      <w:r>
        <w:rPr>
          <w:rFonts w:ascii="Times New Roman" w:hAnsi="Times New Roman" w:eastAsia="Times New Roman" w:cs="Times New Roman"/>
          <w:sz w:val="24"/>
        </w:rPr>
        <w:t xml:space="preserve"> Oil, </w:t>
      </w:r>
      <w:r>
        <w:rPr>
          <w:rFonts w:ascii="Times New Roman" w:hAnsi="Times New Roman" w:eastAsia="Times New Roman" w:cs="Times New Roman"/>
          <w:sz w:val="24"/>
        </w:rPr>
        <w:t xml:space="preserve"> Natural Gas, </w:t>
      </w:r>
      <w:r>
        <w:rPr>
          <w:rFonts w:ascii="Times New Roman" w:hAnsi="Times New Roman" w:eastAsia="Times New Roman" w:cs="Times New Roman"/>
          <w:sz w:val="24"/>
        </w:rPr>
        <w:t xml:space="preserve"> Electric, </w:t>
      </w:r>
      <w:r>
        <w:rPr>
          <w:rFonts w:ascii="Times New Roman" w:hAnsi="Times New Roman" w:eastAsia="Times New Roman" w:cs="Times New Roman"/>
          <w:sz w:val="24"/>
        </w:rPr>
        <w:t xml:space="preserve"> Propane,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p>
    <w:p>
      <w:pPr/>
      <w:r>
        <w:rPr>
          <w:rFonts w:ascii="Times New Roman" w:hAnsi="Times New Roman" w:eastAsia="Times New Roman" w:cs="Times New Roman"/>
          <w:sz w:val="24"/>
        </w:rPr>
        <w:t xml:space="preserve">Is Heat Supplied to All Finished Rooms? </w:t>
      </w:r>
      <w:r>
        <w:rPr>
          <w:rFonts w:ascii="Times New Roman" w:hAnsi="Times New Roman" w:eastAsia="Times New Roman" w:cs="Times New Roman"/>
          <w:sz w:val="24"/>
        </w:rPr>
        <w:t xml:space="preserve"> No,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Unknown, </w:t>
      </w:r>
      <w:r>
        <w:rPr>
          <w:rFonts w:ascii="Times New Roman" w:hAnsi="Times New Roman" w:eastAsia="Times New Roman" w:cs="Times New Roman"/>
          <w:sz w:val="24"/>
        </w:rPr>
        <w:t xml:space="preserve"> N/A</w:t>
      </w:r>
    </w:p>
    <w:p>
      <w:pPr/>
    </w:p>
    <w:p>
      <w:pPr/>
      <w:r>
        <w:rPr>
          <w:rFonts w:ascii="Times New Roman" w:hAnsi="Times New Roman" w:eastAsia="Times New Roman" w:cs="Times New Roman"/>
          <w:sz w:val="24"/>
        </w:rPr>
        <w:t xml:space="preserve">Are the Systems in Operating Condition? </w:t>
      </w:r>
      <w:r>
        <w:rPr>
          <w:rFonts w:ascii="Times New Roman" w:hAnsi="Times New Roman" w:eastAsia="Times New Roman" w:cs="Times New Roman"/>
          <w:sz w:val="24"/>
        </w:rPr>
        <w:t xml:space="preserve"> No,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Unknown, </w:t>
      </w:r>
      <w:r>
        <w:rPr>
          <w:rFonts w:ascii="Times New Roman" w:hAnsi="Times New Roman" w:eastAsia="Times New Roman" w:cs="Times New Roman"/>
          <w:sz w:val="24"/>
        </w:rPr>
        <w:t xml:space="preserve"> N/A</w:t>
      </w:r>
    </w:p>
    <w:p>
      <w:pPr/>
    </w:p>
    <w:p>
      <w:pPr/>
      <w:r>
        <w:rPr>
          <w:rFonts w:ascii="Times New Roman" w:hAnsi="Times New Roman" w:eastAsia="Times New Roman" w:cs="Times New Roman"/>
          <w:sz w:val="24"/>
        </w:rPr>
        <w:t xml:space="preserve">Other Comments: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V. AIR CONDITIONING</w:t>
      </w:r>
      <w:r>
        <w:rPr>
          <w:rFonts w:ascii="Times New Roman" w:hAnsi="Times New Roman" w:eastAsia="Times New Roman" w:cs="Times New Roman"/>
          <w:sz w:val="24"/>
        </w:rPr>
        <w:t xml:space="preserve">. </w:t>
      </w:r>
    </w:p>
    <w:p>
      <w:pPr/>
    </w:p>
    <w:p>
      <w:pPr/>
      <w:r>
        <w:rPr>
          <w:rFonts w:ascii="Times New Roman" w:hAnsi="Times New Roman" w:eastAsia="Times New Roman" w:cs="Times New Roman"/>
          <w:sz w:val="24"/>
        </w:rPr>
        <w:t xml:space="preserve">Type: </w:t>
      </w:r>
      <w:r>
        <w:rPr>
          <w:rFonts w:ascii="Times New Roman" w:hAnsi="Times New Roman" w:eastAsia="Times New Roman" w:cs="Times New Roman"/>
          <w:sz w:val="24"/>
        </w:rPr>
        <w:t xml:space="preserve"> Oil, </w:t>
      </w:r>
      <w:r>
        <w:rPr>
          <w:rFonts w:ascii="Times New Roman" w:hAnsi="Times New Roman" w:eastAsia="Times New Roman" w:cs="Times New Roman"/>
          <w:sz w:val="24"/>
        </w:rPr>
        <w:t xml:space="preserve"> Natural Gas, </w:t>
      </w:r>
      <w:r>
        <w:rPr>
          <w:rFonts w:ascii="Times New Roman" w:hAnsi="Times New Roman" w:eastAsia="Times New Roman" w:cs="Times New Roman"/>
          <w:sz w:val="24"/>
        </w:rPr>
        <w:t xml:space="preserve"> Electric, </w:t>
      </w:r>
      <w:r>
        <w:rPr>
          <w:rFonts w:ascii="Times New Roman" w:hAnsi="Times New Roman" w:eastAsia="Times New Roman" w:cs="Times New Roman"/>
          <w:sz w:val="24"/>
        </w:rPr>
        <w:t xml:space="preserve"> Propane,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p>
    <w:p>
      <w:pPr/>
      <w:r>
        <w:rPr>
          <w:rFonts w:ascii="Times New Roman" w:hAnsi="Times New Roman" w:eastAsia="Times New Roman" w:cs="Times New Roman"/>
          <w:sz w:val="24"/>
        </w:rPr>
        <w:t xml:space="preserve">Is AC Supplied to All Finished Rooms? </w:t>
      </w:r>
      <w:r>
        <w:rPr>
          <w:rFonts w:ascii="Times New Roman" w:hAnsi="Times New Roman" w:eastAsia="Times New Roman" w:cs="Times New Roman"/>
          <w:sz w:val="24"/>
        </w:rPr>
        <w:t xml:space="preserve"> No,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Unknown, </w:t>
      </w:r>
      <w:r>
        <w:rPr>
          <w:rFonts w:ascii="Times New Roman" w:hAnsi="Times New Roman" w:eastAsia="Times New Roman" w:cs="Times New Roman"/>
          <w:sz w:val="24"/>
        </w:rPr>
        <w:t xml:space="preserve"> N/A</w:t>
      </w:r>
    </w:p>
    <w:p>
      <w:pPr/>
    </w:p>
    <w:p>
      <w:pPr/>
      <w:r>
        <w:rPr>
          <w:rFonts w:ascii="Times New Roman" w:hAnsi="Times New Roman" w:eastAsia="Times New Roman" w:cs="Times New Roman"/>
          <w:sz w:val="24"/>
        </w:rPr>
        <w:t xml:space="preserve">Is the AC System in Operating Condition? </w:t>
      </w:r>
      <w:r>
        <w:rPr>
          <w:rFonts w:ascii="Times New Roman" w:hAnsi="Times New Roman" w:eastAsia="Times New Roman" w:cs="Times New Roman"/>
          <w:sz w:val="24"/>
        </w:rPr>
        <w:t xml:space="preserve"> No,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Unknown, </w:t>
      </w:r>
      <w:r>
        <w:rPr>
          <w:rFonts w:ascii="Times New Roman" w:hAnsi="Times New Roman" w:eastAsia="Times New Roman" w:cs="Times New Roman"/>
          <w:sz w:val="24"/>
        </w:rPr>
        <w:t xml:space="preserve"> N/A</w:t>
      </w:r>
    </w:p>
    <w:p>
      <w:pPr/>
    </w:p>
    <w:p>
      <w:pPr/>
      <w:r>
        <w:rPr>
          <w:rFonts w:ascii="Times New Roman" w:hAnsi="Times New Roman" w:eastAsia="Times New Roman" w:cs="Times New Roman"/>
          <w:sz w:val="24"/>
        </w:rPr>
        <w:t xml:space="preserve">Other Comments: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VI. HOT WATER</w:t>
      </w:r>
      <w:r>
        <w:rPr>
          <w:rFonts w:ascii="Times New Roman" w:hAnsi="Times New Roman" w:eastAsia="Times New Roman" w:cs="Times New Roman"/>
          <w:sz w:val="24"/>
        </w:rPr>
        <w:t xml:space="preserve">. </w:t>
      </w:r>
    </w:p>
    <w:p>
      <w:pPr/>
    </w:p>
    <w:p>
      <w:pPr/>
      <w:r>
        <w:rPr>
          <w:rFonts w:ascii="Times New Roman" w:hAnsi="Times New Roman" w:eastAsia="Times New Roman" w:cs="Times New Roman"/>
          <w:sz w:val="24"/>
        </w:rPr>
        <w:t xml:space="preserve">Type: </w:t>
      </w:r>
      <w:r>
        <w:rPr>
          <w:rFonts w:ascii="Times New Roman" w:hAnsi="Times New Roman" w:eastAsia="Times New Roman" w:cs="Times New Roman"/>
          <w:sz w:val="24"/>
        </w:rPr>
        <w:t xml:space="preserve"> Oil, </w:t>
      </w:r>
      <w:r>
        <w:rPr>
          <w:rFonts w:ascii="Times New Roman" w:hAnsi="Times New Roman" w:eastAsia="Times New Roman" w:cs="Times New Roman"/>
          <w:sz w:val="24"/>
        </w:rPr>
        <w:t xml:space="preserve"> Natural Gas, </w:t>
      </w:r>
      <w:r>
        <w:rPr>
          <w:rFonts w:ascii="Times New Roman" w:hAnsi="Times New Roman" w:eastAsia="Times New Roman" w:cs="Times New Roman"/>
          <w:sz w:val="24"/>
        </w:rPr>
        <w:t xml:space="preserve"> Electric,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p>
    <w:p>
      <w:pPr/>
      <w:r>
        <w:rPr>
          <w:rFonts w:ascii="Times New Roman" w:hAnsi="Times New Roman" w:eastAsia="Times New Roman" w:cs="Times New Roman"/>
          <w:sz w:val="24"/>
        </w:rPr>
        <w:t xml:space="preserve">Age: </w:t>
      </w:r>
      <w:r>
        <w:rPr>
          <w:rFonts w:ascii="Times New Roman" w:hAnsi="Times New Roman" w:eastAsia="Times New Roman" w:cs="Times New Roman"/>
          <w:sz w:val="24"/>
        </w:rPr>
        <w:t>[AGE]</w:t>
      </w:r>
      <w:r>
        <w:rPr>
          <w:rFonts w:ascii="Times New Roman" w:hAnsi="Times New Roman" w:eastAsia="Times New Roman" w:cs="Times New Roman"/>
          <w:sz w:val="24"/>
        </w:rPr>
        <w:t xml:space="preserve"> (ex. 5 years)</w:t>
      </w:r>
    </w:p>
    <w:p>
      <w:pPr/>
    </w:p>
    <w:p>
      <w:pPr/>
      <w:r>
        <w:rPr>
          <w:rFonts w:ascii="Times New Roman" w:hAnsi="Times New Roman" w:eastAsia="Times New Roman" w:cs="Times New Roman"/>
          <w:sz w:val="24"/>
        </w:rPr>
        <w:t xml:space="preserve">Other Comments: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VII. FOUNDATION</w:t>
      </w:r>
      <w:r>
        <w:rPr>
          <w:rFonts w:ascii="Times New Roman" w:hAnsi="Times New Roman" w:eastAsia="Times New Roman" w:cs="Times New Roman"/>
          <w:sz w:val="24"/>
        </w:rPr>
        <w:t xml:space="preserve">. </w:t>
      </w:r>
    </w:p>
    <w:p>
      <w:pPr/>
    </w:p>
    <w:p>
      <w:pPr/>
      <w:r>
        <w:rPr>
          <w:rFonts w:ascii="Times New Roman" w:hAnsi="Times New Roman" w:eastAsia="Times New Roman" w:cs="Times New Roman"/>
          <w:sz w:val="24"/>
        </w:rPr>
        <w:t xml:space="preserve">Any Settlement or other Problems? </w:t>
      </w:r>
      <w:r>
        <w:rPr>
          <w:rFonts w:ascii="Times New Roman" w:hAnsi="Times New Roman" w:eastAsia="Times New Roman" w:cs="Times New Roman"/>
          <w:sz w:val="24"/>
        </w:rPr>
        <w:t xml:space="preserve"> No,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Unknown, </w:t>
      </w:r>
      <w:r>
        <w:rPr>
          <w:rFonts w:ascii="Times New Roman" w:hAnsi="Times New Roman" w:eastAsia="Times New Roman" w:cs="Times New Roman"/>
          <w:sz w:val="24"/>
        </w:rPr>
        <w:t xml:space="preserve"> N/A</w:t>
      </w:r>
    </w:p>
    <w:p>
      <w:pPr/>
    </w:p>
    <w:p>
      <w:pPr/>
      <w:r>
        <w:rPr>
          <w:rFonts w:ascii="Times New Roman" w:hAnsi="Times New Roman" w:eastAsia="Times New Roman" w:cs="Times New Roman"/>
          <w:sz w:val="24"/>
        </w:rPr>
        <w:t xml:space="preserve">Other Comments: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VIII. BASEMENT / CRAWLSPACE / CELLAR</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Any Leaks or Excessive Moisture? </w:t>
      </w:r>
      <w:r>
        <w:rPr>
          <w:rFonts w:ascii="Times New Roman" w:hAnsi="Times New Roman" w:eastAsia="Times New Roman" w:cs="Times New Roman"/>
          <w:sz w:val="24"/>
        </w:rPr>
        <w:t xml:space="preserve"> No,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Unknown, </w:t>
      </w:r>
      <w:r>
        <w:rPr>
          <w:rFonts w:ascii="Times New Roman" w:hAnsi="Times New Roman" w:eastAsia="Times New Roman" w:cs="Times New Roman"/>
          <w:sz w:val="24"/>
        </w:rPr>
        <w:t xml:space="preserve"> N/A</w:t>
      </w:r>
    </w:p>
    <w:p>
      <w:pPr/>
    </w:p>
    <w:p>
      <w:pPr/>
      <w:r>
        <w:rPr>
          <w:rFonts w:ascii="Times New Roman" w:hAnsi="Times New Roman" w:eastAsia="Times New Roman" w:cs="Times New Roman"/>
          <w:sz w:val="24"/>
        </w:rPr>
        <w:t xml:space="preserve">Other Comments: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IX. ROOF</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Any Leaks or Evidence of Moisture? </w:t>
      </w:r>
      <w:r>
        <w:rPr>
          <w:rFonts w:ascii="Times New Roman" w:hAnsi="Times New Roman" w:eastAsia="Times New Roman" w:cs="Times New Roman"/>
          <w:sz w:val="24"/>
        </w:rPr>
        <w:t xml:space="preserve"> No,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Unknown, </w:t>
      </w:r>
      <w:r>
        <w:rPr>
          <w:rFonts w:ascii="Times New Roman" w:hAnsi="Times New Roman" w:eastAsia="Times New Roman" w:cs="Times New Roman"/>
          <w:sz w:val="24"/>
        </w:rPr>
        <w:t xml:space="preserve"> N/A</w:t>
      </w:r>
    </w:p>
    <w:p>
      <w:pPr/>
    </w:p>
    <w:p>
      <w:pPr/>
      <w:r>
        <w:rPr>
          <w:rFonts w:ascii="Times New Roman" w:hAnsi="Times New Roman" w:eastAsia="Times New Roman" w:cs="Times New Roman"/>
          <w:sz w:val="24"/>
        </w:rPr>
        <w:t xml:space="preserve">Any Existing Fire-Retardant Treated Plywood? </w:t>
      </w:r>
      <w:r>
        <w:rPr>
          <w:rFonts w:ascii="Times New Roman" w:hAnsi="Times New Roman" w:eastAsia="Times New Roman" w:cs="Times New Roman"/>
          <w:sz w:val="24"/>
        </w:rPr>
        <w:t xml:space="preserve"> No,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Unknown, </w:t>
      </w:r>
      <w:r>
        <w:rPr>
          <w:rFonts w:ascii="Times New Roman" w:hAnsi="Times New Roman" w:eastAsia="Times New Roman" w:cs="Times New Roman"/>
          <w:sz w:val="24"/>
        </w:rPr>
        <w:t xml:space="preserve"> N/A</w:t>
      </w:r>
    </w:p>
    <w:p>
      <w:pPr/>
    </w:p>
    <w:p>
      <w:pPr/>
      <w:r>
        <w:rPr>
          <w:rFonts w:ascii="Times New Roman" w:hAnsi="Times New Roman" w:eastAsia="Times New Roman" w:cs="Times New Roman"/>
          <w:sz w:val="24"/>
        </w:rPr>
        <w:t xml:space="preserve">Other Comments: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X. PLUMBING SYSTEM</w:t>
      </w:r>
      <w:r>
        <w:rPr>
          <w:rFonts w:ascii="Times New Roman" w:hAnsi="Times New Roman" w:eastAsia="Times New Roman" w:cs="Times New Roman"/>
          <w:sz w:val="24"/>
        </w:rPr>
        <w:t xml:space="preserve">. </w:t>
      </w:r>
    </w:p>
    <w:p>
      <w:pPr/>
    </w:p>
    <w:p>
      <w:pPr/>
      <w:r>
        <w:rPr>
          <w:rFonts w:ascii="Times New Roman" w:hAnsi="Times New Roman" w:eastAsia="Times New Roman" w:cs="Times New Roman"/>
          <w:sz w:val="24"/>
        </w:rPr>
        <w:t xml:space="preserve">Is the Plumbing System in Operating Condition? </w:t>
      </w:r>
      <w:r>
        <w:rPr>
          <w:rFonts w:ascii="Times New Roman" w:hAnsi="Times New Roman" w:eastAsia="Times New Roman" w:cs="Times New Roman"/>
          <w:sz w:val="24"/>
        </w:rPr>
        <w:t xml:space="preserve"> No,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Unknown, </w:t>
      </w:r>
      <w:r>
        <w:rPr>
          <w:rFonts w:ascii="Times New Roman" w:hAnsi="Times New Roman" w:eastAsia="Times New Roman" w:cs="Times New Roman"/>
          <w:sz w:val="24"/>
        </w:rPr>
        <w:t xml:space="preserve"> N/A</w:t>
      </w:r>
    </w:p>
    <w:p>
      <w:pPr/>
    </w:p>
    <w:p>
      <w:pPr/>
      <w:r>
        <w:rPr>
          <w:rFonts w:ascii="Times New Roman" w:hAnsi="Times New Roman" w:eastAsia="Times New Roman" w:cs="Times New Roman"/>
          <w:sz w:val="24"/>
        </w:rPr>
        <w:t xml:space="preserve">Are there any Known Issues with the Plumbing System? </w:t>
      </w:r>
      <w:r>
        <w:rPr>
          <w:rFonts w:ascii="Times New Roman" w:hAnsi="Times New Roman" w:eastAsia="Times New Roman" w:cs="Times New Roman"/>
          <w:sz w:val="24"/>
        </w:rPr>
        <w:t xml:space="preserve"> No, </w:t>
      </w:r>
      <w:r>
        <w:rPr>
          <w:rFonts w:ascii="Times New Roman" w:hAnsi="Times New Roman" w:eastAsia="Times New Roman" w:cs="Times New Roman"/>
          <w:sz w:val="24"/>
        </w:rPr>
        <w:t xml:space="preserve"> Yes, Explain: </w:t>
      </w:r>
    </w:p>
    <w:p>
      <w:pPr/>
    </w:p>
    <w:p>
      <w:pPr/>
      <w:r>
        <w:rPr>
          <w:rFonts w:ascii="Times New Roman" w:hAnsi="Times New Roman" w:eastAsia="Times New Roman" w:cs="Times New Roman"/>
          <w:sz w:val="24"/>
        </w:rPr>
        <w:t>[EXPLAIN KNOWN ISSUES (IF ANY)]</w:t>
      </w:r>
    </w:p>
    <w:p>
      <w:pPr/>
    </w:p>
    <w:p>
      <w:pPr/>
      <w:r>
        <w:rPr>
          <w:rFonts w:ascii="Times New Roman" w:hAnsi="Times New Roman" w:eastAsia="Times New Roman" w:cs="Times New Roman"/>
          <w:sz w:val="24"/>
        </w:rPr>
        <w:t xml:space="preserve">Other Comments: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XI. ELECTRIC SYSTEMS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Any Known Issues with the Electrical System? </w:t>
      </w:r>
      <w:r>
        <w:rPr>
          <w:rFonts w:ascii="Times New Roman" w:hAnsi="Times New Roman" w:eastAsia="Times New Roman" w:cs="Times New Roman"/>
          <w:sz w:val="24"/>
        </w:rPr>
        <w:t xml:space="preserve"> No,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Unknown, </w:t>
      </w:r>
      <w:r>
        <w:rPr>
          <w:rFonts w:ascii="Times New Roman" w:hAnsi="Times New Roman" w:eastAsia="Times New Roman" w:cs="Times New Roman"/>
          <w:sz w:val="24"/>
        </w:rPr>
        <w:t xml:space="preserve"> N/A</w:t>
      </w:r>
    </w:p>
    <w:p>
      <w:pPr/>
    </w:p>
    <w:p>
      <w:pPr/>
      <w:r>
        <w:rPr>
          <w:rFonts w:ascii="Times New Roman" w:hAnsi="Times New Roman" w:eastAsia="Times New Roman" w:cs="Times New Roman"/>
          <w:sz w:val="24"/>
        </w:rPr>
        <w:t xml:space="preserve">Other Comments: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XII. INSULATION</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In Exterior Walls? </w:t>
      </w:r>
      <w:r>
        <w:rPr>
          <w:rFonts w:ascii="Times New Roman" w:hAnsi="Times New Roman" w:eastAsia="Times New Roman" w:cs="Times New Roman"/>
          <w:sz w:val="24"/>
        </w:rPr>
        <w:t xml:space="preserve"> No,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Unknown, </w:t>
      </w:r>
      <w:r>
        <w:rPr>
          <w:rFonts w:ascii="Times New Roman" w:hAnsi="Times New Roman" w:eastAsia="Times New Roman" w:cs="Times New Roman"/>
          <w:sz w:val="24"/>
        </w:rPr>
        <w:t xml:space="preserve"> N/A</w:t>
      </w:r>
    </w:p>
    <w:p>
      <w:pPr/>
    </w:p>
    <w:p>
      <w:pPr/>
      <w:r>
        <w:rPr>
          <w:rFonts w:ascii="Times New Roman" w:hAnsi="Times New Roman" w:eastAsia="Times New Roman" w:cs="Times New Roman"/>
          <w:sz w:val="24"/>
        </w:rPr>
        <w:t xml:space="preserve">In Ceiling/Attic? </w:t>
      </w:r>
      <w:r>
        <w:rPr>
          <w:rFonts w:ascii="Times New Roman" w:hAnsi="Times New Roman" w:eastAsia="Times New Roman" w:cs="Times New Roman"/>
          <w:sz w:val="24"/>
        </w:rPr>
        <w:t xml:space="preserve"> No,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Unknown, </w:t>
      </w:r>
      <w:r>
        <w:rPr>
          <w:rFonts w:ascii="Times New Roman" w:hAnsi="Times New Roman" w:eastAsia="Times New Roman" w:cs="Times New Roman"/>
          <w:sz w:val="24"/>
        </w:rPr>
        <w:t xml:space="preserve"> N/A</w:t>
      </w:r>
    </w:p>
    <w:p>
      <w:pPr/>
    </w:p>
    <w:p>
      <w:pPr/>
      <w:r>
        <w:rPr>
          <w:rFonts w:ascii="Times New Roman" w:hAnsi="Times New Roman" w:eastAsia="Times New Roman" w:cs="Times New Roman"/>
          <w:sz w:val="24"/>
        </w:rPr>
        <w:t xml:space="preserve">Under the Floor? </w:t>
      </w:r>
      <w:r>
        <w:rPr>
          <w:rFonts w:ascii="Times New Roman" w:hAnsi="Times New Roman" w:eastAsia="Times New Roman" w:cs="Times New Roman"/>
          <w:sz w:val="24"/>
        </w:rPr>
        <w:t xml:space="preserve"> No,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Unknown, </w:t>
      </w:r>
      <w:r>
        <w:rPr>
          <w:rFonts w:ascii="Times New Roman" w:hAnsi="Times New Roman" w:eastAsia="Times New Roman" w:cs="Times New Roman"/>
          <w:sz w:val="24"/>
        </w:rPr>
        <w:t xml:space="preserve"> N/A</w:t>
      </w:r>
    </w:p>
    <w:p>
      <w:pPr/>
    </w:p>
    <w:p>
      <w:pPr/>
      <w:r>
        <w:rPr>
          <w:rFonts w:ascii="Times New Roman" w:hAnsi="Times New Roman" w:eastAsia="Times New Roman" w:cs="Times New Roman"/>
          <w:sz w:val="24"/>
        </w:rPr>
        <w:t xml:space="preserve">In any Other Areas? </w:t>
      </w:r>
      <w:r>
        <w:rPr>
          <w:rFonts w:ascii="Times New Roman" w:hAnsi="Times New Roman" w:eastAsia="Times New Roman" w:cs="Times New Roman"/>
          <w:sz w:val="24"/>
        </w:rPr>
        <w:t xml:space="preserve"> No,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Unknown, </w:t>
      </w:r>
      <w:r>
        <w:rPr>
          <w:rFonts w:ascii="Times New Roman" w:hAnsi="Times New Roman" w:eastAsia="Times New Roman" w:cs="Times New Roman"/>
          <w:sz w:val="24"/>
        </w:rPr>
        <w:t xml:space="preserve"> N/A</w:t>
      </w:r>
    </w:p>
    <w:p>
      <w:pPr/>
    </w:p>
    <w:p>
      <w:pPr/>
      <w:r>
        <w:rPr>
          <w:rFonts w:ascii="Times New Roman" w:hAnsi="Times New Roman" w:eastAsia="Times New Roman" w:cs="Times New Roman"/>
          <w:sz w:val="24"/>
        </w:rPr>
        <w:t xml:space="preserve">Other Comments: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XIII. EXTERIOR DRAINAGE</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Water Stand on the Property after a Heavy Rain? </w:t>
      </w:r>
      <w:r>
        <w:rPr>
          <w:rFonts w:ascii="Times New Roman" w:hAnsi="Times New Roman" w:eastAsia="Times New Roman" w:cs="Times New Roman"/>
          <w:sz w:val="24"/>
        </w:rPr>
        <w:t xml:space="preserve"> No,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Unknown, </w:t>
      </w:r>
      <w:r>
        <w:rPr>
          <w:rFonts w:ascii="Times New Roman" w:hAnsi="Times New Roman" w:eastAsia="Times New Roman" w:cs="Times New Roman"/>
          <w:sz w:val="24"/>
        </w:rPr>
        <w:t xml:space="preserve"> N/A</w:t>
      </w:r>
    </w:p>
    <w:p>
      <w:pPr/>
    </w:p>
    <w:p>
      <w:pPr/>
      <w:r>
        <w:rPr>
          <w:rFonts w:ascii="Times New Roman" w:hAnsi="Times New Roman" w:eastAsia="Times New Roman" w:cs="Times New Roman"/>
          <w:sz w:val="24"/>
        </w:rPr>
        <w:t xml:space="preserve">Are Gutters and Downspouts in Operating Condition? </w:t>
      </w:r>
      <w:r>
        <w:rPr>
          <w:rFonts w:ascii="Times New Roman" w:hAnsi="Times New Roman" w:eastAsia="Times New Roman" w:cs="Times New Roman"/>
          <w:sz w:val="24"/>
        </w:rPr>
        <w:t xml:space="preserve"> No,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Unknown, </w:t>
      </w:r>
      <w:r>
        <w:rPr>
          <w:rFonts w:ascii="Times New Roman" w:hAnsi="Times New Roman" w:eastAsia="Times New Roman" w:cs="Times New Roman"/>
          <w:sz w:val="24"/>
        </w:rPr>
        <w:t xml:space="preserve"> N/A</w:t>
      </w:r>
    </w:p>
    <w:p>
      <w:pPr/>
    </w:p>
    <w:p>
      <w:pPr/>
      <w:r>
        <w:rPr>
          <w:rFonts w:ascii="Times New Roman" w:hAnsi="Times New Roman" w:eastAsia="Times New Roman" w:cs="Times New Roman"/>
          <w:sz w:val="24"/>
        </w:rPr>
        <w:t xml:space="preserve">Other Comments: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XIV. WOOD-DESTROYING INSECTS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Any Known Infestations and/or Prior Damage? </w:t>
      </w:r>
      <w:r>
        <w:rPr>
          <w:rFonts w:ascii="Times New Roman" w:hAnsi="Times New Roman" w:eastAsia="Times New Roman" w:cs="Times New Roman"/>
          <w:sz w:val="24"/>
        </w:rPr>
        <w:t xml:space="preserve"> No,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Unknown, </w:t>
      </w:r>
      <w:r>
        <w:rPr>
          <w:rFonts w:ascii="Times New Roman" w:hAnsi="Times New Roman" w:eastAsia="Times New Roman" w:cs="Times New Roman"/>
          <w:sz w:val="24"/>
        </w:rPr>
        <w:t xml:space="preserve"> N/A</w:t>
      </w:r>
    </w:p>
    <w:p>
      <w:pPr/>
    </w:p>
    <w:p>
      <w:pPr/>
      <w:r>
        <w:rPr>
          <w:rFonts w:ascii="Times New Roman" w:hAnsi="Times New Roman" w:eastAsia="Times New Roman" w:cs="Times New Roman"/>
          <w:sz w:val="24"/>
        </w:rPr>
        <w:t xml:space="preserve">Other Comments: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XV. CARBON MONOXIDE ALARM</w:t>
      </w:r>
      <w:r>
        <w:rPr>
          <w:rFonts w:ascii="Times New Roman" w:hAnsi="Times New Roman" w:eastAsia="Times New Roman" w:cs="Times New Roman"/>
          <w:sz w:val="24"/>
        </w:rPr>
        <w:t xml:space="preserve">. </w:t>
      </w:r>
    </w:p>
    <w:p>
      <w:pPr/>
    </w:p>
    <w:p>
      <w:pPr/>
      <w:r>
        <w:rPr>
          <w:rFonts w:ascii="Times New Roman" w:hAnsi="Times New Roman" w:eastAsia="Times New Roman" w:cs="Times New Roman"/>
          <w:sz w:val="24"/>
        </w:rPr>
        <w:t xml:space="preserve">Is a Carbon Monoxide Alarm on the Property? </w:t>
      </w:r>
      <w:r>
        <w:rPr>
          <w:rFonts w:ascii="Times New Roman" w:hAnsi="Times New Roman" w:eastAsia="Times New Roman" w:cs="Times New Roman"/>
          <w:sz w:val="24"/>
        </w:rPr>
        <w:t xml:space="preserve"> No,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Unknown, </w:t>
      </w:r>
      <w:r>
        <w:rPr>
          <w:rFonts w:ascii="Times New Roman" w:hAnsi="Times New Roman" w:eastAsia="Times New Roman" w:cs="Times New Roman"/>
          <w:sz w:val="24"/>
        </w:rPr>
        <w:t xml:space="preserve"> N/A</w:t>
      </w:r>
    </w:p>
    <w:p>
      <w:pPr/>
    </w:p>
    <w:p>
      <w:pPr/>
      <w:r>
        <w:rPr>
          <w:rFonts w:ascii="Times New Roman" w:hAnsi="Times New Roman" w:eastAsia="Times New Roman" w:cs="Times New Roman"/>
          <w:sz w:val="24"/>
        </w:rPr>
        <w:t xml:space="preserve">Other Comments: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XVI. HAZARDOUS OR REGULATED MATERIALS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Are there any Hazardous or Regulated Materials located on the Property, including, but not limited to, mold, asbestos, radon gas, lead-based paint, licensed landfills, methamphetamine labs, underground storage tanks, any mining operations or other past contamination on the Property? </w:t>
      </w:r>
      <w:r>
        <w:rPr>
          <w:rFonts w:ascii="Times New Roman" w:hAnsi="Times New Roman" w:eastAsia="Times New Roman" w:cs="Times New Roman"/>
          <w:sz w:val="24"/>
        </w:rPr>
        <w:t xml:space="preserve"> No,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Unknown, </w:t>
      </w:r>
      <w:r>
        <w:rPr>
          <w:rFonts w:ascii="Times New Roman" w:hAnsi="Times New Roman" w:eastAsia="Times New Roman" w:cs="Times New Roman"/>
          <w:sz w:val="24"/>
        </w:rPr>
        <w:t xml:space="preserve"> N/A</w:t>
      </w:r>
    </w:p>
    <w:p>
      <w:pPr/>
    </w:p>
    <w:p>
      <w:pPr/>
      <w:r>
        <w:rPr>
          <w:rFonts w:ascii="Times New Roman" w:hAnsi="Times New Roman" w:eastAsia="Times New Roman" w:cs="Times New Roman"/>
          <w:sz w:val="24"/>
        </w:rPr>
        <w:t xml:space="preserve">Other Comments: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XVII. FIRE</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Any Fireplaces, Woodstoves, or Chimneys? </w:t>
      </w:r>
      <w:r>
        <w:rPr>
          <w:rFonts w:ascii="Times New Roman" w:hAnsi="Times New Roman" w:eastAsia="Times New Roman" w:cs="Times New Roman"/>
          <w:sz w:val="24"/>
        </w:rPr>
        <w:t xml:space="preserve"> No,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Unknown, </w:t>
      </w:r>
      <w:r>
        <w:rPr>
          <w:rFonts w:ascii="Times New Roman" w:hAnsi="Times New Roman" w:eastAsia="Times New Roman" w:cs="Times New Roman"/>
          <w:sz w:val="24"/>
        </w:rPr>
        <w:t xml:space="preserve"> N/A</w:t>
      </w:r>
    </w:p>
    <w:p>
      <w:pPr/>
    </w:p>
    <w:p>
      <w:pPr/>
      <w:r>
        <w:rPr>
          <w:rFonts w:ascii="Times New Roman" w:hAnsi="Times New Roman" w:eastAsia="Times New Roman" w:cs="Times New Roman"/>
          <w:sz w:val="24"/>
        </w:rPr>
        <w:t xml:space="preserve">How Many? </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Are they in Working Condition? </w:t>
      </w:r>
      <w:r>
        <w:rPr>
          <w:rFonts w:ascii="Times New Roman" w:hAnsi="Times New Roman" w:eastAsia="Times New Roman" w:cs="Times New Roman"/>
          <w:sz w:val="24"/>
        </w:rPr>
        <w:t xml:space="preserve"> No,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Unknown, </w:t>
      </w:r>
      <w:r>
        <w:rPr>
          <w:rFonts w:ascii="Times New Roman" w:hAnsi="Times New Roman" w:eastAsia="Times New Roman" w:cs="Times New Roman"/>
          <w:sz w:val="24"/>
        </w:rPr>
        <w:t xml:space="preserve"> N/A</w:t>
      </w:r>
    </w:p>
    <w:p>
      <w:pPr/>
    </w:p>
    <w:p>
      <w:pPr/>
      <w:r>
        <w:rPr>
          <w:rFonts w:ascii="Times New Roman" w:hAnsi="Times New Roman" w:eastAsia="Times New Roman" w:cs="Times New Roman"/>
          <w:sz w:val="24"/>
        </w:rPr>
        <w:t xml:space="preserve">Other Comments: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XVIII. ZONING VIOLATIONS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Are there any Zoning Violation, nonconforming uses, violation of building restrictions or set-back requirements or any recorded or unrecorded easement, except for utilities, on or affecting the Property? </w:t>
      </w:r>
      <w:r>
        <w:rPr>
          <w:rFonts w:ascii="Times New Roman" w:hAnsi="Times New Roman" w:eastAsia="Times New Roman" w:cs="Times New Roman"/>
          <w:sz w:val="24"/>
        </w:rPr>
        <w:t xml:space="preserve"> No,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Unknown, </w:t>
      </w:r>
      <w:r>
        <w:rPr>
          <w:rFonts w:ascii="Times New Roman" w:hAnsi="Times New Roman" w:eastAsia="Times New Roman" w:cs="Times New Roman"/>
          <w:sz w:val="24"/>
        </w:rPr>
        <w:t xml:space="preserve"> N/A</w:t>
      </w:r>
    </w:p>
    <w:p>
      <w:pPr/>
    </w:p>
    <w:p>
      <w:pPr/>
      <w:r>
        <w:rPr>
          <w:rFonts w:ascii="Times New Roman" w:hAnsi="Times New Roman" w:eastAsia="Times New Roman" w:cs="Times New Roman"/>
          <w:sz w:val="24"/>
        </w:rPr>
        <w:t xml:space="preserve">Other Comments: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XIX. IMPROVEMENTS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Have you or a Contractor made Improvements on the Property? </w:t>
      </w:r>
      <w:r>
        <w:rPr>
          <w:rFonts w:ascii="Times New Roman" w:hAnsi="Times New Roman" w:eastAsia="Times New Roman" w:cs="Times New Roman"/>
          <w:sz w:val="24"/>
        </w:rPr>
        <w:t xml:space="preserve"> No,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Unknown, </w:t>
      </w:r>
      <w:r>
        <w:rPr>
          <w:rFonts w:ascii="Times New Roman" w:hAnsi="Times New Roman" w:eastAsia="Times New Roman" w:cs="Times New Roman"/>
          <w:sz w:val="24"/>
        </w:rPr>
        <w:t xml:space="preserve"> N/A</w:t>
      </w:r>
    </w:p>
    <w:p>
      <w:pPr/>
    </w:p>
    <w:p>
      <w:pPr/>
      <w:r>
        <w:rPr>
          <w:rFonts w:ascii="Times New Roman" w:hAnsi="Times New Roman" w:eastAsia="Times New Roman" w:cs="Times New Roman"/>
          <w:sz w:val="24"/>
        </w:rPr>
        <w:t xml:space="preserve">Other Comments: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XX. FLOOD ZONE</w:t>
      </w:r>
      <w:r>
        <w:rPr>
          <w:rFonts w:ascii="Times New Roman" w:hAnsi="Times New Roman" w:eastAsia="Times New Roman" w:cs="Times New Roman"/>
          <w:sz w:val="24"/>
        </w:rPr>
        <w:t xml:space="preserve">. </w:t>
      </w:r>
    </w:p>
    <w:p>
      <w:pPr/>
    </w:p>
    <w:p>
      <w:pPr/>
      <w:r>
        <w:rPr>
          <w:rFonts w:ascii="Times New Roman" w:hAnsi="Times New Roman" w:eastAsia="Times New Roman" w:cs="Times New Roman"/>
          <w:sz w:val="24"/>
        </w:rPr>
        <w:t xml:space="preserve">Is the Property located in a Flood Zone? </w:t>
      </w:r>
      <w:r>
        <w:rPr>
          <w:rFonts w:ascii="Times New Roman" w:hAnsi="Times New Roman" w:eastAsia="Times New Roman" w:cs="Times New Roman"/>
          <w:sz w:val="24"/>
        </w:rPr>
        <w:t xml:space="preserve"> No,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Unknown, </w:t>
      </w:r>
      <w:r>
        <w:rPr>
          <w:rFonts w:ascii="Times New Roman" w:hAnsi="Times New Roman" w:eastAsia="Times New Roman" w:cs="Times New Roman"/>
          <w:sz w:val="24"/>
        </w:rPr>
        <w:t xml:space="preserve"> N/A</w:t>
      </w:r>
    </w:p>
    <w:p>
      <w:pPr/>
    </w:p>
    <w:p>
      <w:pPr/>
      <w:r>
        <w:rPr>
          <w:rFonts w:ascii="Times New Roman" w:hAnsi="Times New Roman" w:eastAsia="Times New Roman" w:cs="Times New Roman"/>
          <w:sz w:val="24"/>
        </w:rPr>
        <w:t xml:space="preserve">Other Comments: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XXI. RESTRICTIONS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Are there any Restrictions on the Property? </w:t>
      </w:r>
      <w:r>
        <w:rPr>
          <w:rFonts w:ascii="Times New Roman" w:hAnsi="Times New Roman" w:eastAsia="Times New Roman" w:cs="Times New Roman"/>
          <w:sz w:val="24"/>
        </w:rPr>
        <w:t xml:space="preserve"> No,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Unknown, </w:t>
      </w:r>
      <w:r>
        <w:rPr>
          <w:rFonts w:ascii="Times New Roman" w:hAnsi="Times New Roman" w:eastAsia="Times New Roman" w:cs="Times New Roman"/>
          <w:sz w:val="24"/>
        </w:rPr>
        <w:t xml:space="preserve"> N/A</w:t>
      </w:r>
    </w:p>
    <w:p>
      <w:pPr/>
    </w:p>
    <w:p>
      <w:pPr/>
      <w:r>
        <w:rPr>
          <w:rFonts w:ascii="Times New Roman" w:hAnsi="Times New Roman" w:eastAsia="Times New Roman" w:cs="Times New Roman"/>
          <w:sz w:val="24"/>
        </w:rPr>
        <w:t xml:space="preserve">Other Comments: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XXII. MINERAL RIGHTS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Are there any Mineral Rights on the Property? </w:t>
      </w:r>
      <w:r>
        <w:rPr>
          <w:rFonts w:ascii="Times New Roman" w:hAnsi="Times New Roman" w:eastAsia="Times New Roman" w:cs="Times New Roman"/>
          <w:sz w:val="24"/>
        </w:rPr>
        <w:t xml:space="preserve"> No,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Unknown, </w:t>
      </w:r>
      <w:r>
        <w:rPr>
          <w:rFonts w:ascii="Times New Roman" w:hAnsi="Times New Roman" w:eastAsia="Times New Roman" w:cs="Times New Roman"/>
          <w:sz w:val="24"/>
        </w:rPr>
        <w:t xml:space="preserve"> N/A</w:t>
      </w:r>
    </w:p>
    <w:p>
      <w:pPr/>
    </w:p>
    <w:p>
      <w:pPr/>
      <w:r>
        <w:rPr>
          <w:rFonts w:ascii="Times New Roman" w:hAnsi="Times New Roman" w:eastAsia="Times New Roman" w:cs="Times New Roman"/>
          <w:sz w:val="24"/>
        </w:rPr>
        <w:t xml:space="preserve">Do you Own the Mineral Rights? </w:t>
      </w:r>
      <w:r>
        <w:rPr>
          <w:rFonts w:ascii="Times New Roman" w:hAnsi="Times New Roman" w:eastAsia="Times New Roman" w:cs="Times New Roman"/>
          <w:sz w:val="24"/>
        </w:rPr>
        <w:t xml:space="preserve"> No,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Unknown, </w:t>
      </w:r>
      <w:r>
        <w:rPr>
          <w:rFonts w:ascii="Times New Roman" w:hAnsi="Times New Roman" w:eastAsia="Times New Roman" w:cs="Times New Roman"/>
          <w:sz w:val="24"/>
        </w:rPr>
        <w:t xml:space="preserve"> N/A</w:t>
      </w:r>
    </w:p>
    <w:p>
      <w:pPr/>
    </w:p>
    <w:p>
      <w:pPr/>
      <w:r>
        <w:rPr>
          <w:rFonts w:ascii="Times New Roman" w:hAnsi="Times New Roman" w:eastAsia="Times New Roman" w:cs="Times New Roman"/>
          <w:sz w:val="24"/>
        </w:rPr>
        <w:t xml:space="preserve">Other Comments: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XXIII. MURDER / SUICIDE</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To your knowledge, has there ever been a murder or suicide within the boundaries of the Property? </w:t>
      </w:r>
      <w:r>
        <w:rPr>
          <w:rFonts w:ascii="Times New Roman" w:hAnsi="Times New Roman" w:eastAsia="Times New Roman" w:cs="Times New Roman"/>
          <w:sz w:val="24"/>
        </w:rPr>
        <w:t xml:space="preserve"> No,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Unknown, </w:t>
      </w:r>
      <w:r>
        <w:rPr>
          <w:rFonts w:ascii="Times New Roman" w:hAnsi="Times New Roman" w:eastAsia="Times New Roman" w:cs="Times New Roman"/>
          <w:sz w:val="24"/>
        </w:rPr>
        <w:t xml:space="preserve"> N/A</w:t>
      </w:r>
    </w:p>
    <w:p>
      <w:pPr/>
    </w:p>
    <w:p>
      <w:pPr/>
      <w:r>
        <w:rPr>
          <w:rFonts w:ascii="Times New Roman" w:hAnsi="Times New Roman" w:eastAsia="Times New Roman" w:cs="Times New Roman"/>
          <w:sz w:val="24"/>
        </w:rPr>
        <w:t xml:space="preserve">Other Comments: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XXIV. ILLEGAL DRUG OR CRIMINAL ACTIVITY</w:t>
      </w:r>
    </w:p>
    <w:p>
      <w:pPr/>
    </w:p>
    <w:p>
      <w:pPr/>
      <w:r>
        <w:rPr>
          <w:rFonts w:ascii="Times New Roman" w:hAnsi="Times New Roman" w:eastAsia="Times New Roman" w:cs="Times New Roman"/>
          <w:sz w:val="24"/>
        </w:rPr>
        <w:t xml:space="preserve">To your knowledge, has there ever been illegal drug or criminal activity within the boundaries of the subject property? </w:t>
      </w:r>
      <w:r>
        <w:rPr>
          <w:rFonts w:ascii="Times New Roman" w:hAnsi="Times New Roman" w:eastAsia="Times New Roman" w:cs="Times New Roman"/>
          <w:sz w:val="24"/>
        </w:rPr>
        <w:t xml:space="preserve"> No,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Unknown, </w:t>
      </w:r>
      <w:r>
        <w:rPr>
          <w:rFonts w:ascii="Times New Roman" w:hAnsi="Times New Roman" w:eastAsia="Times New Roman" w:cs="Times New Roman"/>
          <w:sz w:val="24"/>
        </w:rPr>
        <w:t xml:space="preserve"> N/A</w:t>
      </w:r>
    </w:p>
    <w:p>
      <w:pPr/>
    </w:p>
    <w:p>
      <w:pPr/>
      <w:r>
        <w:rPr>
          <w:rFonts w:ascii="Times New Roman" w:hAnsi="Times New Roman" w:eastAsia="Times New Roman" w:cs="Times New Roman"/>
          <w:sz w:val="24"/>
        </w:rPr>
        <w:t xml:space="preserve">Other Comments: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XXV. MATERIAL DEFECTS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Are there any Material Defects, including latent defects, affecting the physical condition of the Property? </w:t>
      </w:r>
      <w:r>
        <w:rPr>
          <w:rFonts w:ascii="Times New Roman" w:hAnsi="Times New Roman" w:eastAsia="Times New Roman" w:cs="Times New Roman"/>
          <w:sz w:val="24"/>
        </w:rPr>
        <w:t xml:space="preserve"> No,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Unknown, </w:t>
      </w:r>
      <w:r>
        <w:rPr>
          <w:rFonts w:ascii="Times New Roman" w:hAnsi="Times New Roman" w:eastAsia="Times New Roman" w:cs="Times New Roman"/>
          <w:sz w:val="24"/>
        </w:rPr>
        <w:t xml:space="preserve"> N/A</w:t>
      </w:r>
    </w:p>
    <w:p>
      <w:pPr/>
    </w:p>
    <w:p>
      <w:pPr/>
      <w:r>
        <w:rPr>
          <w:rFonts w:ascii="Times New Roman" w:hAnsi="Times New Roman" w:eastAsia="Times New Roman" w:cs="Times New Roman"/>
          <w:sz w:val="24"/>
        </w:rPr>
        <w:t xml:space="preserve">Other Comments: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XXVI. STRUCTURAL SYSTEMS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Are there any defects with other Structural Systems on the Property? (including but not limited to, exterior walls, floors, driveways, sidewalks, etc.) </w:t>
      </w:r>
      <w:r>
        <w:rPr>
          <w:rFonts w:ascii="Times New Roman" w:hAnsi="Times New Roman" w:eastAsia="Times New Roman" w:cs="Times New Roman"/>
          <w:sz w:val="24"/>
        </w:rPr>
        <w:t xml:space="preserve"> No,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Unknown, </w:t>
      </w:r>
      <w:r>
        <w:rPr>
          <w:rFonts w:ascii="Times New Roman" w:hAnsi="Times New Roman" w:eastAsia="Times New Roman" w:cs="Times New Roman"/>
          <w:sz w:val="24"/>
        </w:rPr>
        <w:t xml:space="preserve"> N/A</w:t>
      </w:r>
    </w:p>
    <w:p>
      <w:pPr/>
    </w:p>
    <w:p>
      <w:pPr/>
      <w:r>
        <w:rPr>
          <w:rFonts w:ascii="Times New Roman" w:hAnsi="Times New Roman" w:eastAsia="Times New Roman" w:cs="Times New Roman"/>
          <w:sz w:val="24"/>
        </w:rPr>
        <w:t xml:space="preserve">Other Comments: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XXVII. ADDITIONAL DISCLOSURES</w:t>
      </w:r>
      <w:r>
        <w:rPr>
          <w:rFonts w:ascii="Times New Roman" w:hAnsi="Times New Roman" w:eastAsia="Times New Roman" w:cs="Times New Roman"/>
          <w:sz w:val="24"/>
        </w:rPr>
        <w:t>.</w:t>
      </w:r>
    </w:p>
    <w:p>
      <w:pPr/>
    </w:p>
    <w:p>
      <w:pPr/>
      <w:r>
        <w:rPr>
          <w:rFonts w:ascii="Times New Roman" w:hAnsi="Times New Roman" w:eastAsia="Times New Roman" w:cs="Times New Roman"/>
          <w:sz w:val="24"/>
        </w:rPr>
        <w:t>[ADDITIONAL DISCLOSURES]</w:t>
      </w:r>
    </w:p>
    <w:p>
      <w:pPr/>
    </w:p>
    <w:p>
      <w:pPr/>
      <w:r>
        <w:rPr>
          <w:rFonts w:ascii="Times New Roman" w:hAnsi="Times New Roman" w:eastAsia="Times New Roman" w:cs="Times New Roman"/>
          <w:b/>
          <w:sz w:val="24"/>
        </w:rPr>
        <w:t>XXVIII. SIGNATURE AREA</w:t>
      </w:r>
    </w:p>
    <w:p>
      <w:pPr/>
    </w:p>
    <w:p>
      <w:pPr/>
    </w:p>
    <w:p>
      <w:pPr/>
      <w:r>
        <w:rPr>
          <w:rFonts w:ascii="Times New Roman" w:hAnsi="Times New Roman" w:eastAsia="Times New Roman" w:cs="Times New Roman"/>
          <w:b/>
          <w:sz w:val="24"/>
        </w:rPr>
        <w:t>Buyer’s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_________________________________</w:t>
      </w:r>
      <w:r>
        <w:rPr>
          <w:rFonts w:ascii="Times New Roman" w:hAnsi="Times New Roman" w:eastAsia="Times New Roman" w:cs="Times New Roman"/>
          <w:sz w:val="24"/>
        </w:rPr>
        <w:t xml:space="preserve"> Date ________________</w:t>
      </w:r>
    </w:p>
    <w:p>
      <w:pPr/>
      <w:r>
        <w:rPr>
          <w:rFonts w:ascii="Times New Roman" w:hAnsi="Times New Roman" w:eastAsia="Times New Roman" w:cs="Times New Roman"/>
          <w:sz w:val="24"/>
        </w:rPr>
        <w:t>Print Name _________________________________</w:t>
      </w:r>
    </w:p>
    <w:p>
      <w:pPr/>
    </w:p>
    <w:p>
      <w:pPr/>
    </w:p>
    <w:p>
      <w:pPr/>
      <w:r>
        <w:rPr>
          <w:rFonts w:ascii="Times New Roman" w:hAnsi="Times New Roman" w:eastAsia="Times New Roman" w:cs="Times New Roman"/>
          <w:b/>
          <w:sz w:val="24"/>
        </w:rPr>
        <w:t>Buyer’s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_________________________________</w:t>
      </w:r>
      <w:r>
        <w:rPr>
          <w:rFonts w:ascii="Times New Roman" w:hAnsi="Times New Roman" w:eastAsia="Times New Roman" w:cs="Times New Roman"/>
          <w:sz w:val="24"/>
        </w:rPr>
        <w:t xml:space="preserve"> Date ________________</w:t>
      </w:r>
    </w:p>
    <w:p>
      <w:pPr/>
      <w:r>
        <w:rPr>
          <w:rFonts w:ascii="Times New Roman" w:hAnsi="Times New Roman" w:eastAsia="Times New Roman" w:cs="Times New Roman"/>
          <w:sz w:val="24"/>
        </w:rPr>
        <w:t>Print Name _________________________________</w:t>
      </w:r>
    </w:p>
    <w:p>
      <w:pPr/>
    </w:p>
    <w:p>
      <w:pPr/>
      <w:r>
        <w:rPr>
          <w:rFonts w:ascii="Times New Roman" w:hAnsi="Times New Roman" w:eastAsia="Times New Roman" w:cs="Times New Roman"/>
          <w:b/>
          <w:sz w:val="24"/>
        </w:rPr>
        <w:t>Seller’s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_________________________________</w:t>
      </w:r>
      <w:r>
        <w:rPr>
          <w:rFonts w:ascii="Times New Roman" w:hAnsi="Times New Roman" w:eastAsia="Times New Roman" w:cs="Times New Roman"/>
          <w:sz w:val="24"/>
        </w:rPr>
        <w:t xml:space="preserve"> Date ________________</w:t>
      </w:r>
    </w:p>
    <w:p>
      <w:pPr/>
      <w:r>
        <w:rPr>
          <w:rFonts w:ascii="Times New Roman" w:hAnsi="Times New Roman" w:eastAsia="Times New Roman" w:cs="Times New Roman"/>
          <w:sz w:val="24"/>
        </w:rPr>
        <w:t>Print Name _________________________________</w:t>
      </w:r>
    </w:p>
    <w:p>
      <w:pPr/>
    </w:p>
    <w:p>
      <w:pPr/>
      <w:r>
        <w:rPr>
          <w:rFonts w:ascii="Times New Roman" w:hAnsi="Times New Roman" w:eastAsia="Times New Roman" w:cs="Times New Roman"/>
          <w:b/>
          <w:sz w:val="24"/>
        </w:rPr>
        <w:t>Seller’s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_________________________________</w:t>
      </w:r>
      <w:r>
        <w:rPr>
          <w:rFonts w:ascii="Times New Roman" w:hAnsi="Times New Roman" w:eastAsia="Times New Roman" w:cs="Times New Roman"/>
          <w:sz w:val="24"/>
        </w:rPr>
        <w:t xml:space="preserve"> Date ________________</w:t>
      </w:r>
    </w:p>
    <w:p>
      <w:pPr/>
      <w:r>
        <w:rPr>
          <w:rFonts w:ascii="Times New Roman" w:hAnsi="Times New Roman" w:eastAsia="Times New Roman" w:cs="Times New Roman"/>
          <w:sz w:val="24"/>
        </w:rPr>
        <w:t>Print Name _________________________________</w:t>
      </w:r>
    </w:p>
    <w:p>
      <w:pPr/>
    </w:p>
    <w:p>
      <w:pPr/>
      <w:r>
        <w:rPr>
          <w:rFonts w:ascii="Times New Roman" w:hAnsi="Times New Roman" w:eastAsia="Times New Roman" w:cs="Times New Roman"/>
          <w:b/>
          <w:sz w:val="24"/>
        </w:rPr>
        <w:t>Agent’s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_________________________________</w:t>
      </w:r>
      <w:r>
        <w:rPr>
          <w:rFonts w:ascii="Times New Roman" w:hAnsi="Times New Roman" w:eastAsia="Times New Roman" w:cs="Times New Roman"/>
          <w:sz w:val="24"/>
        </w:rPr>
        <w:t xml:space="preserve"> Date ________________</w:t>
      </w:r>
    </w:p>
    <w:p>
      <w:pPr/>
      <w:r>
        <w:rPr>
          <w:rFonts w:ascii="Times New Roman" w:hAnsi="Times New Roman" w:eastAsia="Times New Roman" w:cs="Times New Roman"/>
          <w:sz w:val="24"/>
        </w:rPr>
        <w:t>Print Name _________________________________</w:t>
      </w:r>
    </w:p>
    <w:p>
      <w:pPr/>
    </w:p>
    <w:p>
      <w:pPr/>
      <w:r>
        <w:rPr>
          <w:rFonts w:ascii="Times New Roman" w:hAnsi="Times New Roman" w:eastAsia="Times New Roman" w:cs="Times New Roman"/>
          <w:b/>
          <w:sz w:val="24"/>
        </w:rPr>
        <w:t>Agent’s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_________________________________</w:t>
      </w:r>
      <w:r>
        <w:rPr>
          <w:rFonts w:ascii="Times New Roman" w:hAnsi="Times New Roman" w:eastAsia="Times New Roman" w:cs="Times New Roman"/>
          <w:sz w:val="24"/>
        </w:rPr>
        <w:t xml:space="preserve"> Date ________________</w:t>
      </w:r>
    </w:p>
    <w:p>
      <w:pPr/>
      <w:r>
        <w:rPr>
          <w:rFonts w:ascii="Times New Roman" w:hAnsi="Times New Roman" w:eastAsia="Times New Roman" w:cs="Times New Roman"/>
          <w:sz w:val="24"/>
        </w:rPr>
        <w:t>Print Name _________________________________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