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Senior Executive Employment Contract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Employment Contract for Senior Executive</w:t>
      </w:r>
    </w:p>
    <w:p>
      <w:pPr>
        <w:keepNext w:val="0"/>
        <w:spacing w:before="200" w:after="0" w:line="260" w:lineRule="exact"/>
        <w:ind w:left="720" w:right="0" w:firstLine="0"/>
        <w:jc w:val="both"/>
      </w:pPr>
      <w:r>
        <w:rPr>
          <w:rFonts w:ascii="Times New Roman" w:hAnsi="Times New Roman" w:eastAsia="Times New Roman" w:cs="Times New Roman"/>
          <w:b w:val="0"/>
          <w:sz w:val="24"/>
        </w:rPr>
        <w:t>This Employment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entered into this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between [name of employer] ("</w:t>
      </w:r>
      <w:r>
        <w:rPr>
          <w:rFonts w:ascii="Times New Roman" w:hAnsi="Times New Roman" w:eastAsia="Times New Roman" w:cs="Times New Roman"/>
          <w:b/>
          <w:sz w:val="24"/>
        </w:rPr>
        <w:t>Employer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[state] corporation, sole proprietorship, etc.)], located at [address], and [name of employee] ("</w:t>
      </w:r>
      <w:r>
        <w:rPr>
          <w:rFonts w:ascii="Times New Roman" w:hAnsi="Times New Roman" w:eastAsia="Times New Roman" w:cs="Times New Roman"/>
          <w:b/>
          <w:sz w:val="24"/>
        </w:rPr>
        <w:t>Employee</w:t>
      </w:r>
      <w:r>
        <w:rPr>
          <w:rFonts w:ascii="Times New Roman" w:hAnsi="Times New Roman" w:eastAsia="Times New Roman" w:cs="Times New Roman"/>
          <w:b w:val="0"/>
          <w:sz w:val="24"/>
        </w:rPr>
        <w:t xml:space="preserv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at [address]; Employer and Employee are collectively the “Parties”.</w:t>
      </w:r>
    </w:p>
    <w:p>
      <w:pPr>
        <w:keepNext w:val="0"/>
        <w:spacing w:before="200" w:after="0" w:line="260" w:lineRule="exact"/>
        <w:ind w:left="720" w:right="0" w:firstLine="0"/>
        <w:jc w:val="both"/>
      </w:pPr>
      <w:r>
        <w:rPr>
          <w:rFonts w:ascii="Times New Roman" w:hAnsi="Times New Roman" w:eastAsia="Times New Roman" w:cs="Times New Roman"/>
          <w:b w:val="0"/>
          <w:sz w:val="24"/>
        </w:rPr>
        <w:t>In consideration of the mutual promises made herein,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EMPLOYMENT.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Specified Term</w:t>
      </w:r>
    </w:p>
    <w:p>
      <w:pPr>
        <w:keepNext w:val="0"/>
        <w:spacing w:before="120" w:after="0" w:line="260" w:lineRule="exact"/>
        <w:ind w:left="180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The Employer employs Employee, and Employee accepts employment with Employer,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[any period more than one month and less than seven years] beginning on [date].</w:t>
      </w:r>
    </w:p>
    <w:p>
      <w:pPr>
        <w:keepNext w:val="0"/>
        <w:spacing w:before="200" w:after="0" w:line="260" w:lineRule="exact"/>
        <w:ind w:left="1440" w:right="0" w:firstLine="0"/>
        <w:jc w:val="both"/>
      </w:pPr>
      <w:r>
        <w:rPr>
          <w:rFonts w:ascii="Times New Roman" w:hAnsi="Times New Roman" w:eastAsia="Times New Roman" w:cs="Times New Roman"/>
          <w:b w:val="0"/>
          <w:sz w:val="24"/>
        </w:rPr>
        <w:t>Earlier Termination</w:t>
      </w:r>
    </w:p>
    <w:p>
      <w:pPr>
        <w:keepNext w:val="0"/>
        <w:spacing w:before="120" w:after="0" w:line="260" w:lineRule="exact"/>
        <w:ind w:left="180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This Agreement may be terminated earlier as hereinafter provided.</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AND OBLIGATIONS OF EMPLOYEE.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Title and Description of Duties</w:t>
      </w:r>
    </w:p>
    <w:p>
      <w:pPr>
        <w:keepNext w:val="0"/>
        <w:spacing w:before="120" w:after="0" w:line="260" w:lineRule="exact"/>
        <w:ind w:left="180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Employee shall serve as [set forth title, e.g., Vice President for Sales or Secretary-Treasurer] of Employer. In that capacity, Employee shall do and perform all services, acts, or things necessary or advisable to fulfill the duties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[specify job or occupation, e.g., secretary and treasurer]. However, Employee shall at all times be subject to the direction of the President, and to the policies established by the Board of Directors, of Employer.</w:t>
      </w:r>
    </w:p>
    <w:p>
      <w:pPr>
        <w:keepNext w:val="0"/>
        <w:spacing w:before="200" w:after="0" w:line="260" w:lineRule="exact"/>
        <w:ind w:left="1440" w:right="0" w:firstLine="0"/>
        <w:jc w:val="both"/>
      </w:pPr>
      <w:r>
        <w:rPr>
          <w:rFonts w:ascii="Times New Roman" w:hAnsi="Times New Roman" w:eastAsia="Times New Roman" w:cs="Times New Roman"/>
          <w:b w:val="0"/>
          <w:sz w:val="24"/>
        </w:rPr>
        <w:t>Loyal and Conscientious Performance of Duties</w:t>
      </w:r>
    </w:p>
    <w:p>
      <w:pPr>
        <w:keepNext w:val="0"/>
        <w:spacing w:before="120" w:after="0" w:line="260" w:lineRule="exact"/>
        <w:ind w:left="180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Employee agrees that to the best of [his/her] ability and experience [he/she] will at all times loyally and conscientiously perform all of the duties and obligations required of [him/her] either expressly or implicitly by the terms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Devotion of Entire Time to Employer's Business</w:t>
      </w:r>
    </w:p>
    <w:p>
      <w:pPr>
        <w:keepNext w:val="0"/>
        <w:spacing w:before="120" w:after="0" w:line="260" w:lineRule="exact"/>
        <w:ind w:left="180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Employee shall devote [his/her] entire productive time, ability, and attention to the business of Employer during the term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During the term of this Agreement, Employee shall not engage in any other business duties or pursuits whatsoever. Furthermore, during the term of this Agreement, Employee shall not, whether directly or indirectly, render any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or professional nature to any other person or organization, whether for compensation or otherwise, without the prior written consent of Employer's President. [However, the expenditure of reasonable amounts of time for [describe permissible outside activities, e.g., educational, charitable, or professional activities)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section if those activities do not materially interfere with the services required under this Agreement [and shall not require the prior written consent of Employer's President].]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This Agreement shall not be interpreted to prohibit Employee from making passive personal investments or conducting private business affairs if those activities do not materially interfere with the services required under this Agreement. However, Employee shall not, directly or indirectly, acquire, hold, or retain any interest in any business competing with or similar in nature to the business of Employer.</w:t>
      </w:r>
    </w:p>
    <w:p>
      <w:pPr>
        <w:keepNext w:val="0"/>
        <w:spacing w:before="200" w:after="0" w:line="260" w:lineRule="exact"/>
        <w:ind w:left="1440" w:right="0" w:firstLine="0"/>
        <w:jc w:val="both"/>
      </w:pPr>
      <w:r>
        <w:rPr>
          <w:rFonts w:ascii="Times New Roman" w:hAnsi="Times New Roman" w:eastAsia="Times New Roman" w:cs="Times New Roman"/>
          <w:b w:val="0"/>
          <w:sz w:val="24"/>
        </w:rPr>
        <w:t>Competitive Activities</w:t>
      </w:r>
    </w:p>
    <w:p>
      <w:pPr>
        <w:keepNext w:val="0"/>
        <w:spacing w:before="120" w:after="0" w:line="260" w:lineRule="exact"/>
        <w:ind w:left="180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During the term of this contract Employee shall not, directly or indirectly, either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employer, consultant, agent, principal, partner, stockholder, corporate officer, director, or in any other individual or representative capacity, engage or participate in any business that is in competition in any manner whatsoever with the business of Employer.</w:t>
      </w:r>
    </w:p>
    <w:p>
      <w:pPr>
        <w:keepNext w:val="0"/>
        <w:spacing w:before="200" w:after="0" w:line="260" w:lineRule="exact"/>
        <w:ind w:left="1440" w:right="0" w:firstLine="0"/>
        <w:jc w:val="both"/>
      </w:pPr>
      <w:r>
        <w:rPr>
          <w:rFonts w:ascii="Times New Roman" w:hAnsi="Times New Roman" w:eastAsia="Times New Roman" w:cs="Times New Roman"/>
          <w:b w:val="0"/>
          <w:sz w:val="24"/>
        </w:rPr>
        <w:t>Uniqueness of Employee's Services</w:t>
      </w:r>
    </w:p>
    <w:p>
      <w:pPr>
        <w:keepNext w:val="0"/>
        <w:spacing w:before="120" w:after="0" w:line="260" w:lineRule="exact"/>
        <w:ind w:left="180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Employee represents and agrees that the services to be performed under the terms of this Agreement 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unique, unusual, extraordinary, and intellectual character that gives them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peculiar value, the loss of which cannot be reasonably or adequately compensated in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at law. Employee therefore expressly agrees that Employer, in addition to any other rights or remedies that Employer may possess, shall be entitled to seek injunctive and other equitable relief to prevent or remedy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Employee.</w:t>
      </w:r>
    </w:p>
    <w:p>
      <w:pPr>
        <w:keepNext w:val="0"/>
        <w:spacing w:before="200" w:after="0" w:line="260" w:lineRule="exact"/>
        <w:ind w:left="1440" w:right="0" w:firstLine="0"/>
        <w:jc w:val="both"/>
      </w:pPr>
      <w:r>
        <w:rPr>
          <w:rFonts w:ascii="Times New Roman" w:hAnsi="Times New Roman" w:eastAsia="Times New Roman" w:cs="Times New Roman"/>
          <w:b w:val="0"/>
          <w:sz w:val="24"/>
        </w:rPr>
        <w:t>Indemnification for Negligence or Misconduct</w:t>
      </w:r>
    </w:p>
    <w:p>
      <w:pPr>
        <w:keepNext w:val="0"/>
        <w:spacing w:before="120" w:after="0" w:line="260" w:lineRule="exact"/>
        <w:ind w:left="180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Employee shall indemnify and hold Employer harmless from all liability for loss, damage, or injury to persons or property resulting from the negligence or misconduct of Employee.</w:t>
      </w:r>
    </w:p>
    <w:p>
      <w:pPr>
        <w:keepNext w:val="0"/>
        <w:spacing w:before="200" w:after="0" w:line="260" w:lineRule="exact"/>
        <w:ind w:left="1440" w:right="0" w:firstLine="0"/>
        <w:jc w:val="both"/>
      </w:pPr>
      <w:r>
        <w:rPr>
          <w:rFonts w:ascii="Times New Roman" w:hAnsi="Times New Roman" w:eastAsia="Times New Roman" w:cs="Times New Roman"/>
          <w:b w:val="0"/>
          <w:sz w:val="24"/>
        </w:rPr>
        <w:t>Trade Secrets</w:t>
      </w:r>
    </w:p>
    <w:p>
      <w:pPr>
        <w:keepNext w:val="0"/>
        <w:spacing w:before="120" w:after="0" w:line="260" w:lineRule="exact"/>
        <w:ind w:left="180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Parties acknowledge and agree that during the term of this Agreement and in the course of the discharge of [his/her] duties hereunder, Employee shall have access to and become acquainted with financial, personnel, sales, scientific, technical and other information regarding formulas, patterns, compilations, programs, devices, methods, techniques, operations, plans and processes that are owned by Employer, actually or potentially used in the operation of Employer's business, or obtained from third parties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of confidentiality, and that such information constitutes "</w:t>
      </w:r>
      <w:r>
        <w:rPr>
          <w:rFonts w:ascii="Times New Roman" w:hAnsi="Times New Roman" w:eastAsia="Times New Roman" w:cs="Times New Roman"/>
          <w:b/>
          <w:sz w:val="24"/>
        </w:rPr>
        <w:t>Employer's Trade Secrets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Employee specifically agrees that [he/she] shall not misuse, misappropriate, or disclose in writing, orally or by electronic means, any Trade Secrets, directly or indirectly, to any other person or use them in any way, either during the term of this Agreement or at any other time thereafter, except as is required in the course of [his/her] employment for Employer.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Employee acknowledges and agrees that the sale or unauthorized use or disclosure in writing, orally or by electronic means, of any of Employer's Trade Secrets obtained by Employee during the course of [his/her] employment under this Agreement, including information concerning Employer's actual or potential work, services, or products, the facts that any such work, services, or products are planned, under consideration, or in production, as well as any descriptions thereof, constitute unfair competition. Employee promises and agrees not to engage in any unfair competition with Employer, either during the term of this Agreement or at any other time thereafter.</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Employee further agrees that all files, records, documents, drawings, specifications, equipment, software, and similar items whether maintained in hard copy or on line relating to Employer's business, whether prepared by Employee or others, are and shall remain exclusively the property of Employer and that they shall be removed from the premises or, if kept on-line, from the computer systems of Employer [specify procedure, e.g., only with the express prior written consent of Employer['s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EMPLOYER.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General Description</w:t>
      </w:r>
    </w:p>
    <w:p>
      <w:pPr>
        <w:keepNext w:val="0"/>
        <w:spacing w:before="120" w:after="0" w:line="260" w:lineRule="exact"/>
        <w:ind w:left="180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Employer shall provide Employee with the compensation, incentives, benefits, and business expense reimbursement as specified in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Office and Staff</w:t>
      </w:r>
    </w:p>
    <w:p>
      <w:pPr>
        <w:keepNext w:val="0"/>
        <w:spacing w:before="120" w:after="0" w:line="260" w:lineRule="exact"/>
        <w:ind w:left="180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Employer shall provide Employee with [list specific equipment, e.g., ISDN line, laptop, cellular telephone], office space, and administrative support suitable to Employee's position and adequate for the performance of [his/her] duties.</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OF EMPLOYEE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Annual Salary</w:t>
      </w:r>
    </w:p>
    <w:p>
      <w:pPr>
        <w:keepNext w:val="0"/>
        <w:spacing w:before="120" w:after="0" w:line="260" w:lineRule="exact"/>
        <w:ind w:left="180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 compensation for the services to be rendered by Employee hereunder, Employer shall pay 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salary at the rate per annum [specified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to and made part of this Agreement]/[of $(amount)], payable in equal semi-monthly installments of $[amount] on the 15th and final days of each month during the period of employment, prorated for any partial employment period.</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Employee shall receive such annual increases in salary as may be determined by Employer's [specify person or body, e.g., president or Executive Compensation Committee or Board of Directors] in [his/her/its] sole discretion [specify when, e.g., at least annually on or about each anniversary of the execution of this Agreement]/[at the [specify which meeting of the designated body]].</w:t>
      </w:r>
    </w:p>
    <w:p>
      <w:pPr>
        <w:keepNext w:val="0"/>
        <w:spacing w:before="200" w:after="0" w:line="260" w:lineRule="exact"/>
        <w:ind w:left="1440" w:right="0" w:firstLine="0"/>
        <w:jc w:val="both"/>
      </w:pPr>
      <w:r>
        <w:rPr>
          <w:rFonts w:ascii="Times New Roman" w:hAnsi="Times New Roman" w:eastAsia="Times New Roman" w:cs="Times New Roman"/>
          <w:b w:val="0"/>
          <w:sz w:val="24"/>
        </w:rPr>
        <w:t>Deferred Compensation</w:t>
      </w:r>
    </w:p>
    <w:p>
      <w:pPr>
        <w:keepNext w:val="0"/>
        <w:spacing w:before="120" w:after="0" w:line="260" w:lineRule="exact"/>
        <w:ind w:left="180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Employee fulfills all the obligations imposed on [him/her] under this Agreement, Employer agrees to pay to Employee the sum of $[amount], payable in equal monthly installments of $[amount], on the last day of each month, commencing with the first full month after [he/she] attains the age of [number]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months, until that sum has been paid in full.</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of Employee's death prior to the completion of the above payments, Employer shall continue those payments to Employee's surviving spouse, designee, or estate, until the entire sum is paid in full.</w:t>
      </w:r>
    </w:p>
    <w:p>
      <w:pPr>
        <w:keepNext w:val="0"/>
        <w:spacing w:before="200" w:after="0" w:line="260" w:lineRule="exact"/>
        <w:ind w:left="1440" w:right="0" w:firstLine="0"/>
        <w:jc w:val="both"/>
      </w:pPr>
      <w:r>
        <w:rPr>
          <w:rFonts w:ascii="Times New Roman" w:hAnsi="Times New Roman" w:eastAsia="Times New Roman" w:cs="Times New Roman"/>
          <w:b w:val="0"/>
          <w:sz w:val="24"/>
        </w:rPr>
        <w:t>Salary Continuation During Disability</w:t>
      </w:r>
    </w:p>
    <w:p>
      <w:pPr>
        <w:keepNext w:val="0"/>
        <w:spacing w:before="120" w:after="0" w:line="260" w:lineRule="exact"/>
        <w:ind w:left="180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If Employee for any reason whatsoever becomes permanently disabled so that [he/she] is unable to perform the duties prescribed herein, Employer agrees to pay Employee [specify rate or amount, e.g., 50 percent of Employee's annual salary], payable [specify manner in which payable, e.g., in the same manner as provided for the payment of salary herein], for [specify period payable, e.g., the next 10 fiscal years]/[the remainder of the employment term provided for herein].</w:t>
      </w:r>
    </w:p>
    <w:p>
      <w:pPr>
        <w:keepNext w:val="0"/>
        <w:spacing w:before="200" w:after="0" w:line="260" w:lineRule="exact"/>
        <w:ind w:left="1440" w:right="0" w:firstLine="0"/>
        <w:jc w:val="both"/>
      </w:pPr>
      <w:r>
        <w:rPr>
          <w:rFonts w:ascii="Times New Roman" w:hAnsi="Times New Roman" w:eastAsia="Times New Roman" w:cs="Times New Roman"/>
          <w:b w:val="0"/>
          <w:sz w:val="24"/>
        </w:rPr>
        <w:t>Repayment of Disallowed Salary</w:t>
      </w:r>
    </w:p>
    <w:p>
      <w:pPr>
        <w:keepNext w:val="0"/>
        <w:spacing w:before="120" w:after="0" w:line="260" w:lineRule="exact"/>
        <w:ind w:left="1800" w:right="0" w:firstLine="0"/>
        <w:jc w:val="left"/>
      </w:pPr>
      <w:r>
        <w:rPr>
          <w:rFonts w:ascii="Times New Roman" w:hAnsi="Times New Roman" w:eastAsia="Times New Roman" w:cs="Times New Roman"/>
          <w:b w:val="0"/>
          <w:sz w:val="24"/>
        </w:rPr>
        <w:t>Sectio 4.4.</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the event that any portion of the compensation paid by Employer to Employee is disallowed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tax deduction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tax return of Employer, Employee agrees to immediately repay to Employer the full amount of that portion.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INCENTIVES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Cash Bonus Based on Profitability</w:t>
      </w:r>
    </w:p>
    <w:p>
      <w:pPr>
        <w:keepNext w:val="0"/>
        <w:spacing w:before="120" w:after="0" w:line="260" w:lineRule="exact"/>
        <w:ind w:left="180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any fiscal year in which the net profits of Employer equal or exceed $[amount], Employee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of $[amount] for [his/her] services in addition to any other compensation which [he/she] is entitled to receive hereunder. This bonus shall be paid within [timing, e.g., two and one-half months] after the close of Employer's fiscal year, but only if Employee's services hereunder have not been terminated prior to the end of that fiscal year.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the purposes of this provision, the net profits of Employer are defined as [set forth definition of net profit, e.g., net income after expenses but before taxes as determined by the firm of certified public accountants retained by Employer in accordance with sound accounting principles and consistent with the prior accounting practices of Employer].</w:t>
      </w:r>
    </w:p>
    <w:p>
      <w:pPr>
        <w:keepNext w:val="0"/>
        <w:spacing w:before="200" w:after="0" w:line="260" w:lineRule="exact"/>
        <w:ind w:left="1440" w:right="0" w:firstLine="0"/>
        <w:jc w:val="both"/>
      </w:pPr>
      <w:r>
        <w:rPr>
          <w:rFonts w:ascii="Times New Roman" w:hAnsi="Times New Roman" w:eastAsia="Times New Roman" w:cs="Times New Roman"/>
          <w:b w:val="0"/>
          <w:sz w:val="24"/>
        </w:rPr>
        <w:t>Restricted Stock Bonus</w:t>
      </w:r>
    </w:p>
    <w:p>
      <w:pPr>
        <w:keepNext w:val="0"/>
        <w:spacing w:before="120" w:after="0" w:line="260" w:lineRule="exact"/>
        <w:ind w:left="180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 additional compensation, Employer agrees to transfer to Employee each year during the employment term, within [timing, e.g., two and one-half months] after the close of Employer's fiscal year, the number of shares of Employer's [type of stock, e.g., common] stock equal in value to $[specify amount equal to predetermined portion of annual salary].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the purpose of determining the number of shares to be transferred to Employee, the shares shall be valued [set forth manner of valuation, e.g., at the book value computed for outstanding shares of the same type of stock as of the close of the relevant fiscal year].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shares transferred to Employee pursuant to this section shall be subject to the restriction that they must be sold back to Employer at book value immediately if the employment term is terminated for any reason whatsoever, except the death of Employee, prior to the completion of the term of the employment specified herein.</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Annual Vacation</w:t>
      </w:r>
    </w:p>
    <w:p>
      <w:pPr>
        <w:keepNext w:val="0"/>
        <w:spacing w:before="120" w:after="0" w:line="260" w:lineRule="exact"/>
        <w:ind w:left="180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Employee shall be entitled to [specify, e.g., 30 days] vacation time each year with full pay. Employee may be absent from [his/her] employment for vacation only at such times as Employer's President shall determine from time to time. If Employee is unable for any reason to take the total amount of authorized vacation time during any year, [he/she] [may accrue that time and add it to vacation time for any following year or may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amount of annual salary attributable to that period or will not earn vacation time in any subsequent year until the earned vacation time is used].</w:t>
      </w:r>
    </w:p>
    <w:p>
      <w:pPr>
        <w:keepNext w:val="0"/>
        <w:spacing w:before="200" w:after="0" w:line="260" w:lineRule="exact"/>
        <w:ind w:left="1440" w:right="0" w:firstLine="0"/>
        <w:jc w:val="both"/>
      </w:pPr>
      <w:r>
        <w:rPr>
          <w:rFonts w:ascii="Times New Roman" w:hAnsi="Times New Roman" w:eastAsia="Times New Roman" w:cs="Times New Roman"/>
          <w:b w:val="0"/>
          <w:sz w:val="24"/>
        </w:rPr>
        <w:t>Illness</w:t>
      </w:r>
    </w:p>
    <w:p>
      <w:pPr>
        <w:keepNext w:val="0"/>
        <w:spacing w:before="120" w:after="0" w:line="260" w:lineRule="exact"/>
        <w:ind w:left="180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On completion of [specify time period, e.g., three months or one year] in the service of Employer, Employee shall be entitled to [specify number] days per year as sick leave with full pay. [Sick leave may be accumulated up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(number) days].</w:t>
      </w:r>
    </w:p>
    <w:p>
      <w:pPr>
        <w:keepNext w:val="0"/>
        <w:spacing w:before="200" w:after="0" w:line="260" w:lineRule="exact"/>
        <w:ind w:left="1440" w:right="0" w:firstLine="0"/>
        <w:jc w:val="both"/>
      </w:pPr>
      <w:r>
        <w:rPr>
          <w:rFonts w:ascii="Times New Roman" w:hAnsi="Times New Roman" w:eastAsia="Times New Roman" w:cs="Times New Roman"/>
          <w:b w:val="0"/>
          <w:sz w:val="24"/>
        </w:rPr>
        <w:t>Death Benefits</w:t>
      </w:r>
    </w:p>
    <w:p>
      <w:pPr>
        <w:keepNext w:val="0"/>
        <w:spacing w:before="120" w:after="0" w:line="260" w:lineRule="exact"/>
        <w:ind w:left="180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If Employee should die during the term of [his/her] employment hereunder, Employer agrees to pay [his/her] surviving spouse, designee, or estate the sum of $[amount] at the time of [his/her] death. [If Employee remains in the employ of Employer until age [e.g., 65], or earlier retirement with the mutual written consent of both Parties, Employer agrees to pay to [his/her] surviving spouse, designee, or estate the sum of $[amount] at the time of [his/ her] death.]</w:t>
      </w:r>
    </w:p>
    <w:p>
      <w:pPr>
        <w:keepNext w:val="0"/>
        <w:spacing w:before="200" w:after="0" w:line="260" w:lineRule="exact"/>
        <w:ind w:left="1440" w:right="0" w:firstLine="0"/>
        <w:jc w:val="both"/>
      </w:pPr>
      <w:r>
        <w:rPr>
          <w:rFonts w:ascii="Times New Roman" w:hAnsi="Times New Roman" w:eastAsia="Times New Roman" w:cs="Times New Roman"/>
          <w:b w:val="0"/>
          <w:sz w:val="24"/>
        </w:rPr>
        <w:t>Use of Employer-Supplied Automobile</w:t>
      </w:r>
    </w:p>
    <w:p>
      <w:pPr>
        <w:keepNext w:val="0"/>
        <w:spacing w:before="120" w:after="0" w:line="260" w:lineRule="exact"/>
        <w:ind w:left="180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During the term of employment hereunder, Employee shall be entitled to the full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[specify make] or comparable automobile of [his/her] own choice in the price range of $[amount] to $[amount].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Every [specify, e.g., two] years, on return to Employer of Employer's automobile then being used by Employee, Employee shall be entitled to the full use of new automobile in the same price range.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Employer also agrees to pay all operating expenses of any nature whatsoever with regard to the aforementioned automobile, and to procure and maintain in force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automobile liability insurance policy on the automobile, with coverage including Employee, in the minimum amounts of $[amount] for bodily injury or death to one person in any one accident, and $[amount] for property damage in any one accident.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Employee is prohibited by order of any court from holding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driver's license, Employee will no longer be entitled to this benefit.</w:t>
      </w:r>
    </w:p>
    <w:p>
      <w:pPr>
        <w:keepNext w:val="0"/>
        <w:spacing w:before="200" w:after="0" w:line="260" w:lineRule="exact"/>
        <w:ind w:left="1440" w:right="0" w:firstLine="0"/>
        <w:jc w:val="both"/>
      </w:pPr>
      <w:r>
        <w:rPr>
          <w:rFonts w:ascii="Times New Roman" w:hAnsi="Times New Roman" w:eastAsia="Times New Roman" w:cs="Times New Roman"/>
          <w:b w:val="0"/>
          <w:sz w:val="24"/>
        </w:rPr>
        <w:t>Group Life Insurance</w:t>
      </w:r>
    </w:p>
    <w:p>
      <w:pPr>
        <w:keepNext w:val="0"/>
        <w:spacing w:before="120" w:after="0" w:line="260" w:lineRule="exact"/>
        <w:ind w:left="180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Employer agrees to include Employee under Employer's group term life insurance coverage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[$(amount) or (number) percent of Employee's gross annual salary].</w:t>
      </w:r>
    </w:p>
    <w:p>
      <w:pPr>
        <w:keepNext w:val="0"/>
        <w:spacing w:before="200" w:after="0" w:line="260" w:lineRule="exact"/>
        <w:ind w:left="1440" w:right="0" w:firstLine="0"/>
        <w:jc w:val="both"/>
      </w:pPr>
      <w:r>
        <w:rPr>
          <w:rFonts w:ascii="Times New Roman" w:hAnsi="Times New Roman" w:eastAsia="Times New Roman" w:cs="Times New Roman"/>
          <w:b w:val="0"/>
          <w:sz w:val="24"/>
        </w:rPr>
        <w:t>Group Medical Insurance</w:t>
      </w:r>
    </w:p>
    <w:p>
      <w:pPr>
        <w:keepNext w:val="0"/>
        <w:spacing w:before="120" w:after="0" w:line="260" w:lineRule="exact"/>
        <w:ind w:left="1800" w:right="0" w:firstLine="0"/>
        <w:jc w:val="left"/>
      </w:pPr>
      <w:r>
        <w:rPr>
          <w:rFonts w:ascii="Times New Roman" w:hAnsi="Times New Roman" w:eastAsia="Times New Roman" w:cs="Times New Roman"/>
          <w:b w:val="0"/>
          <w:sz w:val="24"/>
        </w:rPr>
        <w:t>Section 6.6.</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Employer agrees to include Employee under Employer's group medical insurance coverage.</w:t>
      </w:r>
    </w:p>
    <w:p>
      <w:pPr>
        <w:keepNext w:val="0"/>
        <w:spacing w:before="200" w:after="0" w:line="260" w:lineRule="exact"/>
        <w:ind w:left="1440" w:right="0" w:firstLine="0"/>
        <w:jc w:val="both"/>
      </w:pPr>
      <w:r>
        <w:rPr>
          <w:rFonts w:ascii="Times New Roman" w:hAnsi="Times New Roman" w:eastAsia="Times New Roman" w:cs="Times New Roman"/>
          <w:b w:val="0"/>
          <w:sz w:val="24"/>
        </w:rPr>
        <w:t>Dental Coverage</w:t>
      </w:r>
    </w:p>
    <w:p>
      <w:pPr>
        <w:keepNext w:val="0"/>
        <w:spacing w:before="120" w:after="0" w:line="260" w:lineRule="exact"/>
        <w:ind w:left="1800" w:right="0" w:firstLine="0"/>
        <w:jc w:val="left"/>
      </w:pPr>
      <w:r>
        <w:rPr>
          <w:rFonts w:ascii="Times New Roman" w:hAnsi="Times New Roman" w:eastAsia="Times New Roman" w:cs="Times New Roman"/>
          <w:b w:val="0"/>
          <w:sz w:val="24"/>
        </w:rPr>
        <w:t>Section 6.7.</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Employer agrees to provide Employee with dental coverage during the employment term by obtaining dental insurance covering Employee or by directly paying [all or [percentage] percent of the] dental costs incurred by Employee.</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EXPENSES.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Business Expenses</w:t>
      </w:r>
    </w:p>
    <w:p>
      <w:pPr>
        <w:keepNext w:val="0"/>
        <w:spacing w:before="120" w:after="0" w:line="260" w:lineRule="exact"/>
        <w:ind w:left="180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Employer shall promptly reimburse Employee for all reasonable business expenses incurred by Employee in promoting the business of Employer, including expenditures for [entertainment, gifts, and travel].</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such expenditure shall be reimbursable only if it 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nature qualifying 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deduction on the federal and state income tax return of Employer.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such expenditure shall be reimbursable only if Employee furnishes to Employer adequate records and other documentary evidence required by federal and state statutes and regulations issued by the appropriate taxing authorities for the substantiation of that expenditure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tax deduction or as may be required by Employer.</w:t>
      </w:r>
    </w:p>
    <w:p>
      <w:pPr>
        <w:keepNext w:val="0"/>
        <w:spacing w:before="200" w:after="0" w:line="260" w:lineRule="exact"/>
        <w:ind w:left="1440" w:right="0" w:firstLine="0"/>
        <w:jc w:val="both"/>
      </w:pPr>
      <w:r>
        <w:rPr>
          <w:rFonts w:ascii="Times New Roman" w:hAnsi="Times New Roman" w:eastAsia="Times New Roman" w:cs="Times New Roman"/>
          <w:b w:val="0"/>
          <w:sz w:val="24"/>
        </w:rPr>
        <w:t>Repayment by Employee of Disallowed Business Expenses</w:t>
      </w:r>
    </w:p>
    <w:p>
      <w:pPr>
        <w:keepNext w:val="0"/>
        <w:spacing w:before="120" w:after="0" w:line="260" w:lineRule="exact"/>
        <w:ind w:left="180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the event that any expenses paid for Employee or any reimbursement of expenses paid to Employee shall, on audit or other examination of Employer's income tax returns, be determined not to be allowable deductions from Employer's gross income, and in the further event that any such determination is acceded to by the Employer or made final by the appropriate federal or state taxing authority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and no appeal is taken from the judgment or the applicable period for filing notice of appeal has expired, Employee shall repay to Employer the amount of the disallowed expenses.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Termination for Cause</w:t>
      </w:r>
    </w:p>
    <w:p>
      <w:pPr>
        <w:keepNext w:val="0"/>
        <w:spacing w:before="120" w:after="0" w:line="260" w:lineRule="exact"/>
        <w:ind w:left="180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Employer reserves the right to terminate this Agreement if Employee (1) willfully breaches or habitually neglects the duties which [he/she] is required to perform under the terms of this Agreement, or (2) commits acts of dishonesty, fraud, misrepresentation, or other acts of moral turpitude, that would prevent the effective performance of [his/her] duties.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Employer may at its option terminate this Agreement for the reasons stated in this section by giving [written] notice of termination to Employee without prejudice to any other remedy to which Employer may be entitled either at law, in equity, or under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Termination under this section shall be considered "for cause" for the purposes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Termination Without Cause</w:t>
      </w:r>
    </w:p>
    <w:p>
      <w:pPr>
        <w:keepNext w:val="0"/>
        <w:spacing w:before="120" w:after="0" w:line="260" w:lineRule="exact"/>
        <w:ind w:left="180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This Agreement shall be terminated upon the death of Employee.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Employer reserves the right to terminate this Agreement [within]/[not less than [_] months after] Employee suffers any physical or mental disability that would prevent the performance of [his/her] essential job duties under this Agreement, unless reasonable accommodation can be made to allow Employee to continue working.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shall be effected by giving [specify period, e.g., 10 days'] written notice of termination to Employee.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Termination under this section shall not be considered "for cause" for the purposes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Effect of Merger, Transfer of Assets, or Dissolution</w:t>
      </w:r>
    </w:p>
    <w:p>
      <w:pPr>
        <w:keepNext w:val="0"/>
        <w:spacing w:before="120" w:after="0" w:line="260" w:lineRule="exact"/>
        <w:ind w:left="180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This Agreement [shall or shall not] be terminated by any voluntary or involuntary dissolution of Employer resulting from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consolidation in which Employer is not the consolidated or surviving corporation,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substantially all of the assets of Employer.</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EITHER, if agreement will not be terminated under preceding circumstances: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of any such merger or consolidation or transfer of assets, Employer's rights, benefits, and obligations hereunder [shall or may] be assigned to the surviving or resulting corporation or the transferee of Employer's assets.</w:t>
      </w:r>
    </w:p>
    <w:p>
      <w:pPr>
        <w:keepNext w:val="0"/>
        <w:spacing w:before="200" w:after="0" w:line="260" w:lineRule="exact"/>
        <w:ind w:left="1440" w:right="0" w:firstLine="0"/>
        <w:jc w:val="both"/>
      </w:pPr>
      <w:r>
        <w:rPr>
          <w:rFonts w:ascii="Times New Roman" w:hAnsi="Times New Roman" w:eastAsia="Times New Roman" w:cs="Times New Roman"/>
          <w:b w:val="0"/>
          <w:sz w:val="24"/>
        </w:rPr>
        <w:t>Termination by Employee</w:t>
      </w:r>
    </w:p>
    <w:p>
      <w:pPr>
        <w:keepNext w:val="0"/>
        <w:spacing w:before="120" w:after="0" w:line="260" w:lineRule="exact"/>
        <w:ind w:left="1800" w:right="0" w:firstLine="0"/>
        <w:jc w:val="left"/>
      </w:pPr>
      <w:r>
        <w:rPr>
          <w:rFonts w:ascii="Times New Roman" w:hAnsi="Times New Roman" w:eastAsia="Times New Roman" w:cs="Times New Roman"/>
          <w:b w:val="0"/>
          <w:sz w:val="24"/>
        </w:rPr>
        <w:t>Section 8.4.</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Employee may terminate [his or her] obligations under this Agreement by giving Employer at least [number, e.g., 30] days’ notice in advance or tendering to Employer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amount aggregating [number] months of [his/her] annual salary.</w:t>
      </w:r>
    </w:p>
    <w:p>
      <w:pPr>
        <w:keepNext w:val="0"/>
        <w:spacing w:before="200" w:after="0" w:line="260" w:lineRule="exact"/>
        <w:ind w:left="1440" w:right="0" w:firstLine="0"/>
        <w:jc w:val="both"/>
      </w:pPr>
      <w:r>
        <w:rPr>
          <w:rFonts w:ascii="Times New Roman" w:hAnsi="Times New Roman" w:eastAsia="Times New Roman" w:cs="Times New Roman"/>
          <w:b w:val="0"/>
          <w:sz w:val="24"/>
        </w:rPr>
        <w:t>Effect on Compensation</w:t>
      </w:r>
    </w:p>
    <w:p>
      <w:pPr>
        <w:keepNext w:val="0"/>
        <w:spacing w:before="120" w:after="0" w:line="260" w:lineRule="exact"/>
        <w:ind w:left="1800" w:right="0" w:firstLine="0"/>
        <w:jc w:val="left"/>
      </w:pPr>
      <w:r>
        <w:rPr>
          <w:rFonts w:ascii="Times New Roman" w:hAnsi="Times New Roman" w:eastAsia="Times New Roman" w:cs="Times New Roman"/>
          <w:b w:val="0"/>
          <w:sz w:val="24"/>
        </w:rPr>
        <w:t>Section 8.5.</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In the event that this Agreement is terminated prior to the completion of the term of employment specified herein, Employee shall be entitled to the compensation earned by and vested in [him/her] prior to the date of termination as provided for in this Agreement, computed pro rata up to and including that date. Employee shall be entitled to no further compensation as of the date of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AND NON-SOLICITATION.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9.1.</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 agrees that during [his/her] employment by the Employer and the [one (1)] year period commencing upon termination of [his/her] employment (the “Restriction Period”) Employee will not, directly or indirectly: (i) own, manage, operate, control or participate in the ownership, management, operation of, or be connected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partner, director or otherwise, or have any financial interest in any [description of applicable restricted business or industry] or other business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to the Employer and its subsidiaries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(b) during Employee’s employment hereunder is in competition with the business conducted by the Employer and any of its subsidiaries in any geographic region where such business is being conducted during such Restriction Period; provided that ownership, for personal investment purposes only, of no more than [percentage, e.g. five (5)] percent of the voting stock of any publicly held corporation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section; or (ii) solicit the customer s of the Employer and its subsidiaries for business on behalf of any entity or person other than the Employer and its subsidiaries.</w:t>
      </w:r>
    </w:p>
    <w:p>
      <w:pPr>
        <w:keepNext w:val="0"/>
        <w:spacing w:before="120" w:after="0" w:line="260" w:lineRule="exact"/>
        <w:ind w:left="1440" w:right="0" w:firstLine="0"/>
        <w:jc w:val="left"/>
      </w:pPr>
      <w:r>
        <w:rPr>
          <w:rFonts w:ascii="Times New Roman" w:hAnsi="Times New Roman" w:eastAsia="Times New Roman" w:cs="Times New Roman"/>
          <w:b w:val="0"/>
          <w:sz w:val="24"/>
        </w:rPr>
        <w:t>Section 9.2.</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During the Restriction Period, Employee will not, directly or indirectly, solicit for employment by any person or entity other than the Employer and its subsidiaries, any person then employed by the Employer and its subsidiaries.</w:t>
      </w:r>
    </w:p>
    <w:p>
      <w:pPr>
        <w:keepNext w:val="0"/>
        <w:spacing w:before="120" w:after="0" w:line="260" w:lineRule="exact"/>
        <w:ind w:left="1440" w:right="0" w:firstLine="0"/>
        <w:jc w:val="left"/>
      </w:pPr>
      <w:r>
        <w:rPr>
          <w:rFonts w:ascii="Times New Roman" w:hAnsi="Times New Roman" w:eastAsia="Times New Roman" w:cs="Times New Roman"/>
          <w:b w:val="0"/>
          <w:sz w:val="24"/>
        </w:rPr>
        <w:t>Section 9.3.</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Employee agrees that during the term of this Agreement [he/she] will not take any action which might divert from the Employer or any of its subsidiaries any opportunity which would be within the scope of any of the present businesses of Employer or any business proposed or contemplated to be engaged in by Employer during the term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OF EMPLOYEE.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10.1.</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Employee represents and warrants that Employee’s employment with Employer and performance under this Agreement will not violate or breach any duty or obligation owed by Employee to any other person or company under contract, agreement or by operation of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Notices</w:t>
      </w:r>
    </w:p>
    <w:p>
      <w:pPr>
        <w:keepNext w:val="0"/>
        <w:spacing w:before="120" w:after="0" w:line="260" w:lineRule="exact"/>
        <w:ind w:left="1800" w:right="0" w:firstLine="0"/>
        <w:jc w:val="left"/>
      </w:pPr>
      <w:r>
        <w:rPr>
          <w:rFonts w:ascii="Times New Roman" w:hAnsi="Times New Roman" w:eastAsia="Times New Roman" w:cs="Times New Roman"/>
          <w:b w:val="0"/>
          <w:sz w:val="24"/>
        </w:rPr>
        <w:t>Section 11.1.</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Any notices required to be given under this Agreement by either party to the other shall be in writing and shall be transmitted either by (i) registered mail, (ii) certified mail, return receipt requested, or (iii) overnight mail, addressed to the party to be notified at the following address or to such other address (or person) as such party shall specify by like notice hereunder:</w:t>
      </w:r>
    </w:p>
    <w:p>
      <w:pPr>
        <w:keepNext w:val="0"/>
        <w:spacing w:before="200" w:after="0" w:line="260" w:lineRule="exact"/>
        <w:ind w:left="1440" w:right="0" w:firstLine="0"/>
        <w:jc w:val="both"/>
      </w:pPr>
      <w:r>
        <w:rPr>
          <w:rFonts w:ascii="Times New Roman" w:hAnsi="Times New Roman" w:eastAsia="Times New Roman" w:cs="Times New Roman"/>
          <w:b w:val="0"/>
          <w:sz w:val="24"/>
        </w:rPr>
        <w:t>Arbitration</w:t>
      </w:r>
    </w:p>
    <w:p>
      <w:pPr>
        <w:keepNext w:val="0"/>
        <w:spacing w:before="120" w:after="0" w:line="260" w:lineRule="exact"/>
        <w:ind w:left="1800" w:right="0" w:firstLine="0"/>
        <w:jc w:val="left"/>
      </w:pPr>
      <w:r>
        <w:rPr>
          <w:rFonts w:ascii="Times New Roman" w:hAnsi="Times New Roman" w:eastAsia="Times New Roman" w:cs="Times New Roman"/>
          <w:b w:val="0"/>
          <w:sz w:val="24"/>
        </w:rPr>
        <w:t>Section 11.2.</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dispute, controversy or claim between the Parties arising out of or related in any way to this Agreement which cannot be amicably resolved by the Parties shall be solely and finally settled by arbitration administered by the [American Arbitration Association] in accordance with its commercial arbitration rules. Judgment on the award rendered by the arbitrator(s) may be entered in any court having jurisdiction thereof. The arbitration shall take place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panel of [three (3)] arbitrators sitting in [state, (specify county)]. The language of the arbitration shall be English. The arbitrators will be bound to adjudicate all disputes in accordance with the laws of the State of [state]. The decision of the arbitrators shall be in writing with written findings of fact and shall be final and binding on the Parties. Each party shall bear its own costs relating to the arbitration proceedings irrespective of its outcome. This section provides the sole recourse for the settlement of any disputes arising out of, in connection with, or related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Attorneys' Fees and Costs</w:t>
      </w:r>
    </w:p>
    <w:p>
      <w:pPr>
        <w:keepNext w:val="0"/>
        <w:spacing w:before="120" w:after="0" w:line="260" w:lineRule="exact"/>
        <w:ind w:left="1800" w:right="0" w:firstLine="0"/>
        <w:jc w:val="left"/>
      </w:pPr>
      <w:r>
        <w:rPr>
          <w:rFonts w:ascii="Times New Roman" w:hAnsi="Times New Roman" w:eastAsia="Times New Roman" w:cs="Times New Roman"/>
          <w:b w:val="0"/>
          <w:sz w:val="24"/>
        </w:rPr>
        <w:t>Section 11.3.</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If either party incurs any legal fees associated with the enforcement of this Agreement or any rights under this Agreement, the prevailing party shall be entitled to recover its reasonable attorney’s fees and any court, arbitration, mediation, or other litigation expenses from the other party.</w:t>
      </w:r>
    </w:p>
    <w:p>
      <w:pPr>
        <w:keepNext w:val="0"/>
        <w:spacing w:before="200" w:after="0" w:line="260" w:lineRule="exact"/>
        <w:ind w:left="1440" w:right="0" w:firstLine="0"/>
        <w:jc w:val="both"/>
      </w:pPr>
      <w:r>
        <w:rPr>
          <w:rFonts w:ascii="Times New Roman" w:hAnsi="Times New Roman" w:eastAsia="Times New Roman" w:cs="Times New Roman"/>
          <w:b w:val="0"/>
          <w:sz w:val="24"/>
        </w:rPr>
        <w:t>Entire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11.4.</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supersedes any and all other agreements, either oral or in writing, between the Parties hereto with respect to the employment of Employee by Employer, and contains all of the covenants and agreements between the Parties with respect to that employment in any manner whatsoever. Each party to this Agreement acknowledges that no representations, inducements, promises, or agreements, orally or otherwise, have been made by any party, or anyone acting on behalf of any party, which are not embodied herein, and that no other agreement, statement, or promise not contained in this Agreement shall be valid or binding.</w:t>
      </w:r>
    </w:p>
    <w:p>
      <w:pPr>
        <w:keepNext w:val="0"/>
        <w:spacing w:before="200" w:after="0" w:line="260" w:lineRule="exact"/>
        <w:ind w:left="1440" w:right="0" w:firstLine="0"/>
        <w:jc w:val="both"/>
      </w:pPr>
      <w:r>
        <w:rPr>
          <w:rFonts w:ascii="Times New Roman" w:hAnsi="Times New Roman" w:eastAsia="Times New Roman" w:cs="Times New Roman"/>
          <w:b w:val="0"/>
          <w:sz w:val="24"/>
        </w:rPr>
        <w:t>Modifications</w:t>
      </w:r>
    </w:p>
    <w:p>
      <w:pPr>
        <w:keepNext w:val="0"/>
        <w:spacing w:before="120" w:after="0" w:line="260" w:lineRule="exact"/>
        <w:ind w:left="1800" w:right="0" w:firstLine="0"/>
        <w:jc w:val="left"/>
      </w:pPr>
      <w:r>
        <w:rPr>
          <w:rFonts w:ascii="Times New Roman" w:hAnsi="Times New Roman" w:eastAsia="Times New Roman" w:cs="Times New Roman"/>
          <w:b w:val="0"/>
          <w:sz w:val="24"/>
        </w:rPr>
        <w:t>Section 11.5.</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modification of this agreement will be effective only if it is in writing signed by Employee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Employer.</w:t>
      </w:r>
    </w:p>
    <w:p>
      <w:pPr>
        <w:keepNext w:val="0"/>
        <w:spacing w:before="200" w:after="0" w:line="260" w:lineRule="exact"/>
        <w:ind w:left="1440" w:right="0" w:firstLine="0"/>
        <w:jc w:val="both"/>
      </w:pPr>
      <w:r>
        <w:rPr>
          <w:rFonts w:ascii="Times New Roman" w:hAnsi="Times New Roman" w:eastAsia="Times New Roman" w:cs="Times New Roman"/>
          <w:b w:val="0"/>
          <w:sz w:val="24"/>
        </w:rPr>
        <w:t>Waiver</w:t>
      </w:r>
    </w:p>
    <w:p>
      <w:pPr>
        <w:keepNext w:val="0"/>
        <w:spacing w:before="120" w:after="0" w:line="260" w:lineRule="exact"/>
        <w:ind w:left="1800" w:right="0" w:firstLine="0"/>
        <w:jc w:val="left"/>
      </w:pPr>
      <w:r>
        <w:rPr>
          <w:rFonts w:ascii="Times New Roman" w:hAnsi="Times New Roman" w:eastAsia="Times New Roman" w:cs="Times New Roman"/>
          <w:b w:val="0"/>
          <w:sz w:val="24"/>
        </w:rPr>
        <w:t>Section 11.6.</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failure of either party to insist on strict compliance with any of the terms, covenants, or conditions of this Agreement by the other party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that term, covenant, or condition, nor shall any waiver or relinquishment of any right or power at any one time or times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relinquishment of that right or power for all or any other times.</w:t>
      </w:r>
    </w:p>
    <w:p>
      <w:pPr>
        <w:keepNext w:val="0"/>
        <w:spacing w:before="200" w:after="0" w:line="260" w:lineRule="exact"/>
        <w:ind w:left="1440" w:right="0" w:firstLine="0"/>
        <w:jc w:val="both"/>
      </w:pPr>
      <w:r>
        <w:rPr>
          <w:rFonts w:ascii="Times New Roman" w:hAnsi="Times New Roman" w:eastAsia="Times New Roman" w:cs="Times New Roman"/>
          <w:b w:val="0"/>
          <w:sz w:val="24"/>
        </w:rPr>
        <w:t>Enforceability</w:t>
      </w:r>
    </w:p>
    <w:p>
      <w:pPr>
        <w:keepNext w:val="0"/>
        <w:spacing w:before="120" w:after="0" w:line="260" w:lineRule="exact"/>
        <w:ind w:left="1800" w:right="0" w:firstLine="0"/>
        <w:jc w:val="left"/>
      </w:pPr>
      <w:r>
        <w:rPr>
          <w:rFonts w:ascii="Times New Roman" w:hAnsi="Times New Roman" w:eastAsia="Times New Roman" w:cs="Times New Roman"/>
          <w:b w:val="0"/>
          <w:sz w:val="24"/>
        </w:rPr>
        <w:t>Section 11.7.</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Employer and Employee recognize that the laws and public policies of the various states of the United States may differ as to the validity and enforceability of certain of the provisions in this Agreement. It is the intention of the Parties that all provisions of this Agreement shall be enforced to the fullest extent permissible under the laws and public policies of each state and jurisdiction in which such enforcement is sought, and that the unenforceability of any provision hereof shall not render unenforceable or impair the remainder of the Agreement. Accordingly, if any provision of this Agreement shall be determined to be invalid or unenforceable, then the offending provision or part thereof shall be deleted as narrowly as possible to render the remaining balance of the Agreement enforceable and to protect to the fullest extend the Employer’s legitimate interests as expressed and intended herein.</w:t>
      </w:r>
    </w:p>
    <w:p>
      <w:pPr>
        <w:keepNext w:val="0"/>
        <w:spacing w:before="200" w:after="0" w:line="260" w:lineRule="exact"/>
        <w:ind w:left="1440" w:right="0" w:firstLine="0"/>
        <w:jc w:val="both"/>
      </w:pPr>
      <w:r>
        <w:rPr>
          <w:rFonts w:ascii="Times New Roman" w:hAnsi="Times New Roman" w:eastAsia="Times New Roman" w:cs="Times New Roman"/>
          <w:b w:val="0"/>
          <w:sz w:val="24"/>
        </w:rPr>
        <w:t>Law Governing Agreement</w:t>
      </w:r>
    </w:p>
    <w:p>
      <w:pPr>
        <w:keepNext w:val="0"/>
        <w:spacing w:before="120" w:after="0" w:line="260" w:lineRule="exact"/>
        <w:ind w:left="1800" w:right="0" w:firstLine="0"/>
        <w:jc w:val="left"/>
      </w:pPr>
      <w:r>
        <w:rPr>
          <w:rFonts w:ascii="Times New Roman" w:hAnsi="Times New Roman" w:eastAsia="Times New Roman" w:cs="Times New Roman"/>
          <w:b w:val="0"/>
          <w:sz w:val="24"/>
        </w:rPr>
        <w:t>11.8.</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shall be governed by and construed in accordance with the laws of the State of [state], without regard to its conflicts of laws principles.</w:t>
      </w:r>
    </w:p>
    <w:p>
      <w:pPr>
        <w:keepNext w:val="0"/>
        <w:spacing w:before="200" w:after="0" w:line="260" w:lineRule="exact"/>
        <w:ind w:left="1440" w:right="0" w:firstLine="0"/>
        <w:jc w:val="both"/>
      </w:pPr>
      <w:r>
        <w:rPr>
          <w:rFonts w:ascii="Times New Roman" w:hAnsi="Times New Roman" w:eastAsia="Times New Roman" w:cs="Times New Roman"/>
          <w:b w:val="0"/>
          <w:sz w:val="24"/>
        </w:rPr>
        <w:t>Employee Review</w:t>
      </w:r>
    </w:p>
    <w:p>
      <w:pPr>
        <w:keepNext w:val="0"/>
        <w:spacing w:before="120" w:after="0" w:line="260" w:lineRule="exact"/>
        <w:ind w:left="1800" w:right="0" w:firstLine="0"/>
        <w:jc w:val="left"/>
      </w:pPr>
      <w:r>
        <w:rPr>
          <w:rFonts w:ascii="Times New Roman" w:hAnsi="Times New Roman" w:eastAsia="Times New Roman" w:cs="Times New Roman"/>
          <w:b w:val="0"/>
          <w:sz w:val="24"/>
        </w:rPr>
        <w:t>Section 11.9.</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Employee understands that this Agreement creates legally binding obligations and that Employee will be subject to liability if the Employee violates any of the provisions of this Agreement. The Employee acknowledges having read this Agreement, having understood the meaning and consequences of each and every term and enters into it voluntarily and freely and after adequate opportunity to review and consider it and to consult with [his/her] legal and financial advisors. Employee acknowledges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that the consideration received by Employee for entering into this Agreement is fair and equitable.</w:t>
      </w:r>
    </w:p>
    <w:p>
      <w:pPr>
        <w:keepNext w:val="0"/>
        <w:spacing w:before="200" w:after="0" w:line="260" w:lineRule="exact"/>
        <w:ind w:left="1440" w:right="0" w:firstLine="0"/>
        <w:jc w:val="both"/>
      </w:pPr>
      <w:r>
        <w:rPr>
          <w:rFonts w:ascii="Times New Roman" w:hAnsi="Times New Roman" w:eastAsia="Times New Roman" w:cs="Times New Roman"/>
          <w:b w:val="0"/>
          <w:sz w:val="24"/>
        </w:rPr>
        <w:t>Survival</w:t>
      </w:r>
    </w:p>
    <w:p>
      <w:pPr>
        <w:keepNext w:val="0"/>
        <w:spacing w:before="120" w:after="0" w:line="260" w:lineRule="exact"/>
        <w:ind w:left="1800" w:right="0" w:firstLine="0"/>
        <w:jc w:val="left"/>
      </w:pPr>
      <w:r>
        <w:rPr>
          <w:rFonts w:ascii="Times New Roman" w:hAnsi="Times New Roman" w:eastAsia="Times New Roman" w:cs="Times New Roman"/>
          <w:b w:val="0"/>
          <w:sz w:val="24"/>
        </w:rPr>
        <w:t>Section 11.10.</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provisions of this Agreement which by their nature extend beyond the termination of the Agreement will survive termination or expiration of the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Sums Due Deceased Employee</w:t>
      </w:r>
    </w:p>
    <w:p>
      <w:pPr>
        <w:keepNext w:val="0"/>
        <w:spacing w:before="120" w:after="0" w:line="260" w:lineRule="exact"/>
        <w:ind w:left="1800" w:right="0" w:firstLine="0"/>
        <w:jc w:val="left"/>
      </w:pPr>
      <w:r>
        <w:rPr>
          <w:rFonts w:ascii="Times New Roman" w:hAnsi="Times New Roman" w:eastAsia="Times New Roman" w:cs="Times New Roman"/>
          <w:b w:val="0"/>
          <w:sz w:val="24"/>
        </w:rPr>
        <w:t>Section 11.11.</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If Employee dies prior to the expiration of the term of [his/her] employment, any sums that may be due [him/her] from Employer under this agreement as of the date of death shall be paid to Employee's executors, administrators, heirs, personal representatives, successors, and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IT WITNESS WHEREOF, the Parties have signed this Agreement on [date].</w:t>
      </w:r>
    </w:p>
    <w:p>
      <w:pPr>
        <w:keepNext w:val="0"/>
        <w:spacing w:before="200" w:after="0" w:line="260" w:lineRule="exact"/>
        <w:ind w:left="360" w:right="0" w:firstLine="0"/>
        <w:jc w:val="both"/>
      </w:pPr>
      <w:r>
        <w:rPr>
          <w:rFonts w:ascii="Times New Roman" w:hAnsi="Times New Roman" w:eastAsia="Times New Roman" w:cs="Times New Roman"/>
          <w:b w:val="0"/>
          <w:sz w:val="24"/>
        </w:rPr>
        <w:t>EMPLOYER</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[typed name and title]</w:t>
      </w:r>
    </w:p>
    <w:p>
      <w:pPr>
        <w:keepNext w:val="0"/>
        <w:spacing w:before="200" w:after="0" w:line="260" w:lineRule="exact"/>
        <w:ind w:left="360" w:right="0" w:firstLine="0"/>
        <w:jc w:val="both"/>
      </w:pPr>
      <w:r>
        <w:rPr>
          <w:rFonts w:ascii="Times New Roman" w:hAnsi="Times New Roman" w:eastAsia="Times New Roman" w:cs="Times New Roman"/>
          <w:b w:val="0"/>
          <w:sz w:val="24"/>
        </w:rPr>
        <w:t>EMPLOYEE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