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Separation Agreement and General Release </w:t>
      </w:r>
    </w:p>
    <w:p>
      <w:pPr>
        <w:keepNext w:val="0"/>
        <w:spacing w:after="0" w:line="240" w:lineRule="exact"/>
        <w:ind w:right="0"/>
        <w:jc w:val="both"/>
      </w:pPr>
    </w:p>
    <w:p>
      <w:pPr>
        <w:keepNext w:val="0"/>
        <w:spacing w:after="0" w:line="300" w:lineRule="exact"/>
        <w:ind w:left="0" w:right="0" w:firstLine="0"/>
        <w:jc w:val="left"/>
      </w:pPr>
      <w:r>
        <w:rPr>
          <w:rFonts w:ascii="Times New Roman" w:hAnsi="Times New Roman" w:eastAsia="Times New Roman" w:cs="Times New Roman"/>
          <w:b/>
          <w:sz w:val="24"/>
        </w:rPr>
        <w:t>Table of Contents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w:t>
      </w:r>
    </w:p>
    <w:p>
      <w:pPr>
        <w:keepNext w:val="0"/>
        <w:spacing w:before="200" w:after="0" w:line="260" w:lineRule="exact"/>
        <w:ind w:left="360" w:right="0" w:firstLine="0"/>
        <w:jc w:val="both"/>
      </w:pPr>
      <w:r>
        <w:rPr>
          <w:rFonts w:ascii="Times New Roman" w:hAnsi="Times New Roman" w:eastAsia="Times New Roman" w:cs="Times New Roman"/>
          <w:b w:val="0"/>
          <w:sz w:val="24"/>
        </w:rPr>
        <w:t>[Employee]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sz w:val="24"/>
        </w:rPr>
        <w:t>Separation Agreement and General Release</w:t>
      </w:r>
    </w:p>
    <w:p>
      <w:pPr>
        <w:keepNext w:val="0"/>
        <w:spacing w:before="200" w:after="0" w:line="260" w:lineRule="exact"/>
        <w:ind w:left="720" w:right="0" w:firstLine="0"/>
        <w:jc w:val="both"/>
      </w:pPr>
      <w:r>
        <w:rPr>
          <w:rFonts w:ascii="Times New Roman" w:hAnsi="Times New Roman" w:eastAsia="Times New Roman" w:cs="Times New Roman"/>
          <w:b w:val="0"/>
          <w:sz w:val="24"/>
        </w:rPr>
        <w:t>Dear [employee]:</w:t>
      </w:r>
    </w:p>
    <w:p>
      <w:pPr>
        <w:keepNext w:val="0"/>
        <w:spacing w:before="200" w:after="0" w:line="260" w:lineRule="exact"/>
        <w:ind w:left="720" w:right="0" w:firstLine="0"/>
        <w:jc w:val="both"/>
      </w:pPr>
      <w:r>
        <w:rPr>
          <w:rFonts w:ascii="Times New Roman" w:hAnsi="Times New Roman" w:eastAsia="Times New Roman" w:cs="Times New Roman"/>
          <w:b w:val="0"/>
          <w:sz w:val="24"/>
        </w:rPr>
        <w:t>This Separation Agreement and Release (Agreement) contains terms and conditions connected to your separation from employment with [employer] (the Company). If you accept these terms and conditions by signing the Agreement, the Company will provide the Severance Benefits as set forth below.</w:t>
      </w:r>
    </w:p>
    <w:p>
      <w:pPr>
        <w:keepNext w:val="0"/>
        <w:spacing w:before="200" w:after="0" w:line="260" w:lineRule="exact"/>
        <w:ind w:left="720" w:right="0" w:firstLine="0"/>
        <w:jc w:val="both"/>
      </w:pPr>
      <w:r>
        <w:rPr>
          <w:rFonts w:ascii="Times New Roman" w:hAnsi="Times New Roman" w:eastAsia="Times New Roman" w:cs="Times New Roman"/>
          <w:b w:val="0"/>
          <w:sz w:val="24"/>
        </w:rPr>
        <w:t>The Company and you thus agree as follows:</w:t>
      </w:r>
    </w:p>
    <w:p>
      <w:pPr>
        <w:keepNext w:val="0"/>
        <w:spacing w:before="120" w:after="0" w:line="260" w:lineRule="exact"/>
        <w:ind w:left="1080" w:right="0" w:firstLine="0"/>
        <w:jc w:val="left"/>
      </w:pPr>
      <w:r>
        <w:rPr>
          <w:rFonts w:ascii="Times New Roman" w:hAnsi="Times New Roman" w:eastAsia="Times New Roman" w:cs="Times New Roman"/>
          <w:b w:val="0"/>
          <w:sz w:val="24"/>
        </w:rPr>
        <w:t>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Separation.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Your last day of employment with the Company will be [date] (the Separation Date).</w:t>
      </w:r>
    </w:p>
    <w:p>
      <w:pPr>
        <w:keepNext w:val="0"/>
        <w:spacing w:before="120" w:after="0" w:line="260" w:lineRule="exact"/>
        <w:ind w:left="1080" w:right="0" w:firstLine="0"/>
        <w:jc w:val="left"/>
      </w:pPr>
      <w:r>
        <w:rPr>
          <w:rFonts w:ascii="Times New Roman" w:hAnsi="Times New Roman" w:eastAsia="Times New Roman" w:cs="Times New Roman"/>
          <w:b w:val="0"/>
          <w:sz w:val="24"/>
        </w:rPr>
        <w:t>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Wages and accrued time.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 [have been paid OR will be paid] the gross amount of $[amount] (minus applicable tax withholdings), which represents all salary and wages ($[amount]), and any accrued but unused vacation, holiday, and sick time ($[amount]), that have accrued as of the Separation Date. You agree that you are owed no salary, wages, or other compensation beyond what is set forth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Severance benefits.</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Severance payment</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you sign this Agreement, the Company agrees to pay you the total gross amount of $[amount], less applicable deductions (Severance Payment). The Severance Payment represents [number] weeks' wages, which will be paid [insert description of how it will be paid –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lump sum or installments] within [number] business days after you sign and return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acknowledge and agree that the Severance Payment and any other payments or benefits provided (i) exceed any compensation, payment, benefit, or other thing of value to which you might be entitled; and (ii) the payments and benefits provided in this Agreement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and valuable exchange for the promises and releases in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Health insurance.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Following the Separation Date, your current health insurance benefits through the Company will cease. Thereafter, to the extent provided by the federal COBRA law or, if applicable, state insurance laws, and by the Company's current group health insurance policies, you will be eligible to continue your group health insurance benefits at your own expense.</w:t>
      </w:r>
    </w:p>
    <w:p>
      <w:pPr>
        <w:keepNext w:val="0"/>
        <w:spacing w:before="120" w:after="0" w:line="260" w:lineRule="exact"/>
        <w:ind w:left="1080" w:right="0" w:firstLine="0"/>
        <w:jc w:val="left"/>
      </w:pPr>
      <w:r>
        <w:rPr>
          <w:rFonts w:ascii="Times New Roman" w:hAnsi="Times New Roman" w:eastAsia="Times New Roman" w:cs="Times New Roman"/>
          <w:b w:val="0"/>
          <w:sz w:val="24"/>
        </w:rPr>
        <w:t>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Full discharge of the company's obligations.</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acknowledge that, except as expressly provided in this Agreement, you are not entitled to, and will not receive, any wages, compensation, payments, or benefits after the Separation Date. However, these limitations (i) do not affect reimbursement of medical expenses which you and/or your eligible dependents may have incurred and for which you submitted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claim under the Company's health insurance plan; and (ii) do not apply to any vested retirement benefits you may have under the Company's [identify the company's retirement plan] as of the Separation Date.</w:t>
      </w:r>
    </w:p>
    <w:p>
      <w:pPr>
        <w:keepNext w:val="0"/>
        <w:spacing w:before="120" w:after="0" w:line="260" w:lineRule="exact"/>
        <w:ind w:left="1080" w:right="0" w:firstLine="0"/>
        <w:jc w:val="left"/>
      </w:pPr>
      <w:r>
        <w:rPr>
          <w:rFonts w:ascii="Times New Roman" w:hAnsi="Times New Roman" w:eastAsia="Times New Roman" w:cs="Times New Roman"/>
          <w:b w:val="0"/>
          <w:sz w:val="24"/>
        </w:rPr>
        <w:t>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Waiver and general release.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In exchange for the payments and benefits provided by the Company in paragraph [insert internal paragraph number], and promises and other things of value set forth in this Agreement, you agree to forever waive, release, and discharge the Company, its parent, subsidiary, and affiliated corporations, and their respective successors, assigns, representatives, agents, attorneys, officers, directors, and employees, both current and former, and all persons acting through or under them (collectively, the “Releasees”), from liability for any and all claims or damages that you had, have, or may have against the Releasees as of the date of your execution of this Agreement (including attorney's fees and costs incurred), whether known or unknown to you. Without limiting the generality of the foregoing, this release includes, but is not limited to, any claims related to your employment with the Company, and any predecessor or related entities, the terms and conditions of such employment (including claims for wages, salary, compensation, commissions, bonuses, benefits, severance, or any other form of payment), and the termination of such employment, and any claims arising under any federal, state, or local law, rule, or ordinance, tort, employment contract (express or implied), public policy, or any other obligation, including any claims arising Title VII of the Civil Rights Act of 1964, the Civil Rights Act of 1866, the Civil Rights Act of 1991, the Americans with Disabilities Act, the Family and Medical Leave Act, the Fair Labor Standards Act, the Employee Retirement Income Security Act, the Sarbanes-Oxley Act of 2002, [insert applicable state and local laws,] and any other federal, state, or local labor law, employee relations, and/or fair employment practice statute, rule, or ordinance and all claims for wages, monetary, or equitable relief, vacation, other employee fringe benefits, or attorney's fees and costs. You understand this waiver and general release includes all claims related in any manner to your employment and separation of employment. You also understand that you are releasing any known or unknown claims. You acknowledge that this waiver and release is not intended to release claims arising after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Covenant not to sue.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represent that you have not filed any lawsuit against the Company in any court, and you have not filed or caused to be filed any charge or complaint against the Company with any municipal, state or federal agency charged with the enforcement of any law. You further represent that (i) you know of no facts that may give rise to future claims or complaints against the Company; (ii) you know of no statutory or regulatory violations by the Company; and (iii) to the extent that you made any complaints to the Company, the Company promptly investigated, took appropriate action, and did not retaliate against you.</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agree that you will not, to the fullest extent permitted by law, except to enforce the terms of this Agreement, sue or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complaint, grievance, or demand for arbitration, in any forum or assist or otherwise participate in any claim, arbitration, suit, action, or other proceeding of any kind brought on your behalf that relates to any matter that involves the Company. You further agree, to the fullest extent permitted by law, that you will pay all costs and expenses, including attorney's fees, incurred by the Company in defending against any such proceeding you initiate or that is initiated on your behalf, and you expressly waive any claim to any form of monetary or other damages or any other form of recovery in connection with any such proceeding.</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Nothing in this Agreement prevents you from (i) bringing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action to enforce the terms of this Agreement; or (ii) filing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timely charge or complaint with the Equal Employment Opportunity Commission (EEOC), or participating in any investigation or proceeding conducted by the EEOC.</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While this Agreement does not limit your ability to bring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charge with the EEOC, you expressly waive and release any right to recover any type of personal relief from the Company, including monetary damages, injunctive relief, or reinstatement, in any administrative action or proceeding, whether state or federal, and whether brought by you or on your behalf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administrative agency, related in any way to the matters released herein.</w:t>
      </w:r>
    </w:p>
    <w:p>
      <w:pPr>
        <w:keepNext w:val="0"/>
        <w:spacing w:before="120" w:after="0" w:line="260" w:lineRule="exact"/>
        <w:ind w:left="1080" w:right="0" w:firstLine="0"/>
        <w:jc w:val="left"/>
      </w:pPr>
      <w:r>
        <w:rPr>
          <w:rFonts w:ascii="Times New Roman" w:hAnsi="Times New Roman" w:eastAsia="Times New Roman" w:cs="Times New Roman"/>
          <w:b w:val="0"/>
          <w:sz w:val="24"/>
        </w:rPr>
        <w:t>8.</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Confidentiality and non-disclosure.</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agree that you will not use, disclose, or cause to be disclosed in any way, directly or indirectly, any of the Company's trade secrets, confidential, or proprietary information, or documents including, without limitation, information and documents relating to the Company's business and operations; customers, clients, and vendors; technology, finances, and innovations; business, sales, promotion, pricing, and marketing plans; processes, techniques, and strategies; and products, services, and employees, except as may be required by law or other compulsory disclosure process.</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also agree not to disclose, or cause to be disclosed, the terms or existence of this Agreement, except to your immediate family members, accountant, tax advisor, and attorney, and then only if they expressly agree to keep it in strict confidence unless otherwise compelled by law.</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Protected Rights. You understand that nothing contained in this Agreement limits your ability to file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charge or complaint with the Equal Employment Opportunity Commission, the National Labor Relations Board, the Occupational Safety and Health Administration, the Securities and Exchange Commission, or any other federal, state, or local governmental agency or commission (Government Agencies). You further understand that this Agreement does not limit your ability to communicate with any Government Agencies or otherwise participate in any investigation or proceeding that may be conducted by any Government Agency, including providing documents or other information, without notice to the Company. This Agreement does not limit your right to receive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award for information provided to any Government Agencies.</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 Trade Secrets Act. You are advised that pursuant to the Defend Trade Secrets Act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individual will not be held criminally or civilly liable under any federal or state trade secret law for the disclosure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 secret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is made (i) in confidence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federal, state, or local government official, either directly or indirectly, or to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attorney; and (ii) solely for the purpose of reporting or investigating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suspected violation of law; or (B) is made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complaint or other document filed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lawsuit or other proceeding, if such filing is made under seal. Further, you understand that in the event that disclosure of the Company's trade secrets was not done in good faith pursuant to the above, you will be subject to substantial damages, including punitive damages and attorney's fees.</w:t>
      </w:r>
    </w:p>
    <w:p>
      <w:pPr>
        <w:keepNext w:val="0"/>
        <w:spacing w:before="120" w:after="0" w:line="260" w:lineRule="exact"/>
        <w:ind w:left="1080" w:right="0" w:firstLine="0"/>
        <w:jc w:val="left"/>
      </w:pPr>
      <w:r>
        <w:rPr>
          <w:rFonts w:ascii="Times New Roman" w:hAnsi="Times New Roman" w:eastAsia="Times New Roman" w:cs="Times New Roman"/>
          <w:b w:val="0"/>
          <w:sz w:val="24"/>
        </w:rPr>
        <w:t>9.</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Return of company property.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 represent and warrant that, on or before the date you signed this Agreement, you returned to the Company all of its property, including, but not limited to, computer equipment; mobile devices; disks and data; cardkeys; door and file keys; computer access codes and passwords; books; manuals; files; papers; memoranda; letters; charts; medical files; consumer/client information; or other Company documents or information, whether in hard copy, electronic, or other form, that you received, acquired, or prepared in connection with your employment.</w:t>
      </w:r>
    </w:p>
    <w:p>
      <w:pPr>
        <w:keepNext w:val="0"/>
        <w:spacing w:before="120" w:after="0" w:line="260" w:lineRule="exact"/>
        <w:ind w:left="1080" w:right="0" w:firstLine="0"/>
        <w:jc w:val="left"/>
      </w:pPr>
      <w:r>
        <w:rPr>
          <w:rFonts w:ascii="Times New Roman" w:hAnsi="Times New Roman" w:eastAsia="Times New Roman" w:cs="Times New Roman"/>
          <w:b w:val="0"/>
          <w:sz w:val="24"/>
        </w:rPr>
        <w:t>10.</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Assistance and cooperation.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 agree to assist and cooperate with the Company, Releasees, and/or their counsel in past, present, or future legal matters—including disputes, audits, investigations, claims, or legal proceedings of any kind—which arise from, or relate to, your employment with the Company, to the fullest extent the Company reasonably deems necessary. You further agree to perform all acts, and sign and deliver any documents that may be needed for the Company's and/or Releasees' defense, prosecution, or participation in any legal matter, and/or for compliance with federal, state, or local laws or regulations. The Company will provide reasonable advance notice whenever it requests your assistance and cooperation, and will pay the reasonable expenses for travel and lodging that you actually incur when providing such.</w:t>
      </w:r>
    </w:p>
    <w:p>
      <w:pPr>
        <w:keepNext w:val="0"/>
        <w:spacing w:before="120" w:after="0" w:line="260" w:lineRule="exact"/>
        <w:ind w:left="1080" w:right="0" w:firstLine="0"/>
        <w:jc w:val="left"/>
      </w:pPr>
      <w:r>
        <w:rPr>
          <w:rFonts w:ascii="Times New Roman" w:hAnsi="Times New Roman" w:eastAsia="Times New Roman" w:cs="Times New Roman"/>
          <w:b w:val="0"/>
          <w:sz w:val="24"/>
        </w:rPr>
        <w:t>11.</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Non-disparagement.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agree not to make, or cause to be made, any written or oral statements about the Company or any Releasee, or engage in any conduct, that may disparage, criticize, or in any way injure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Releasee; provided that you shall respond accurately and fully to any question, inquiry, or request for information when required by legal process.</w:t>
      </w:r>
    </w:p>
    <w:p>
      <w:pPr>
        <w:keepNext w:val="0"/>
        <w:spacing w:before="120" w:after="0" w:line="260" w:lineRule="exact"/>
        <w:ind w:left="1080" w:right="0" w:firstLine="0"/>
        <w:jc w:val="left"/>
      </w:pPr>
      <w:r>
        <w:rPr>
          <w:rFonts w:ascii="Times New Roman" w:hAnsi="Times New Roman" w:eastAsia="Times New Roman" w:cs="Times New Roman"/>
          <w:b w:val="0"/>
          <w:sz w:val="24"/>
        </w:rPr>
        <w:t>12.</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re-employment.</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You agree not to initiate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(written or verbal) to the Company (and its related entities) for re-employment for work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employee, consultant, or independent contractor. You agree that if you initiate such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application to perform such work, the Company may deny or terminate it; that such denial or termination does not constitute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violation of any law, rule, regulation, or ordinance; and that such denial or termination does not give you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basis for any legal claim. However, this paragraph does not prevent the Company (and its related entities) from hiring you in the future, but the Company (and its related entities) have no obligation to do so.</w:t>
      </w:r>
    </w:p>
    <w:p>
      <w:pPr>
        <w:keepNext w:val="0"/>
        <w:spacing w:before="120" w:after="0" w:line="260" w:lineRule="exact"/>
        <w:ind w:left="1080" w:right="0" w:firstLine="0"/>
        <w:jc w:val="left"/>
      </w:pPr>
      <w:r>
        <w:rPr>
          <w:rFonts w:ascii="Times New Roman" w:hAnsi="Times New Roman" w:eastAsia="Times New Roman" w:cs="Times New Roman"/>
          <w:b w:val="0"/>
          <w:sz w:val="24"/>
        </w:rPr>
        <w:t>13.</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 admission.</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This Agreement is not, and should not be considered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admission that the Company or Releasees violated any federal, state, or local law, regulation, or ordinance; breached any agreement or contract; or committed any wrong whatsoever.</w:t>
      </w:r>
    </w:p>
    <w:p>
      <w:pPr>
        <w:keepNext w:val="0"/>
        <w:spacing w:before="120" w:after="0" w:line="260" w:lineRule="exact"/>
        <w:ind w:left="1080" w:right="0" w:firstLine="0"/>
        <w:jc w:val="left"/>
      </w:pPr>
      <w:r>
        <w:rPr>
          <w:rFonts w:ascii="Times New Roman" w:hAnsi="Times New Roman" w:eastAsia="Times New Roman" w:cs="Times New Roman"/>
          <w:b w:val="0"/>
          <w:sz w:val="24"/>
        </w:rPr>
        <w:t>14.</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Complete agreement/modification/severability.</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 xml:space="preserve"> </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sets forth the final and complete agreement and understanding between you and the Company with respect to your separation from employment, and supersedes all prior promises, discussions, negotiations, explanations, representations, or agreements that relate to the subject of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You acknowledge and agree that you are not relying on any promises, discussions, negotiations, explanations, representations, or agreements other than those specifically contained in this Agreement.</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This Agreement may not be modified or amended, except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signed by both you and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duly authorized officer of the Company.</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provision of this Agreement is determined to be invalid or unenforceable, in whole or in part, this determination shall in no way affect the validity, legality or enforceability of any other provision of this Agreement; and if any provision is held to be invalid, illegal, or unenforceable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of law, the other provisions shall not be affected, and shall remain in full force and effect.</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expressly stated to the contrary, this Agreement is not intended to alter, modify, amend, or otherwise affect the terms, conditions, obligations, covenants, or agreements contained in any prior confidentiality, non-disclosure, trade secret, non-competition, non-solicitation, or arbitration agreement [insert other surviving agreements and company policies], all of which continue in full force and effect.</w:t>
      </w:r>
    </w:p>
    <w:p>
      <w:pPr>
        <w:keepNext w:val="0"/>
        <w:spacing w:before="120" w:after="0" w:line="260" w:lineRule="exact"/>
        <w:ind w:left="1080" w:right="0" w:firstLine="0"/>
        <w:jc w:val="left"/>
      </w:pPr>
      <w:r>
        <w:rPr>
          <w:rFonts w:ascii="Times New Roman" w:hAnsi="Times New Roman" w:eastAsia="Times New Roman" w:cs="Times New Roman"/>
          <w:b w:val="0"/>
          <w:sz w:val="24"/>
        </w:rPr>
        <w:t>15.</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Forum and choice of law.</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shall be interpreted for all purposes under the laws of the State of [state] excluding its choice of laws principles, which are deemed inapplicable. You agree to the personal jurisdiction of the state and federal courts in [applicable jurisdiction] for any lawsuit concerning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16.</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Knowing and voluntary.</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Your signature below indicates that (</w:t>
      </w:r>
      <w:r>
        <w:rPr>
          <w:rFonts w:ascii="Times New Roman" w:hAnsi="Times New Roman" w:eastAsia="Times New Roman" w:cs="Times New Roman"/>
          <w:b/>
          <w:sz w:val="24"/>
        </w:rPr>
        <w:t>a</w:t>
      </w:r>
      <w:r>
        <w:rPr>
          <w:rFonts w:ascii="Times New Roman" w:hAnsi="Times New Roman" w:eastAsia="Times New Roman" w:cs="Times New Roman"/>
          <w:b w:val="0"/>
          <w:sz w:val="24"/>
        </w:rPr>
        <w:t>) you are fully competent to enter into this Agreement; (b) you are doing so freely, knowingly, and voluntarily, without duress or coercion; (c) you fully understand the meaning of each provision of the Agreement; (d) you know you are giving up important legal rights, including any claims related to your employment and separation of employment, and other known and unknown claims you might have; and (e) you understand that your waiver and release do not extend to any claims that may arise after the Effective Date of this Agreement.</w:t>
      </w:r>
    </w:p>
    <w:p>
      <w:pPr>
        <w:keepNext w:val="0"/>
        <w:spacing w:before="120" w:after="0" w:line="260" w:lineRule="exact"/>
        <w:ind w:left="1080" w:right="0" w:firstLine="0"/>
        <w:jc w:val="left"/>
      </w:pPr>
      <w:r>
        <w:rPr>
          <w:rFonts w:ascii="Times New Roman" w:hAnsi="Times New Roman" w:eastAsia="Times New Roman" w:cs="Times New Roman"/>
          <w:b w:val="0"/>
          <w:sz w:val="24"/>
        </w:rPr>
        <w:t>17.</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Effective date.</w:t>
      </w:r>
      <w:r>
        <w:rPr>
          <w:rFonts w:ascii="Times New Roman" w:hAnsi="Times New Roman" w:eastAsia="Times New Roman" w:cs="Times New Roman"/>
          <w:b w:val="0"/>
          <w:sz w:val="24"/>
        </w:rPr>
        <w:t xml:space="preserve"> </w:t>
      </w:r>
    </w:p>
    <w:p>
      <w:pPr>
        <w:keepNext w:val="0"/>
        <w:spacing w:before="200" w:after="0" w:line="260" w:lineRule="exact"/>
        <w:ind w:left="1080" w:right="0" w:firstLine="0"/>
        <w:jc w:val="both"/>
      </w:pPr>
      <w:r>
        <w:rPr>
          <w:rFonts w:ascii="Times New Roman" w:hAnsi="Times New Roman" w:eastAsia="Times New Roman" w:cs="Times New Roman"/>
          <w:b w:val="0"/>
          <w:sz w:val="24"/>
        </w:rPr>
        <w:t>This Agreement becomes effective on the [ordinal number] day after you sign it.</w:t>
      </w:r>
    </w:p>
    <w:p>
      <w:pPr>
        <w:keepNext w:val="0"/>
        <w:spacing w:before="200" w:after="0" w:line="260" w:lineRule="exact"/>
        <w:ind w:left="720" w:right="0" w:firstLine="0"/>
        <w:jc w:val="both"/>
      </w:pPr>
      <w:r>
        <w:rPr>
          <w:rFonts w:ascii="Times New Roman" w:hAnsi="Times New Roman" w:eastAsia="Times New Roman" w:cs="Times New Roman"/>
          <w:b w:val="0"/>
          <w:sz w:val="24"/>
        </w:rPr>
        <w:t>If this Agreement is acceptable to you, please sign below, and return the original to me.</w:t>
      </w:r>
    </w:p>
    <w:p>
      <w:pPr>
        <w:keepNext w:val="0"/>
        <w:spacing w:before="200" w:after="0" w:line="260" w:lineRule="exact"/>
        <w:ind w:left="720" w:right="0" w:firstLine="0"/>
        <w:jc w:val="both"/>
      </w:pPr>
      <w:r>
        <w:rPr>
          <w:rFonts w:ascii="Times New Roman" w:hAnsi="Times New Roman" w:eastAsia="Times New Roman" w:cs="Times New Roman"/>
          <w:b w:val="0"/>
          <w:sz w:val="24"/>
        </w:rPr>
        <w:t>Sincerely,</w:t>
      </w:r>
    </w:p>
    <w:p>
      <w:pPr>
        <w:keepNext w:val="0"/>
        <w:spacing w:before="120" w:after="0" w:line="260" w:lineRule="exact"/>
        <w:ind w:left="720" w:right="0" w:firstLine="0"/>
        <w:jc w:val="left"/>
      </w:pPr>
      <w:r>
        <w:rPr>
          <w:rFonts w:ascii="Times New Roman" w:hAnsi="Times New Roman" w:eastAsia="Times New Roman" w:cs="Times New Roman"/>
          <w:b w:val="0"/>
          <w:sz w:val="24"/>
        </w:rPr>
        <w:t>[COMPANY]</w:t>
      </w:r>
    </w:p>
    <w:p>
      <w:pPr>
        <w:keepNext w:val="0"/>
        <w:spacing w:before="120" w:after="0" w:line="260" w:lineRule="exact"/>
        <w:ind w:left="720" w:right="0" w:firstLine="0"/>
        <w:jc w:val="left"/>
      </w:pPr>
      <w:r>
        <w:rPr>
          <w:rFonts w:ascii="Times New Roman" w:hAnsi="Times New Roman" w:eastAsia="Times New Roman" w:cs="Times New Roman"/>
          <w:b w:val="0"/>
          <w:sz w:val="24"/>
        </w:rPr>
        <w:t>By:__________________________________________</w:t>
      </w:r>
    </w:p>
    <w:p>
      <w:pPr>
        <w:keepNext w:val="0"/>
        <w:spacing w:before="120" w:after="0" w:line="260" w:lineRule="exact"/>
        <w:ind w:left="720" w:right="0" w:firstLine="0"/>
        <w:jc w:val="left"/>
      </w:pPr>
      <w:r>
        <w:rPr>
          <w:rFonts w:ascii="Times New Roman" w:hAnsi="Times New Roman" w:eastAsia="Times New Roman" w:cs="Times New Roman"/>
          <w:b w:val="0"/>
          <w:sz w:val="24"/>
        </w:rPr>
        <w:t>[Name and position/title]</w:t>
      </w:r>
    </w:p>
    <w:p>
      <w:pPr>
        <w:keepNext w:val="0"/>
        <w:spacing w:before="200" w:after="0" w:line="260" w:lineRule="exact"/>
        <w:ind w:left="720" w:right="0" w:firstLine="0"/>
        <w:jc w:val="both"/>
      </w:pPr>
      <w:r>
        <w:rPr>
          <w:rFonts w:ascii="Times New Roman" w:hAnsi="Times New Roman" w:eastAsia="Times New Roman" w:cs="Times New Roman"/>
          <w:b/>
          <w:sz w:val="24"/>
        </w:rPr>
        <w:t>BY SIGNING THIS SEPARATION AGREEMENT AND GENERAL RELEASE, I ACKNOWLEDGE THAT I READ IT; UNDERSTAND EACH PROVISION IN IT, AND KNOW THAT I AM GIVING UP IMPORTANT LEGAL RIGHTS; I AGREE WITH AND ACCEPT EVERYTHING IN IT; AND I HAVE SIGNED IT KNOWINGLY AND VOLUNTARILY.</w:t>
      </w:r>
    </w:p>
    <w:p>
      <w:pPr>
        <w:keepNext w:val="0"/>
        <w:spacing w:before="120" w:after="0" w:line="260" w:lineRule="exact"/>
        <w:ind w:left="1080" w:right="0" w:firstLine="0"/>
        <w:jc w:val="left"/>
      </w:pPr>
      <w:r>
        <w:rPr>
          <w:rFonts w:ascii="Times New Roman" w:hAnsi="Times New Roman" w:eastAsia="Times New Roman" w:cs="Times New Roman"/>
          <w:b w:val="0"/>
          <w:sz w:val="24"/>
        </w:rPr>
        <w:t>______________________</w:t>
      </w:r>
    </w:p>
    <w:p>
      <w:pPr>
        <w:keepNext w:val="0"/>
        <w:spacing w:before="120" w:after="0" w:line="260" w:lineRule="exact"/>
        <w:ind w:left="1080" w:right="0" w:firstLine="0"/>
        <w:jc w:val="left"/>
      </w:pPr>
      <w:r>
        <w:rPr>
          <w:rFonts w:ascii="Times New Roman" w:hAnsi="Times New Roman" w:eastAsia="Times New Roman" w:cs="Times New Roman"/>
          <w:b w:val="0"/>
          <w:sz w:val="24"/>
        </w:rPr>
        <w:t>[NAME]</w:t>
      </w:r>
    </w:p>
    <w:p>
      <w:pPr>
        <w:keepNext w:val="0"/>
        <w:spacing w:before="200" w:after="0" w:line="260" w:lineRule="exact"/>
        <w:ind w:left="1080" w:right="0" w:firstLine="0"/>
        <w:jc w:val="both"/>
      </w:pPr>
      <w:r>
        <w:rPr>
          <w:rFonts w:ascii="Times New Roman" w:hAnsi="Times New Roman" w:eastAsia="Times New Roman" w:cs="Times New Roman"/>
          <w:b w:val="0"/>
          <w:sz w:val="24"/>
        </w:rPr>
        <w:t>______________________</w:t>
      </w:r>
    </w:p>
    <w:p>
      <w:pPr>
        <w:keepNext w:val="0"/>
        <w:spacing w:before="60" w:after="0" w:line="260" w:lineRule="exact"/>
        <w:ind w:left="1080" w:right="0" w:firstLine="0"/>
        <w:jc w:val="both"/>
      </w:pPr>
      <w:r>
        <w:rPr>
          <w:rFonts w:ascii="Times New Roman" w:hAnsi="Times New Roman" w:eastAsia="Times New Roman" w:cs="Times New Roman"/>
          <w:b w:val="0"/>
          <w:sz w:val="24"/>
        </w:rPr>
        <w:t>Date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