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Term Sheet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MEMORANDUM OF TERMS FOR THE PRIVATE PLACEMENT OF</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OF</w:t>
      </w:r>
    </w:p>
    <w:p>
      <w:pPr>
        <w:keepNext w:val="0"/>
        <w:spacing w:before="200" w:after="0" w:line="260" w:lineRule="exact"/>
        <w:ind w:left="360" w:right="0" w:firstLine="0"/>
        <w:jc w:val="center"/>
      </w:pPr>
      <w:r>
        <w:rPr>
          <w:rFonts w:ascii="Times New Roman" w:hAnsi="Times New Roman" w:eastAsia="Times New Roman" w:cs="Times New Roman"/>
          <w:b/>
          <w:sz w:val="24"/>
        </w:rPr>
        <w:t>[NAME OF COMPANY]</w:t>
      </w:r>
    </w:p>
    <w:p>
      <w:pPr>
        <w:keepNext w:val="0"/>
        <w:spacing w:before="200" w:after="0" w:line="260" w:lineRule="exact"/>
        <w:ind w:left="360" w:right="0" w:firstLine="0"/>
        <w:jc w:val="center"/>
      </w:pPr>
      <w:r>
        <w:rPr>
          <w:rFonts w:ascii="Times New Roman" w:hAnsi="Times New Roman" w:eastAsia="Times New Roman" w:cs="Times New Roman"/>
          <w:b/>
          <w:sz w:val="24"/>
        </w:rPr>
        <w:t>[DATE]</w:t>
      </w:r>
    </w:p>
    <w:p>
      <w:pPr>
        <w:keepNext w:val="0"/>
        <w:spacing w:before="200" w:after="0" w:line="260" w:lineRule="exact"/>
        <w:ind w:left="360" w:right="0" w:firstLine="0"/>
        <w:jc w:val="both"/>
      </w:pPr>
      <w:r>
        <w:rPr>
          <w:rFonts w:ascii="Times New Roman" w:hAnsi="Times New Roman" w:eastAsia="Times New Roman" w:cs="Times New Roman"/>
          <w:b/>
          <w:sz w:val="24"/>
        </w:rPr>
        <w:t>THIS MEMORANDUM OF TERMS (THE “</w:t>
      </w:r>
      <w:r>
        <w:rPr>
          <w:rFonts w:ascii="Times New Roman" w:hAnsi="Times New Roman" w:eastAsia="Times New Roman" w:cs="Times New Roman"/>
          <w:b/>
          <w:sz w:val="24"/>
        </w:rPr>
        <w:t>TERM SHEET</w:t>
      </w:r>
      <w:r>
        <w:rPr>
          <w:rFonts w:ascii="Times New Roman" w:hAnsi="Times New Roman" w:eastAsia="Times New Roman" w:cs="Times New Roman"/>
          <w:b/>
          <w:sz w:val="24"/>
        </w:rPr>
        <w:t xml:space="preserve">”) SUMMARIZES THE PRINCIPAL TERMS OF THE PROPOSED SERIES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PREFERRED STOCK FINANCING (THE “</w:t>
      </w:r>
      <w:r>
        <w:rPr>
          <w:rFonts w:ascii="Times New Roman" w:hAnsi="Times New Roman" w:eastAsia="Times New Roman" w:cs="Times New Roman"/>
          <w:b/>
          <w:sz w:val="24"/>
        </w:rPr>
        <w:t>FINANCING</w:t>
      </w:r>
      <w:r>
        <w:rPr>
          <w:rFonts w:ascii="Times New Roman" w:hAnsi="Times New Roman" w:eastAsia="Times New Roman" w:cs="Times New Roman"/>
          <w:b/>
          <w:sz w:val="24"/>
        </w:rPr>
        <w:t xml:space="preserve">”) OF [_______________],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sz w:val="24"/>
        </w:rPr>
        <w:t xml:space="preserve">”). THIS TERM SHEET IS FOR DISCUSSION PURPOSES ONLY; THERE IS NO OBLIGATION ON THE PART OF ANY NEGOTIATING PARTY UNTIL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DEFINITIVE STOCK PURCHASE AGREEMENT IS SIGNED BY ALL PARTIES. THE TRANSACTIONS CONTEMPLATED BY THIS TERM SHEET ARE SUBJECT TO THE COMPLETION OF DUE DILIGENCE, LEGAL REVIEW AND DOCUMENTATION THAT IS SATISFACTORY TO THE INVESTORS. THIS TERM SHEET DOES NOT CONSTITUTE EITHER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TO SELL 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OFFER TO PURCHASE SECURITIES.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this ___ day of _____________, 20__.</w:t>
      </w:r>
    </w:p>
    <w:p>
      <w:pPr>
        <w:keepNext w:val="0"/>
        <w:spacing w:before="120" w:after="0" w:line="260" w:lineRule="exact"/>
        <w:ind w:left="360" w:right="0" w:firstLine="0"/>
        <w:jc w:val="right"/>
      </w:pPr>
      <w:r>
        <w:rPr>
          <w:rFonts w:ascii="Times New Roman" w:hAnsi="Times New Roman" w:eastAsia="Times New Roman" w:cs="Times New Roman"/>
          <w:b/>
          <w:sz w:val="24"/>
        </w:rPr>
        <w:t>COMPANY:</w:t>
      </w:r>
    </w:p>
    <w:p>
      <w:pPr>
        <w:keepNext w:val="0"/>
        <w:spacing w:before="120" w:after="0" w:line="260" w:lineRule="exact"/>
        <w:ind w:left="360" w:right="0" w:firstLine="0"/>
        <w:jc w:val="right"/>
      </w:pPr>
      <w:r>
        <w:rPr>
          <w:rFonts w:ascii="Times New Roman" w:hAnsi="Times New Roman" w:eastAsia="Times New Roman" w:cs="Times New Roman"/>
          <w:b/>
          <w:sz w:val="24"/>
        </w:rPr>
        <w:t>[NAME OF COMPANY]</w:t>
      </w:r>
    </w:p>
    <w:p>
      <w:pPr>
        <w:keepNext w:val="0"/>
        <w:spacing w:before="120" w:after="0" w:line="260" w:lineRule="exact"/>
        <w:ind w:left="360" w:right="0" w:firstLine="0"/>
        <w:jc w:val="righ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Name: [___________________]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Title: [___________________]</w:t>
      </w:r>
    </w:p>
    <w:p>
      <w:pPr>
        <w:keepNext w:val="0"/>
        <w:spacing w:before="120" w:after="0" w:line="260" w:lineRule="exact"/>
        <w:ind w:left="360" w:right="0" w:firstLine="0"/>
        <w:jc w:val="right"/>
      </w:pPr>
      <w:r>
        <w:rPr>
          <w:rFonts w:ascii="Times New Roman" w:hAnsi="Times New Roman" w:eastAsia="Times New Roman" w:cs="Times New Roman"/>
          <w:b/>
          <w:sz w:val="24"/>
        </w:rPr>
        <w:t>INVESTOR:</w:t>
      </w:r>
    </w:p>
    <w:p>
      <w:pPr>
        <w:keepNext w:val="0"/>
        <w:spacing w:before="120" w:after="0" w:line="260" w:lineRule="exact"/>
        <w:ind w:left="360" w:right="0" w:firstLine="0"/>
        <w:jc w:val="right"/>
      </w:pPr>
      <w:r>
        <w:rPr>
          <w:rFonts w:ascii="Times New Roman" w:hAnsi="Times New Roman" w:eastAsia="Times New Roman" w:cs="Times New Roman"/>
          <w:b/>
          <w:sz w:val="24"/>
        </w:rPr>
        <w:t>[NAME OF INVESTOR]</w:t>
      </w:r>
    </w:p>
    <w:p>
      <w:pPr>
        <w:keepNext w:val="0"/>
        <w:spacing w:before="120" w:after="0" w:line="260" w:lineRule="exact"/>
        <w:ind w:left="360" w:right="0" w:firstLine="0"/>
        <w:jc w:val="righ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Name: [___________________]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Title: [___________________]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