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Services Agreement ("Agreement") is made on [date] (the "Effective Date") between [name of party receiving the services] ("Customer"), with offices located at [address] and [name of service provider] ("Service Provider") with offices located at [address]. The Customer and Service Provider are sometimes collectively referred to herein as the "Parties" and individually as a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(collectively the "Services" as defined below)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perform Services and create and provide certain deliverables and Work Product (as defined in Section </w:t>
      </w: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hereof) as more particularly described in Statements of Work (each an "SOW" and collectively "SOWs") which will be entered into periodically and, upon execution by the Parties, will be incorporated and made part of this Agreement (the "Services"). [The first SOW is attached hereto as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an SOW will be prepared, in the form attached hereto as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(which is only provided as an example).] In the event of a conflict between the terms of an SOW and the terms of this Agreement, the terms of this Agreement shall supersede and control as to such conflict. No obligation to either provide or pay for any Services shall be incurred by either Party until such time that an SOW has been executed by authorized representatives of both Parties. The existence of this Agreement shall not be construed as imposing any obligation upon the Customer to enter into any SOW or to request any Services from the Service Provider. Failure to perform all the Services as required under this Agreement or in an SOW shall constitute a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acknowledge and agree that during the term of the Agreement the Services, as set forth in an SOW, may be modified and/or expanded periodically by the Parties. No changes to the Services will be authorized by Customer, and Customer shall have no obligation to pay for any additional or modified Services, until a Change Order has been agreed upon and signed by an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Parties will meet at least [timing,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60] days after notifying Seller of any deficiencies, Customer will so notify Service Provider in writing. In such event, the Customer may, at its discretion, agree to permit Service Provider an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not subcontract any of its obligations under this Agreement or any Services to any third party or other independent contractors or consultants without Customer's prior written approval, which approval shall not be unreasonably withheld. The Customer will generally support delegation unless the Customer unilaterally deems such delegation not in its best interests or in furtherance of this Agreement.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insurance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Service Provider, its employees and its permitted subcontractors are working at Customer's premises, they shall observe the working hours, rules and security procedures as established and implemented by the Customer.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a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and complete compensation for the Services, Customer shall pay Service Provider the fees (the "Fees") as specified in the applicable signed SOW. Service Provider shall prepare and submit to Customer invoices for all Services performed and expenses incurred with respect to each SOW on a [frequency, e.g., monthly] basis or as otherwise specified in the applicable SOW. Customer will pay undisputed invoices in U.S. dollars within [duration, e.g., 60] days of Customer's receipt of such invoice. However, should Customer make payment of the Service Provider's invoice within [duration, e.g., 15] days after receipt of the invoice, Customer shall be entitled to a [percentage, e.g., two percent] discount. Any Fees payable on a per diem/per hour basis are only payable for those days/hours actually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90] days from the date when such invoice should have been issued according to the terms of this Agreement and/or the applicable SOW. If Service Provider determines that it has any inquiries, problems or believes there are errors or discrepancies with respect to any amounts due under this Agreement, it shall give Customer written notice thereof within 90 days from the date on which the Services that gave rise to such inquiry, problems and/or discrepancy, etc., were performed. Service Provider's failure to give Customer notice or Service Provider's failure to invoice Customer for any Services or expenses within 90 days after such Service is performed or expense incurred shall constitute a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is solely responsible for paying any due taxes, including estimated taxes, incurred because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a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Services Provider represents and warrants that this Agreement contains the most favorable terms, conditions and prices offered by Services Provider to any person or business for the same or similar Services that Service Provider is providing to Customer hereunder. Accordingly, should Services Provider offer more favorable terms, conditions, or prices to any other person or business for the same or similar services during the term of this Agreement, Services Provider shall amend this Agreement to incorporate the more favorable terms, conditions or prices, effective as of the date of Services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Non-Work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is not a work-for-hire Agreement. The copyright in all deliverables created hereunder for Customer (the "Work Product")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a worldwide, non-exclusive license to Customer for its internal use as intended under this Agreement. This Agreement does not grant Customer any license to any of the Service Provider's products, which products must be separately licensed.</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Third-Party Materials.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represents and warrants to Customer that: (a) all Work Product produced pursuant to this Agreement will be an original work of authorship, invention, development or discovery by Service Provider, and will not incorporate or be based on any Third-Party Materials (as defined herein) without the express prior written consent of Customer; (b) to the extent that any Third-Party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Third-Party Materials and Work Product; and (c) Service Provider will have the legal right and authority to use and license such Third-Party Materials to Customer in accordance with this Agreement. As used herein, "Third-Party Materials" means works, inventions, developments, discoveries, or information belonging to any third party. Service Provider hereby grants to Customer an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(1) it is qualified to perform the Services; (2) all the Services shall be performed by qualified personnel, who will be properly supervised; (3) the Services shall be performed in a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a period of one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any and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those costs.</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warrants and represents that (a)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lawfully obtained.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acknowledges that by reason of its relationship to the Customer hereunder, Customer may disclose or provide access to the Service Provider certain Confidential Information. "Confidential Information" shall mean (1) information concerning the Customer's products, business and operations including, but not limited to, information relating to business plans, financial records, customers, suppliers, vendors, products, product samples, costs, sources, strategies, inventions, procedures, sales aids or literature, technical advice or knowledge, contractual agreements, pricing, price lists, product white paper, product specifications, trade secrets, procedures, distribution methods, inventories, marketing strategies and interests, algorithms, data, designs, drawings, work sheets, blueprints, concepts, samples, inventions, manufacturing processes, computer programs and systems and know-how or other intellectual property, of the Customer and its affiliates that may be at any time furnished, communicated or delivered to the Service Provider, whether in oral, tangible, electronic or other form; (2) the terms of any agreement, including this Agreement, and the discussions, negotiations and proposals related to any agreement; (3) information acquired during any tours of or while present at the Customer's facilities; and (4) all other non-public information provided by the Customer hereunder. It is intended that information as described in this section is deemed Confidential Information whether it is identified or labeled as such.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maintain the Confidential Information in strict confidence and disclose the Confidential Information only to its employees who have a need-to-know such Confidential Information to fulfill the business affairs and transactions between the Parties contemplated by this Agreement and who are under confidentiality obligations no less restrictive than this Agreement. Service Provider shall always remain responsible for breaches of this Agreement arising from the acts of its employees. Service Provider shall use the same degree of care as it uses with respect to its own similar information, but no less than a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Confidential Information does not include information that: (1) was lawfully in Service Provider's possession before receipt from Customer, as established by competent evidence; (2) at or after the time of disclosure, becomes generally available to the public other than through any act or omission of the Service Provider, or (3) is received by Service Provider from a third party free to make such disclosure without, to the best of Service Provider's knowledge, breach of any legal or contractual obligation. If Service Provider is confronted with legal action to disclose Confidential Information received under this Agreement, it shall, unless prohibited by applicable law, provide prompt written notice to the Customer to allow Customer an opportunity to seek a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the event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an injunction, without the necessity of posting a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promptly return or, at Customer's option, certify destruction of all copies of Confidential Information at any time upon request or within 30 days following the expiration or earlier termination of this Agreement. Notwithstanding any expiration or termination of this Agreement, Service Provider's obligations to protect the Confidential Information pursuant to this Section will survive for five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claims, actions, demands, lawsuits, losses, damages, costs, expenses, judgments, fines, penalties, and liabilities (including reasonable attorney's fees and courts costs) incurred in connection with any third-party demands, assertions, claims, suits, actions or other proceedings: (a)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third-party's patent, trade secret, copyright, trademark or other intellectual property right or misappropriates a third-party's confidential information; or (d) arising from or relating to the Services or the Work Product or any Third-Party Materials utilized in the performance of the Services (in each case a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Promptly after receipt of any written Claim or notice of any action giving rise to a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consent. If Service Provider fails to assume the defense of a Claim or Customer reasonably determines that Service Provider has failed to diligently assume and maintain a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agrees that during the term of this Agreement and for one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a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Throughout the term of this Agreement, Service Provider shall maintain the following coverages issued by insurance companies with an A.M. Best Rating of not less than [rating, e.g., A-], a Standard &amp; Poor's rating of not less than [rating, e.g., AA-], or a Moody's rating of not less than [rating, e.g., Aa3]:</w:t>
      </w:r>
    </w:p>
    <w:p>
      <w:pPr>
        <w:keepNext w:val="0"/>
        <w:spacing w:before="120" w:after="0" w:line="260" w:lineRule="exact"/>
        <w:ind w:left="1440" w:right="0" w:firstLine="0"/>
        <w:jc w:val="left"/>
      </w:pPr>
      <w:r>
        <w:rPr>
          <w:rFonts w:ascii="Times New Roman" w:hAnsi="Times New Roman" w:eastAsia="Times New Roman" w:cs="Times New Roman"/>
          <w:b w:val="0"/>
          <w:sz w:val="24"/>
        </w:rPr>
        <w:t>(a)</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Employer's Liability with limits of $[amount, e.g., 1,000,000] accident, $[amount, e.g., 1,000,000] disease per employee, $[rating, e.g., 2,000,000] disease aggregate;</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provide Customer with a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a provision that coverage will not be non-renewed, materially changed, cancelled or allowed to expire until at least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at any time in the event of a breach by the other Party of a material covenant, commitment or obligation under this Agreement that remains uncured for [duration,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Either Party may terminate this Agreement, and the Customer may also terminate any SOW, at any time with or without cause by giving [duration,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Upon termination, Service Provider shall return the Customer's Confidential Information that is in its possession.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and its employees, personnel, and permitted contractors performing any Services on behalf of Customer under this Agreement are independent contractors and not employees of Customer. Service Provider is not an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an employment or agency relationship or a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an event within [duration, e.g., five] business days of its occurrence. Should a Party experience a force majeure event, it shall take reasonable measures to mitigate any impact that such event has on its performance of this Agreement, and shall take all reasonable steps to perform despite such event. If Service Provider's performance is delayed over [duration, e.g., 30]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agreed to in writing by Customer, Service Provider will not disclose that Customer is a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a period of two years following termination of expiration of this Agreement. Customer and its duly authorized representatives shall have the right, upon reasonable written notice, for the term of this Agreement and for a period of two years following termination or expiration of this Agreement, to examine and copy (without charge to Customer) such books and records. Customer shall conduct such audits during Service Provider's normal business hours and in such a manner not to unreasonably interfere with Service Provider's normal business operations. In the event that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interpreted in accordance with the laws of the State of New York, without giving effect to the principles of conflicts of law of such state. The Parties hereby agree that any action arising out of this Agreement will be brought solely in any state or federal court located in New York,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Either Party may assign and transfer their rights and obligations under this Agreement upon written notice to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or portion of this Agreement shall be rendered by applicable law or held by a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in one or more counterparts, each of which will be deemed to be an original, but all of which together will constitute one and the same instrument, without necessity of production of the others. An executed signature page delivered via facsimile transmission or electronic signature shall be deemed as effective as an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[First SOW or form of SOW]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