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a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an "SOW" and collectively "SOWs") which will be entered into periodically and, upon execution by the Parties, will be incorporated and made part of this Agreement (the "Services"). [The first SOW is attached hereto as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an SOW will be prepared, in the form attached hereto as </w:t>
      </w: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an example).] In the event of a conflict between the terms of an SOW and the terms of this Agreement, the terms of this Agreement shall supersede and control as to such conflict. No obligation to either provide or pay for any Services shall be incurred by either Party until such time that an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an SOW shall constitute a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acknowledge and agree that during the term of the Agreement the Services, as set forth in an SOW, may be modified and/or expanded periodically by the Parties. No changes to the Services will be authorized by Customer, and Customer shall have no obligation to pay for any additional or modified Services, until a Change Order has been agreed upon and signed by an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an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a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a [frequency, e.g., monthly] basis or as otherwise specified in the applicable SOW. Customer will pay undisputed invoices in U.S. dollars within [duration, e.g., 60] days of Customer's receipt of such invoice. However, should Customer make payment of the Service Provider's invoice within [duration, e.g., 15] days after receipt of the invoice, Customer shall be entitled to a [percentage, e.g., two percent] discount. Any Fees payable on a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a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a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is not a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a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(a) all Work Product produced pursuant to this Agreement will be an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an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(1) it is qualified to perform the Services; (2) all the Services shall be performed by qualified personnel, who will be properly supervised; (3) the Services shall be performed in a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a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(1) its performance of the Services will not violate any proprietary rights of any third parties including, without limitation, patents, copyrights or trade secrets, (2) its providing the Services to Customer will not violate any applicable law, rule, regulation or judicial order, or violate any contractual obligation or confidential relationship which it may have to or with any third party, and (3)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maintain the Confidential Information in strict confidence and disclose the Confidential Information only to its employees who have a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a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Confidential Information does not include information that: (a) was lawfully in Service Provider's possession before receipt from Customer, as established by competent evidence; (b) at or after the time of disclosure, becomes generally available to the public other than through any act or omission of the Service Provider, or (c) is received by Service Provider from a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an opportunity to seek a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an injunction, without the necessity of posting a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(1) alleging the Services or Work Product violate any applicable law, rule, regulation or judicial order; (2) arising from the acts or omissions of Service Provider or its employees, agents or permitted contractors in connection with the performance of the Services; (3) alleging that the Services or Work Product or any use of the Services or Work Product infringes any third-party's patent, trade secret, copyright, trademark or other intellectual property right or misappropriates a third-party's confidential information; or (4) arising from or relating to the Services or the Work Product or any Third-Party Materials utilized in the performance of the Services (in each case a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Promptly after receipt of any written Claim or notice of any action giving rise to a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a Claim or Customer reasonably determines that Service Provider has failed to diligently assume and maintain a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a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Throughout the term of this Agreement, Service Provider shall maintain the following coverages issued by insurance companies with an A.M. Best Rating of not less than [rating, e.g., A-], a Standard &amp; Poor's rating of not less than [rating, e.g., AA-], or a Moody's rating of not less than [rating, e.g., Aa3]:</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provide Customer with a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a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at any time in the event of a breach by the other Party of a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and its employees, personnel, and permitted contractors performing any Services on behalf of Customer under this Agreement are independent contractors and not employees of Customer. Service Provider is not an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an employment or agency relationship or a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an event within [duration, e.g., five] business days of its occurrence. Should a Party experience a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agreed to in writing by Customer, Service Provider will not disclose that Customer is a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United States generally accepted accounting principles. Service Provider shall retain such records for a period of two years following termination of expiration of this Agreement. Customer and its duly authorized representatives shall have the right, upon reasonable written notice, for the term of this Agreement and for a period of two years following termination or expiration of this Agreement, to examine and copy (without charge to Customer) such books and records. Customer shall conduct such audits during Service Provider's normal business hours and in such a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 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Texas, without giving effect to the principles of conflicts of law of such state. The Parties hereby agree that any action arising out of this Agreement will be brought solely in any state or federal court located in Texas,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or portion of this Agreement shall be rendered by applicable law or held by a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in one or more counterparts, each of which will be deemed to be an original, but all of which together will constitute one and the same instrument, without necessity of production of the others. An executed signature page delivered via facsimile transmission or electronic signature shall be deemed as effective as an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EXHIBIT 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