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Services Agreement (“Agreement”) is made this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Customer wishes to be provided with the services (collectively the “Services” as defined below) by Service Provider and the Service Provider agrees to provide the Services to the Customer in accordance with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Customer hereby retains the Service Provider to perform the following Services on behalf of the Customer:</w:t>
      </w:r>
    </w:p>
    <w:p>
      <w:pPr>
        <w:keepNext w:val="0"/>
        <w:spacing w:before="200" w:after="0" w:line="260" w:lineRule="exact"/>
        <w:ind w:left="108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during the term of the Agreement the Services may be modified and/or expanded from time to time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by authorized representatives of the Parties expressly referencing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may represent, perform services for, and contract with other additional clients, persons, or companies as Service Provider, in [his/her/its]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the Customer.</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fees in the amount of $[amount] (the “Fees”).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expenses in the amount of $[amount] (the “Expenses”).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project as agreed upon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72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OR AGAINST INFRINGEMENT. SERVICE PROVIDER SHALL NOT BE LIABLE FOR ANY SERVICES OR WORK PRODUCT OR DELIVERABLES PROVIDED BY THIRD PARTY VENDORS IDENTIFIED OR REFERRED TO THE CUSTOMER BY THE SERVICE PROVIDER DURING THE TERM OF THIS AGREEMENT, PURSUANT TO ANY SOW OR OTHERWISE.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by reason of their relationship to the other hereunder, each may disclose or provide access (the “Disclosing Party”) to the other Party (the “Receiving Party”) certain Confidential Information. “Confidential Information” shall mean (i)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[and who are under confidentiality obligations no less restrictive as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Receiving Party shall promptly return or, at Disclosing Party’s option, certify destruction of all copies of Confidential Information at any time upon request or within [number, e.g., 30]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[applicable term, e.g., one] year from the Effective Date (the “Initial Term”), unless earlier terminated in accordance with the provisions in Section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10] calendar days following written notice thereof; and (ii)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with or without cause by giving [number, e.g., thirty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relating to the terminated Services which are in Customer’s possession or control.</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this Agreement and for one year following the expiration or termination date of the Agreement, each Party agrees not to directly solicit or induce any person who performs Services hereunder to leave the employ of the other Party. The Parties are not prohibited from responding to or hiring the other’s employees who inquire about employment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interpreted in accordance with the laws of the State of Massachusetts, without giving effect to the principles of conflicts of law of such state. The Parties hereby agree that any action arising out of this Agreement will be brought solely in any state or federal court located in Massachusetts, [(specify county)].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agreed and warranted by the Parties that the individuals singing this Agreement on behalf of the respective Parties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 further proof of authorization shall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ARTICLE XXVI.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