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Services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be provided with the Services (as defined below) by Service Provider and the Service Provider agrees to provide the Services to the Customer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Customer hereby retains the Service Provider to perform the following services (collectively the "Services")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[full description of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by authorized representatives of the Parties expressly referencing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acknowledges and agrees that Service Provider may use subcontractors and consultants to perform some of the Services to be provided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full and complete compensation for performing all Services specified in this Agreement and for assuming all duties, responsibilities, and obligations required by this Agreement, Customer will compensate Service Provider for all fees (the "Fees")  incurred in accordance with (i) the terms of this Agreement [and in any SOW entered into by the Parties]; and (ii) the fixed hourly rates set forth in the Services Provider [Personnel Rate Sheet]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With respect to fees, Customer will pay Service Provider for the actual hours spent by Services Provider's personnel who perform the Services, in accordance with the rates designated in the Personnel Rate Sheet. Service Provider may increase the hourly rate charges for the Services by providing the Client with at least [number, e.g., thirty (30)] days written notice of such increases. Rates are exclusive of taxes, levies, duties, governmental charges and expenses (with the exception of any Service Provider's income taxes), which amounts will be billed to and paid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shall pay Service Provider for the reasonable expenses including, but not limited to, out of pocket travel and living expenses, incurred by Service Provider and its personnel in connection with its performance of the Services (the "Expenses").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prepare and submit invoices to the Customer via [mail, email or facsimile] for all Services performed and expenses incurred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of invoices, e.g., weekly, monthly, etc.] basis. Customer will pay invoices in U.S. dollars within fifteen (15) days of the date of Service Provider's invoice. Payments due hereunder must be made by wire transfer, certified check, bank check or such other method as may be agreed upon by the Service Provider. Customer shall have no right of offset or withholding under this Agreement. Any amounts not paid by Customer when due to Service Provider shall be subject to interest charges, from the date due until paid, at the rate of [applicable rate, e.g., one and one half percent (1.5%) per month], or the highest interest rate allowable by law (whichever is less), payable monthly. If any amounts due to Service Provider from Customer becomes past due for any reason, Service Provider may at its option and without further notice withhold further Services until all invoices have been paid in full, and such withholding of Services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default of any of Service Provider's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Both Parties agree, at their own expense, to operate in full compliance with all governmental laws, regulations and requirements applicable to the duties conducted hereunder. Each Party will obtain and maintain in force, at its own expense, all licenses, permits and approvals required for its performance under this Agreement, and will obtain all required inspections, authorizations and approvals prior to commencement of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Services to be performed hereunder are in the nature of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w:t>
      </w:r>
    </w:p>
    <w:p>
      <w:pPr>
        <w:keepNext w:val="0"/>
        <w:spacing w:before="200" w:after="0" w:line="260" w:lineRule="exact"/>
        <w:ind w:left="72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ANY AND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licensed separately.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that by reason of their relationship to the other hereunder, each may disclose or provide access (the "Disclosing Party") to the other Party (the "Receiving Party") certain Confidential Information. "Confidential Information" shall mean (i)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business affairs and transactions between the Parties contemplated by this Agreement[ and who are under confidentiality obligations no less restrictive as this Agreement]. The Receiving Party shall at all times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thirty (30)] days following the expiration or earlier termination of this Agreement. Notwithstanding any expiration or termination of this Agreement, Receiving Party's obligations to protect the Confidential Information pursuant to this Section will survive for [number, e.g., two (2)] years after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any and all third 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SERVICE PROVIDER'S CONFIDENTIALITY OBLIGATIONS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NO EVENT SHALL SERVICE PROVIDER BE LIABLE UNDER THIS AGREEMENT TO THE CUSTOMER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SERVICE PROVIDER'S ENTIRE AGGREGATE LIABILITY FOR ANY CLAIMS RELATING TO THE SERVICES OR THIS AGREEMENT SHALL NOT EXCEED THE FEES PAID OR PAYABLE BY THE CUSTOMER TO THE SERVICE PROVIDER UNDER THIS AGREEMENT IN THE [number, e.g., TWELVE (12)] MONTH PERIOD IMMEDIATELY PRECEDING THE EVENTS GIVING RISE TO SUCH LIABILITY. THIS SECTION SHALL SURVIVE THE TERMINATION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 Customer agrees to furnish without charge adequate space at Customer's premises for use by Service Provider's personnel while performing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[applicable term, e.g., one (1)] year from the Effective Date (the "Initial Term"), unless earlier terminated in accordance with the provisions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Thereafter, the Agreement shall be automatically renewed for additional one 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thirty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ten (10)] calendar days following written notice thereof; and (ii)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ninety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may terminate this Agreement at any time with or without cause by giving [number, e.g., thirty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and for one (1) year following the expiration or termination date of the Agreement, Customer agrees not to 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communicable diseases, quarantines, or acts of God, in addition to any and all events, regardless of their dissimilarity to the foregoing,  beyond the reasonable control of the Party deemed to render performance of the Agreement impracticable or impossible ,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(5)]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 Party Beneficiaries.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may assign this Agreement, either in whole or part, without the express written consent of the other Party. Any assignment without such consent shall be null and void. Notwithstanding the foregoing, this Agreement shall be binding upon and inure to the benefit of the successors, assigns and legal representatives of the Parties. There are no third party beneficiaries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agreed and warranted by the Parties that the individuals singing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