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Settlement Agreement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TRADEMARK SETTLEMENT AGREEMENT</w:t>
      </w:r>
    </w:p>
    <w:p>
      <w:pPr>
        <w:keepNext w:val="0"/>
        <w:spacing w:before="120" w:after="0" w:line="260" w:lineRule="exact"/>
        <w:ind w:left="720" w:right="0" w:firstLine="240"/>
        <w:jc w:val="left"/>
      </w:pPr>
      <w:r>
        <w:rPr>
          <w:rFonts w:ascii="Times New Roman" w:hAnsi="Times New Roman" w:eastAsia="Times New Roman" w:cs="Times New Roman"/>
          <w:b w:val="0"/>
          <w:sz w:val="24"/>
        </w:rPr>
        <w:t>This Settlement Agreement, dated as of ___________ __, ____, (“Effective Date”) is entered into by and between ________________, a ________________ with a place of business at ________________ (“Party A”), on the one part, and ________________, a ________________ with a place of business at ________________ (“Party B”), on the other part.</w:t>
      </w:r>
    </w:p>
    <w:p>
      <w:pPr>
        <w:keepNext w:val="0"/>
        <w:spacing w:before="120" w:after="0" w:line="260" w:lineRule="exact"/>
        <w:ind w:left="720" w:right="0" w:firstLine="0"/>
        <w:jc w:val="left"/>
      </w:pPr>
      <w:r>
        <w:rPr>
          <w:rFonts w:ascii="Times New Roman" w:hAnsi="Times New Roman" w:eastAsia="Times New Roman" w:cs="Times New Roman"/>
          <w:b/>
          <w:sz w:val="24"/>
        </w:rPr>
        <w:t>Recitals</w:t>
      </w:r>
    </w:p>
    <w:p>
      <w:pPr>
        <w:keepNext w:val="0"/>
        <w:spacing w:before="120" w:after="0" w:line="260" w:lineRule="exact"/>
        <w:ind w:left="1080" w:right="0" w:firstLine="240"/>
        <w:jc w:val="left"/>
      </w:pPr>
      <w:r>
        <w:rPr>
          <w:rFonts w:ascii="Times New Roman" w:hAnsi="Times New Roman" w:eastAsia="Times New Roman" w:cs="Times New Roman"/>
          <w:b w:val="0"/>
          <w:sz w:val="24"/>
        </w:rPr>
        <w:t>WHEREAS, Party A is the owner of the valid, subsisting, and existing U.S. Trademark Registration No. _______ for the trademark [PARTY A TRADEMARK] for use in connection with [DESCRIBE PRODUCTS OR SERVICES], as well as common law rights in the name and mark [PARTY A TRADEMARK], which Party B hereby acknowledges;</w:t>
      </w:r>
    </w:p>
    <w:p>
      <w:pPr>
        <w:keepNext w:val="0"/>
        <w:spacing w:before="120" w:after="0" w:line="260" w:lineRule="exact"/>
        <w:ind w:left="1080" w:right="0" w:firstLine="240"/>
        <w:jc w:val="left"/>
      </w:pPr>
      <w:r>
        <w:rPr>
          <w:rFonts w:ascii="Times New Roman" w:hAnsi="Times New Roman" w:eastAsia="Times New Roman" w:cs="Times New Roman"/>
          <w:b w:val="0"/>
          <w:sz w:val="24"/>
        </w:rPr>
        <w:t>WHEREAS, Party B adopted and has used the name [PARTY B TRADEMARK] for [DESCRIBE PRODUCTS OR SERVICES], and</w:t>
      </w:r>
    </w:p>
    <w:p>
      <w:pPr>
        <w:keepNext w:val="0"/>
        <w:spacing w:before="120" w:after="0" w:line="260" w:lineRule="exact"/>
        <w:ind w:left="1080" w:right="0" w:firstLine="240"/>
        <w:jc w:val="left"/>
      </w:pPr>
      <w:r>
        <w:rPr>
          <w:rFonts w:ascii="Times New Roman" w:hAnsi="Times New Roman" w:eastAsia="Times New Roman" w:cs="Times New Roman"/>
          <w:b w:val="0"/>
          <w:sz w:val="24"/>
        </w:rPr>
        <w:t>WHEREAS, on [DATE], in the United States District Court for the [DISTRICT], [PARTY A] commenced Civil Action No. [CASE NUMBER] (the “Litigation”) against [PARTY B] alleging that [PARTY B’S] use of the name [PARTY B TRADEMARK] for [DESCRIBE PRODUCTS OR SERVICES] constitutes [ASSERTED CLAIMS (e.g., infringement and dilution)]of [PARTY A’S] [PARTY A TRADEMARK] mark, as well as [ANY OTHER ASSERTED CLAIMS (e.g., false designation of origin and unfair competition)], and</w:t>
      </w:r>
    </w:p>
    <w:p>
      <w:pPr>
        <w:keepNext w:val="0"/>
        <w:spacing w:before="120" w:after="0" w:line="260" w:lineRule="exact"/>
        <w:ind w:left="1080" w:right="0" w:firstLine="240"/>
        <w:jc w:val="left"/>
      </w:pPr>
      <w:r>
        <w:rPr>
          <w:rFonts w:ascii="Times New Roman" w:hAnsi="Times New Roman" w:eastAsia="Times New Roman" w:cs="Times New Roman"/>
          <w:b w:val="0"/>
          <w:sz w:val="24"/>
        </w:rPr>
        <w:t>WHEREAS, the parties wish to resolve this matter according to the terms set forth herein;</w:t>
      </w:r>
    </w:p>
    <w:p>
      <w:pPr>
        <w:keepNext w:val="0"/>
        <w:spacing w:before="120" w:after="0" w:line="260" w:lineRule="exact"/>
        <w:ind w:left="720" w:right="0" w:firstLine="240"/>
        <w:jc w:val="left"/>
      </w:pPr>
      <w:r>
        <w:rPr>
          <w:rFonts w:ascii="Times New Roman" w:hAnsi="Times New Roman" w:eastAsia="Times New Roman" w:cs="Times New Roman"/>
          <w:b w:val="0"/>
          <w:sz w:val="24"/>
        </w:rPr>
        <w:t>THEREFORE, in consideration of the mutual representations, warranties, and promises recited herein, the parties hereto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Party B and all persons and entities controlling, controlled by, or acting in concert with it will immediately discontinue any and all uses of [PARTY B TRADEMARK], [PARTY A TRADEMARK], and any other names or marks substantially similar to the [PARTY A TRADEMARK] mark [(including without limitation any other mark that [SPECIFY PROHIBITED VARIATIONS AS NEEDED])], whether alone or in conjunction with any other matter, anywhere in the world in connection with the manufacture, packaging, labeling or offering of any goods or services, including without limitation all uses on products, product packages and product labels; in marketing or advertising materials, websites, newspaper advertisements, television advertisements, radio advertisements, Internet advertisements, domain names, metatags, ALT text and search engine keywords; in handbills, brochures, business cards, stationery, and invoices; and in any and all other materials, whether printed, electronic or in any other medium.</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Party B, within [ten (10) days] from the Effective Date, shall transfer to Party A all registrations for Internet domain names owned or controlled by Party B and all persons and entities controlling, controlled by or acting in concert with it, that include [PARTY B TRADEMARK], [PARTY A TRADEMARK], or any other names or marks substantially similar to the [PARTY A TRADEMARK] mark (including without limitation the following domain names: [SPECIFY DOMAIN NAMES]).</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Within [         ]days from the Effective Date, Party B, its agents, servants and employees, and all other persons and entities acting by or through or in concert or participation with any of the foregoing, shall expressly surrender and abandon with prejudice any and all registrations of, or applications to register, the [PARTY B TRADEMARK] mark, and any other trademark the use of which by Party B is prohibited by Paragraph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hereof, that are owned or controlled by any of the foregoing persons or entities anywhere in the world, [including without limitation (list all U.S. and foreign registrations and applications known to be related to the infringing mark)]. Within [         ]days from the Effective Date, Party B shall send to counsel for Party A written proof of the submission of such express surrenders and abandonments.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Party B immediately shall take all necessary steps to remove from the market all products and all promotional materials bearing the [PARTY B TRADEMARK] mark, and any other trademark the use of which by Party B is prohibited by Paragraph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hereof, including without limitation all uses on products, product packages, and product labels; in marketing or advertising materials, websites, newspaper advertisements, television advertisements, radio advertisements, Internet advertisements, domain names, metatags, ALT text, and search engine keywords; in handbills, brochures, business cards, stationery, and invoices; and in any and all other materials, whether printed, electronic or in any other medium. In addition, Party B shall either deliver to Party A, re-label or re-package, or destroy all products and all promotional materials bearing the [PARTY B TRADEMARK] mark, or any other trademark the use of which by Party B is prohibited by Paragraph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hereof, in the possession or under the control of Party B. Within [ten (10) days] of the Effective Date, Party B shall certify in writing to Party A: the quality and location of all products bearing the [PARTY B TRADEMARK] mark, and any other trademark the use of which by Party B is prohibited by Paragraph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hereof, as of the Effective Date; the destruction, repackaging, or relabeling of said products; and the removal of all promotional materials bearing the [PARTY B TRADEMARK] mark or any other trademark the use of which by Party B is prohibited by Paragraph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hereof.</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Simultaneously with the execution of this Settlement Agreement, counsel for the parties shall execute a Stipulation of Dismissal With Prejudice of the Litigation in the [DISTRICT] as set forth in the form attached to this Agreement as Exhibit _ hereto, and within ___ business days after the Effective Date, counsel for the parties shall cause said Stipulation of Dismissal With Prejudice to be filed with the [DISTRICT].</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Neither party shall seek any award of damages, attorneys' fees or costs in the Litigation except for those arising from or relating to any breach or violation of this Settlement Agreement.</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Party B represents and warrants that neither it nor any other person or entity controlling, controlled by or acting in concert with it (a) has licensed the [PARTY B TRADEMARK] mark or any similar mark to any other person or entity anywhere in the world; (b) owns any existing trademark applications or registrations for the [PARTY B TRADEMARK] mark, or any other trademark the use of which by Party B is prohibited by Paragraph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hereof, [except for (list all U.S. and foreign registrations and applications known to be related to the infringing mark)].</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Party B hereby acknowledges the validity of Party A’s U.S. Trademark Registration No. _______ for the trademark [PARTY A TRADEMARK], and Party A’s common law rights in the name and mark [PARTY A TRADEMARK]. Party B, its agents, servants and employees, and all other persons and entities acting by or through or in concert or participation with any of the foregoing, shall not seek to cancel or otherwise challenge the validity or Party A’s ownership of U.S. Trademark Registration No. ________ or any other registration owned by Party A or a Party A-related entity anywhere in the world for a trademark containing the word [PARTY A TRADEMARK], and shall not assist in any effort by any other person or entity seeking to cancel or otherwise challenge the validity or Party A’s ownership of such trademarks, either alone or in combination with any other matter.</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Party B expressly recognizes and acknowledges that a violation or breach by it of any of the representations, covenants, conditions, agreements, or undertakings in this Settlement Agreement will cause Party A irreparable harm which cannot be adequately calculated or remedied solely in money damages in an action at law, thereby entitling Party A to obtain (in addition to any other remedy to which it may be entitled at law) immediate injunctive relief or other equitable remedies with respect to such violation or breach.</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Except for any breach or violation, or claim of breach or violation, of this Settlement Agreement, Party A, on the one part, and Party B, on the other part, release and forever discharge each other, and each of their respective officers, directors, agents, servants, employees, attorneys, affiliates, subsidiaries, successors and assigns, from any and all claims, actions and causes of action concerning or relating to Party B’s use of the [PARTY B TRADEMARK] name and mark prior to the date of this Settlement Agreement, including without limitation all claims alleged in the pleadings in the Litigation.</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failure of a party to insist upon strict adherence to any term or obligation of this Settlement Agreement shall not be considered a waiver or deprive that party of the right thereafter to insist upon strict adherence to that term or obligation, or any other term or obligation, of this Settlement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Settlement Agreement shall inure to the benefit of, and be binding upon, the parties hereto and their successors and assigns.</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Settlement Agreement shall be governed and construed under the laws of [SPECIFY STATE], without regard to conflict of laws.</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parties hereto are executing this Settlement Agreement of their own free will and with the assistance of counsel. This Settlement Agreement is absolute and unconditional and contains the entire agreement between the parties pertaining to the subject matter of this Settlement Agreement. Party A expressly acknowledges that Party B has not made any promises, agreements, or representations to it, whether written or oral, except as expressly set forth in this Settlement Agreement, including, but not limited to, any promises, agreements or representations inconsistent with the terms of this Settlement Agreement. Party B expressly acknowledges that Party A has not made any promises, agreements or representations to it, whether written or oral, except as expressly set forth in this Settlement Agreement, including, but not limited to, any promises, agreements or representations inconsistent with the terms of this Settlement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Settlement Agreement may not be waived, altered, modified, changed, amended, rescinded or terminated except by an instrument in writing signed by an authorized representative of each of the parties hereto.</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Each of the persons signing this Settlement Agreement represents and warrants that they have authority to bind their respective party or parties to this Settlement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Settlement Agreement may be executed in counterpart by original or facsimile signatures with the same force and effect as though the same document has been executed by all parties. Promptly after execution of this Settlement Agreement, the parties shall exchange originals of their respective signatures.</w:t>
      </w:r>
    </w:p>
    <w:p>
      <w:pPr/>
    </w:p>
    <w:p>
      <w:pPr>
        <w:keepNext w:val="0"/>
        <w:spacing w:before="120" w:after="0" w:line="260" w:lineRule="exact"/>
        <w:ind w:left="360" w:right="0" w:firstLine="240"/>
        <w:jc w:val="left"/>
      </w:pPr>
      <w:r>
        <w:rPr>
          <w:rFonts w:ascii="Times New Roman" w:hAnsi="Times New Roman" w:eastAsia="Times New Roman" w:cs="Times New Roman"/>
          <w:b w:val="0"/>
          <w:sz w:val="24"/>
        </w:rPr>
        <w:t>IN WITNESS WHEREOF, the parties hereto have caused this Settlement Agreement to be duly executed as of the date written above.</w:t>
      </w:r>
    </w:p>
    <w:p>
      <w:pPr>
        <w:keepNext w:val="0"/>
        <w:spacing w:before="120" w:after="0" w:line="260" w:lineRule="exact"/>
        <w:ind w:left="360" w:right="0" w:firstLine="0"/>
        <w:jc w:val="left"/>
      </w:pPr>
      <w:r>
        <w:rPr>
          <w:rFonts w:ascii="Times New Roman" w:hAnsi="Times New Roman" w:eastAsia="Times New Roman" w:cs="Times New Roman"/>
          <w:b w:val="0"/>
          <w:sz w:val="24"/>
        </w:rPr>
        <w:t>[PARTY A]</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[SIGNATORY'S NAME]</w:t>
      </w:r>
    </w:p>
    <w:p>
      <w:pPr>
        <w:keepNext w:val="0"/>
        <w:spacing w:before="120" w:after="0" w:line="260" w:lineRule="exact"/>
        <w:ind w:left="360" w:right="0" w:firstLine="0"/>
        <w:jc w:val="left"/>
      </w:pPr>
      <w:r>
        <w:rPr>
          <w:rFonts w:ascii="Times New Roman" w:hAnsi="Times New Roman" w:eastAsia="Times New Roman" w:cs="Times New Roman"/>
          <w:b w:val="0"/>
          <w:sz w:val="24"/>
        </w:rPr>
        <w:t>[SIGNATORY'S TITLE]</w:t>
      </w:r>
    </w:p>
    <w:p>
      <w:pPr>
        <w:keepNext w:val="0"/>
        <w:spacing w:before="120" w:after="0" w:line="260" w:lineRule="exact"/>
        <w:ind w:left="360" w:right="0" w:firstLine="0"/>
        <w:jc w:val="left"/>
      </w:pPr>
      <w:r>
        <w:rPr>
          <w:rFonts w:ascii="Times New Roman" w:hAnsi="Times New Roman" w:eastAsia="Times New Roman" w:cs="Times New Roman"/>
          <w:b w:val="0"/>
          <w:sz w:val="24"/>
        </w:rPr>
        <w:t>[PARTY B]</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[SIGNATORY'S NAME]</w:t>
      </w:r>
    </w:p>
    <w:p>
      <w:pPr>
        <w:keepNext w:val="0"/>
        <w:spacing w:before="120" w:after="0" w:line="260" w:lineRule="exact"/>
        <w:ind w:left="360" w:right="0" w:firstLine="0"/>
        <w:jc w:val="left"/>
      </w:pPr>
      <w:r>
        <w:rPr>
          <w:rFonts w:ascii="Times New Roman" w:hAnsi="Times New Roman" w:eastAsia="Times New Roman" w:cs="Times New Roman"/>
          <w:b w:val="0"/>
          <w:sz w:val="24"/>
        </w:rPr>
        <w:t>[SIGNATORY'S TITLE]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STIPULATION OF DISMISSAL WITH PREJUDICE</w:t>
      </w:r>
    </w:p>
    <w:p>
      <w:pPr>
        <w:keepNext w:val="0"/>
        <w:spacing w:before="120" w:after="0" w:line="260" w:lineRule="exact"/>
        <w:ind w:left="720" w:right="0" w:firstLine="0"/>
        <w:jc w:val="left"/>
      </w:pPr>
      <w:r>
        <w:rPr>
          <w:rFonts w:ascii="Times New Roman" w:hAnsi="Times New Roman" w:eastAsia="Times New Roman" w:cs="Times New Roman"/>
          <w:b/>
          <w:sz w:val="24"/>
        </w:rPr>
        <w:t>STIPULATION</w:t>
      </w:r>
    </w:p>
    <w:p>
      <w:pPr>
        <w:keepNext w:val="0"/>
        <w:spacing w:before="120" w:after="0" w:line="260" w:lineRule="exact"/>
        <w:ind w:left="1080" w:right="0" w:firstLine="240"/>
        <w:jc w:val="left"/>
      </w:pPr>
      <w:r>
        <w:rPr>
          <w:rFonts w:ascii="Times New Roman" w:hAnsi="Times New Roman" w:eastAsia="Times New Roman" w:cs="Times New Roman"/>
          <w:b w:val="0"/>
          <w:sz w:val="24"/>
        </w:rPr>
        <w:t>IT IS HEREBY STIPULATED AND AGREED by the undersigned attorneys for the parties that, pursuant to Rule 41(a)(1)(ii) of the Federal Rules of Civil Procedure, the above-referenced case should be DISMISSED with prejudice and without an award of costs or fees to any party.</w:t>
      </w:r>
    </w:p>
    <w:p>
      <w:pPr>
        <w:keepNext w:val="0"/>
        <w:spacing w:before="200" w:after="0" w:line="260" w:lineRule="exact"/>
        <w:ind w:left="1080" w:right="0" w:firstLine="0"/>
        <w:jc w:val="both"/>
      </w:pPr>
      <w:r>
        <w:rPr>
          <w:rFonts w:ascii="Times New Roman" w:hAnsi="Times New Roman" w:eastAsia="Times New Roman" w:cs="Times New Roman"/>
          <w:b w:val="0"/>
          <w:sz w:val="24"/>
        </w:rPr>
        <w:t>Date: ______</w:t>
      </w:r>
    </w:p>
    <w:p>
      <w:pPr>
        <w:keepNext w:val="0"/>
        <w:spacing w:before="200" w:after="0" w:line="260" w:lineRule="exact"/>
        <w:ind w:left="108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1080" w:right="0" w:firstLine="0"/>
        <w:jc w:val="left"/>
      </w:pPr>
      <w:r>
        <w:rPr>
          <w:rFonts w:ascii="Times New Roman" w:hAnsi="Times New Roman" w:eastAsia="Times New Roman" w:cs="Times New Roman"/>
          <w:b w:val="0"/>
          <w:sz w:val="24"/>
        </w:rPr>
        <w:t>[ATTORNEY/FIRM NAME]</w:t>
      </w:r>
    </w:p>
    <w:p>
      <w:pPr>
        <w:keepNext w:val="0"/>
        <w:spacing w:before="120" w:after="0" w:line="260" w:lineRule="exact"/>
        <w:ind w:left="1080" w:right="0" w:firstLine="0"/>
        <w:jc w:val="left"/>
      </w:pPr>
      <w:r>
        <w:rPr>
          <w:rFonts w:ascii="Times New Roman" w:hAnsi="Times New Roman" w:eastAsia="Times New Roman" w:cs="Times New Roman"/>
          <w:b w:val="0"/>
          <w:sz w:val="24"/>
        </w:rPr>
        <w:t>By: 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[ATTORNEY NAME]</w:t>
      </w:r>
    </w:p>
    <w:p>
      <w:pPr>
        <w:keepNext w:val="0"/>
        <w:spacing w:before="120" w:after="0" w:line="260" w:lineRule="exact"/>
        <w:ind w:left="1080" w:right="0" w:firstLine="0"/>
        <w:jc w:val="left"/>
      </w:pPr>
      <w:r>
        <w:rPr>
          <w:rFonts w:ascii="Times New Roman" w:hAnsi="Times New Roman" w:eastAsia="Times New Roman" w:cs="Times New Roman"/>
          <w:b w:val="0"/>
          <w:sz w:val="24"/>
        </w:rPr>
        <w:t>Attorneys for Plaintiff [Party A]</w:t>
      </w:r>
    </w:p>
    <w:p>
      <w:pPr>
        <w:keepNext w:val="0"/>
        <w:spacing w:before="200" w:after="0" w:line="260" w:lineRule="exact"/>
        <w:ind w:left="1080" w:right="0" w:firstLine="0"/>
        <w:jc w:val="both"/>
      </w:pPr>
      <w:r>
        <w:rPr>
          <w:rFonts w:ascii="Times New Roman" w:hAnsi="Times New Roman" w:eastAsia="Times New Roman" w:cs="Times New Roman"/>
          <w:b w:val="0"/>
          <w:sz w:val="24"/>
        </w:rPr>
        <w:t>Date: ______</w:t>
      </w:r>
    </w:p>
    <w:p>
      <w:pPr>
        <w:keepNext w:val="0"/>
        <w:spacing w:before="200" w:after="0" w:line="260" w:lineRule="exact"/>
        <w:ind w:left="108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1080" w:right="0" w:firstLine="0"/>
        <w:jc w:val="left"/>
      </w:pPr>
      <w:r>
        <w:rPr>
          <w:rFonts w:ascii="Times New Roman" w:hAnsi="Times New Roman" w:eastAsia="Times New Roman" w:cs="Times New Roman"/>
          <w:b w:val="0"/>
          <w:sz w:val="24"/>
        </w:rPr>
        <w:t>[ATTORNEY/FIRM NAME]</w:t>
      </w:r>
    </w:p>
    <w:p>
      <w:pPr>
        <w:keepNext w:val="0"/>
        <w:spacing w:before="120" w:after="0" w:line="260" w:lineRule="exact"/>
        <w:ind w:left="1080" w:right="0" w:firstLine="0"/>
        <w:jc w:val="left"/>
      </w:pPr>
      <w:r>
        <w:rPr>
          <w:rFonts w:ascii="Times New Roman" w:hAnsi="Times New Roman" w:eastAsia="Times New Roman" w:cs="Times New Roman"/>
          <w:b w:val="0"/>
          <w:sz w:val="24"/>
        </w:rPr>
        <w:t>By: 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[ATTORNEY NAME]</w:t>
      </w:r>
    </w:p>
    <w:p>
      <w:pPr>
        <w:keepNext w:val="0"/>
        <w:spacing w:before="120" w:after="0" w:line="260" w:lineRule="exact"/>
        <w:ind w:left="1080" w:right="0" w:firstLine="0"/>
        <w:jc w:val="left"/>
      </w:pPr>
      <w:r>
        <w:rPr>
          <w:rFonts w:ascii="Times New Roman" w:hAnsi="Times New Roman" w:eastAsia="Times New Roman" w:cs="Times New Roman"/>
          <w:b w:val="0"/>
          <w:sz w:val="24"/>
        </w:rPr>
        <w:t>Attorneys for Defendant [Party B]</w:t>
      </w:r>
    </w:p>
    <w:p>
      <w:pPr/>
    </w:p>
    <w:p>
      <w:pPr>
        <w:keepNext w:val="0"/>
        <w:spacing w:before="120" w:after="0" w:line="260" w:lineRule="exact"/>
        <w:ind w:left="360" w:right="0" w:firstLine="0"/>
        <w:jc w:val="left"/>
      </w:pPr>
      <w:r>
        <w:rPr>
          <w:rFonts w:ascii="Times New Roman" w:hAnsi="Times New Roman" w:eastAsia="Times New Roman" w:cs="Times New Roman"/>
          <w:b/>
          <w:sz w:val="24"/>
        </w:rPr>
        <w:t>ORDER</w:t>
      </w:r>
    </w:p>
    <w:p>
      <w:pPr>
        <w:keepNext w:val="0"/>
        <w:spacing w:before="120" w:after="0" w:line="260" w:lineRule="exact"/>
        <w:ind w:left="720" w:right="0" w:firstLine="240"/>
        <w:jc w:val="left"/>
      </w:pPr>
      <w:r>
        <w:rPr>
          <w:rFonts w:ascii="Times New Roman" w:hAnsi="Times New Roman" w:eastAsia="Times New Roman" w:cs="Times New Roman"/>
          <w:b w:val="0"/>
          <w:sz w:val="24"/>
        </w:rPr>
        <w:t>The parties having so stipulated and agreed, it is hereby SO ORDERED. The above-referenced case is hereby DISMISSED WITH PREJUDICE, each side to bear its own costs and attorneys' fees.</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The Honorable [JUDGE NAME]</w:t>
      </w:r>
    </w:p>
    <w:p>
      <w:pPr>
        <w:keepNext w:val="0"/>
        <w:spacing w:before="120" w:after="0" w:line="260" w:lineRule="exact"/>
        <w:ind w:left="720" w:right="0" w:firstLine="0"/>
        <w:jc w:val="left"/>
      </w:pPr>
      <w:r>
        <w:rPr>
          <w:rFonts w:ascii="Times New Roman" w:hAnsi="Times New Roman" w:eastAsia="Times New Roman" w:cs="Times New Roman"/>
          <w:b w:val="0"/>
          <w:sz w:val="24"/>
        </w:rPr>
        <w:t>United States District Court Judge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