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Shareholder Proposal Log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Shareholder Proposal Log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[Year] Proxy Statement and Annual Meeting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