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Shareholders' Call for Special Meeting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CALL OF SPECIAL MEETING BY THE SHAREHOLDERS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OF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[corporation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[name]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President of [name of corporation]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undersigned shareholders of [name of corporation], entitled to cast at least [percentage set by law or the articles of incorporation] percent of outstanding shares entitled to vote, call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special meeting of the shareholders of the corporation.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nature of the business to be transacted at the meeting is: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___________________.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___________________.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You are requested to fix the date of the meeting as [date]. If this date is not convenient, we would appreciate the opportunity of discussing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alternative before you fix the date.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You are directed to cause notice of the special meeting to be given.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___________________.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