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SHAREHOLDERS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shareholders / the shareholders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Virginia corporation (the "Corporation"), do hereby consent to the adoption of the following resolutions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pursuant to [the articles of incorporation of the corporation and] Section 13.1-657 of the Virginia Stock Corporation Act:</w:t>
      </w:r>
    </w:p>
    <w:p>
      <w:pPr>
        <w:keepNext w:val="0"/>
        <w:spacing w:before="200" w:after="0" w:line="260" w:lineRule="exact"/>
        <w:ind w:left="1080" w:right="0" w:firstLine="0"/>
        <w:jc w:val="both"/>
      </w:pPr>
      <w:r>
        <w:rPr>
          <w:rFonts w:ascii="Times New Roman" w:hAnsi="Times New Roman" w:eastAsia="Times New Roman" w:cs="Times New Roman"/>
          <w:b w:val="0"/>
          <w:sz w:val="24"/>
        </w:rPr>
        <w:t>WHEREAS, as of [DATE], the Board of Directors of the Corporation, has [recommended, in the best interests of the Corporation, that / determined that it makes no recommendation with respect to whether] the Corporation be dissolved;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 be liquidated, wound up, and dissolved as soon as practicable.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and the Shareholders of the Corporation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complete liquidation (the "Plan") in connection with the liquidation and dissolution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form, terms, and provisions of the proposed Plan by and between the Corporation and the Shareholders of the Corporation, attached hereto as Exhibit [_____], to carry out the intent of the foregoing resolutions, on the terms and conditions set forth in said Plan be, and they hereby are, in all respects, approved.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President of the Corporation be, and hereby is, authorized and directed to execute and deliver the Plan with such additions, modifications, completions, and deletions in such Plan, after consultation with counsel for the Shareholders of the Corporation and for the Corporation, as said officer shall approve, such approval to be conclusively evidenced by his or her execution and delivery of the Plan.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and directors of the Corporation are authorized and directed to do and perform all such further acts and things; to execute all documents, instruments, reports, tax returns, certificates, and affidavits required by any federal, state, or local government; and to make all such payments as in his or her judgment shall be necessary or appropriate to carry out, comply with, and effectuate the purposes and intents of the foregoing resolutions, in connection with or by reason of the liquidation and dissolution of the Corporation.</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Shareholder</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Shares: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Shareholder</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Shares: ____________________</w:t>
      </w:r>
    </w:p>
    <w:p>
      <w:pP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EXHIBIT [_____]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[Agreement and Plan of Distribution here]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