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Agreement and Plan of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shareholders/representing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Cal. Corp. Code § 603:</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form, terms and provisions of the proposed Plan by and between the Corporation and the Shareholders of the Corporation, attached hereto as Exhibit [__], to carry out the intent of the foregoing resolutions, on the terms and conditions set forth in said Plan be, and they hereby are, in all respects, approved.</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RESOLVED, that the President of the Corporation is authorized and directed in the name and on behalf of the Corporation to do and perform all such further acts and things, to execute and deliver and, if necessary or appropriate, file with the Secretary of State for the State of California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Election and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 of Dissolution and file with the appropriate governmental authorities all such further certificates, contracts, agreements, documents, powers of attorney, receipts or other papers, and to make all such payments as in his or her judgment shall be necessary or appropriate to carry out, comply with and effectuate the purposes and intents of the foregoing resolutions.</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[__].</w:t>
      </w:r>
    </w:p>
    <w:p>
      <w:pPr>
        <w:keepNext w:val="0"/>
        <w:spacing w:before="200" w:after="0" w:line="260" w:lineRule="exact"/>
        <w:ind w:left="720" w:right="0" w:firstLine="0"/>
        <w:jc w:val="center"/>
      </w:pPr>
      <w:r>
        <w:rPr>
          <w:rFonts w:ascii="Times New Roman" w:hAnsi="Times New Roman" w:eastAsia="Times New Roman" w:cs="Times New Roman"/>
          <w:b w:val="0"/>
          <w:sz w:val="24"/>
        </w:rPr>
        <w:t>[Agreement and Plan of Distribution here]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