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Agreement and Plan of Liquidation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SHAREHOLDERS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shareholders/the shareholders representing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pursuant to  La. Rev. Stat. Ann. § 12:1-704 of the Louisiana Business Corporation Act:</w:t>
      </w:r>
    </w:p>
    <w:p>
      <w:pPr>
        <w:keepNext w:val="0"/>
        <w:spacing w:before="200" w:after="0" w:line="260" w:lineRule="exact"/>
        <w:ind w:left="1080" w:right="0" w:firstLine="0"/>
        <w:jc w:val="both"/>
      </w:pPr>
      <w:r>
        <w:rPr>
          <w:rFonts w:ascii="Times New Roman" w:hAnsi="Times New Roman" w:eastAsia="Times New Roman" w:cs="Times New Roman"/>
          <w:b w:val="0"/>
          <w:sz w:val="24"/>
        </w:rPr>
        <w:t>WHEREAS, as of [date], the Board of Directors of the Corporation, has [recommended, in the best interests of the Corporation, that/determined that it makes no recommendation with respect to whether] the Corporation be dissolved;</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be liquidated, wound up, and dissolved as soon as practicable.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and the Shareholders of the Corporation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complete liquidation (the "</w:t>
      </w:r>
      <w:r>
        <w:rPr>
          <w:rFonts w:ascii="Times New Roman" w:hAnsi="Times New Roman" w:eastAsia="Times New Roman" w:cs="Times New Roman"/>
          <w:b/>
          <w:sz w:val="24"/>
        </w:rPr>
        <w:t>Plan</w:t>
      </w:r>
      <w:r>
        <w:rPr>
          <w:rFonts w:ascii="Times New Roman" w:hAnsi="Times New Roman" w:eastAsia="Times New Roman" w:cs="Times New Roman"/>
          <w:b w:val="0"/>
          <w:sz w:val="24"/>
        </w:rPr>
        <w:t>") in connection with the liquidation and dissolution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form, terms, and provisions of the proposed Plan by and between the Corporation and the Shareholders of the Corporation, attached hereto as Exhibit [__], to carry out the intent of the foregoing resolutions, on the terms and conditions set forth in said Plan be, and they hereby are, in all respects, approved.</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and directors of the Corporation are authorized and directed to do and perform all such further acts and things; to execute all documents, instruments, reports, tax returns, certificates, and affidavits required by any federal, state, or local government; and to make all such payments as in his or her judgment shall be necessary or appropriate to carry out, comply with, and effectuate the purposes and intents of the foregoing resolutions, in connection with or by reason of the liquidation and dissolution of the Corporation.</w:t>
      </w:r>
    </w:p>
    <w:p>
      <w:pPr>
        <w:keepNext w:val="0"/>
        <w:spacing w:before="200" w:after="0" w:line="260" w:lineRule="exact"/>
        <w:ind w:left="36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page follows</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[__].</w:t>
      </w:r>
    </w:p>
    <w:p>
      <w:pPr>
        <w:keepNext w:val="0"/>
        <w:spacing w:before="200" w:after="0" w:line="260" w:lineRule="exact"/>
        <w:ind w:left="72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Agreement and Plan of Distribution</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