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Agreement and Plan of Liquidation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SHAREHOLDERS OF [name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shareholders/the shareholders representing at least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shares entitled to vote]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Washington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 23B.07.040 of the Washington Business Corporation Act:</w:t>
      </w:r>
    </w:p>
    <w:p>
      <w:pPr>
        <w:keepNext w:val="0"/>
        <w:spacing w:before="200" w:after="0" w:line="260" w:lineRule="exact"/>
        <w:ind w:left="1080" w:right="0" w:firstLine="0"/>
        <w:jc w:val="both"/>
      </w:pPr>
      <w:r>
        <w:rPr>
          <w:rFonts w:ascii="Times New Roman" w:hAnsi="Times New Roman" w:eastAsia="Times New Roman" w:cs="Times New Roman"/>
          <w:b w:val="0"/>
          <w:sz w:val="24"/>
        </w:rPr>
        <w:t>WHEREAS, as of [DATE], the Board of Directors of the Corporation, has [recommended, in the best interests of the Corporation, that/determined that it makes no recommendation with respect to whether] the Corporation be dissolved;</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form, terms, and provisions of the proposed Plan by and between the Corporation and the Shareholders of the Corporation, attached hereto as Exhibit [__], to carry out the intent of the foregoing resolutions, on the terms and conditions set forth in said Plan be, and they hereby are, in all respects, approved.</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and directors of the Corporation are authorized and directed to do and perform all such further acts and things; to execute all documents, instruments, reports, tax returns, certificates, and affidavits required by any federal, state, or local government; and to make all such payments as in his or her judgment shall be necessary or appropriate to carry out, comply with, and effectuate the purposes and intents of the foregoing resolutions, in connection with or by reason of the liquidation and dissolution of the Corporation.</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w:t>
      </w:r>
      <w:r>
        <w:rPr>
          <w:rFonts w:ascii="Times New Roman" w:hAnsi="Times New Roman" w:eastAsia="Times New Roman" w:cs="Times New Roman"/>
          <w:sz w:val="24"/>
        </w:rPr>
        <w:br/>
      </w: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Shares: _________________</w:t>
      </w:r>
    </w:p>
    <w:p>
      <w:pPr/>
    </w:p>
    <w:p>
      <w:pPr>
        <w:keepNext w:val="0"/>
        <w:spacing w:before="120" w:after="0" w:line="260" w:lineRule="exact"/>
        <w:ind w:left="360" w:right="0" w:firstLine="0"/>
        <w:jc w:val="left"/>
      </w:pPr>
      <w:r>
        <w:rPr>
          <w:rFonts w:ascii="Times New Roman" w:hAnsi="Times New Roman" w:eastAsia="Times New Roman" w:cs="Times New Roman"/>
          <w:b/>
          <w:sz w:val="24"/>
        </w:rPr>
        <w:t>EXHIBIT [__].</w:t>
      </w:r>
    </w:p>
    <w:p>
      <w:pPr>
        <w:keepNext w:val="0"/>
        <w:spacing w:before="200" w:after="0" w:line="260" w:lineRule="exact"/>
        <w:ind w:left="72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val="0"/>
          <w:sz w:val="24"/>
        </w:rPr>
        <w:t>Agreement and Plan of Distribution here</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