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Written Consent of the Shareholders</w:t>
      </w:r>
    </w:p>
    <w:p>
      <w:pPr/>
      <w:r>
        <w:rPr>
          <w:rFonts w:ascii="Times New Roman" w:hAnsi="Times New Roman" w:eastAsia="Times New Roman" w:cs="Times New Roman"/>
          <w:sz w:val="24"/>
        </w:rPr>
        <w:t>of</w:t>
      </w:r>
    </w:p>
    <w:p>
      <w:pPr/>
      <w:r>
        <w:rPr>
          <w:rFonts w:ascii="Times New Roman" w:hAnsi="Times New Roman" w:eastAsia="Times New Roman" w:cs="Times New Roman"/>
          <w:sz w:val="24"/>
        </w:rPr>
        <w:t>[name of corporation]</w:t>
      </w:r>
    </w:p>
    <w:p>
      <w:pPr/>
    </w:p>
    <w:p>
      <w:pPr/>
      <w:r>
        <w:rPr>
          <w:rFonts w:ascii="Times New Roman" w:hAnsi="Times New Roman" w:eastAsia="Times New Roman" w:cs="Times New Roman"/>
          <w:sz w:val="24"/>
        </w:rPr>
        <w:t>Shareholders' Consent: Dissolution and Liquidation Plan Agreement</w:t>
      </w:r>
    </w:p>
    <w:p>
      <w:pPr/>
      <w:r>
        <w:rPr>
          <w:rFonts w:ascii="Times New Roman" w:hAnsi="Times New Roman" w:eastAsia="Times New Roman" w:cs="Times New Roman"/>
          <w:sz w:val="24"/>
        </w:rPr>
        <w:t xml:space="preserve">The undersigned, being all of the shareholders of </w:t>
      </w:r>
      <w:r>
        <w:rPr>
          <w:rFonts w:ascii="Times New Roman" w:hAnsi="Times New Roman" w:eastAsia="Times New Roman" w:cs="Times New Roman"/>
          <w:sz w:val="24"/>
        </w:rPr>
        <w:t>[</w:t>
      </w:r>
      <w:r>
        <w:rPr>
          <w:rFonts w:ascii="Times New Roman" w:hAnsi="Times New Roman" w:eastAsia="Times New Roman" w:cs="Times New Roman"/>
          <w:sz w:val="24"/>
        </w:rPr>
        <w:t>name of corporation], a New York corporation (the "Corporation"), do hereby consent to the adoption of the following resolutions without a meeting of the shareholders of the Corporation, pursuant to Section 615(a) of the Business Corporation Law of the State of New York:</w:t>
      </w:r>
    </w:p>
    <w:p>
      <w:pPr/>
      <w:r>
        <w:rPr>
          <w:rFonts w:ascii="Times New Roman" w:hAnsi="Times New Roman" w:eastAsia="Times New Roman" w:cs="Times New Roman"/>
          <w:sz w:val="24"/>
        </w:rPr>
        <w:t>RESOLVED, that the Corporation be liquidated, wound up and dissolved as soon as practicable.</w:t>
      </w:r>
    </w:p>
    <w:p>
      <w:pPr/>
      <w:r>
        <w:rPr>
          <w:rFonts w:ascii="Times New Roman" w:hAnsi="Times New Roman" w:eastAsia="Times New Roman" w:cs="Times New Roman"/>
          <w:sz w:val="24"/>
        </w:rPr>
        <w:t>RESOLVED, that the Corporation and the Shareholders of the Corporation enter into an agreement and plan of complete liquidation (the "Plan") in connection with the liquidation and dissolution of the Corporation.</w:t>
      </w:r>
    </w:p>
    <w:p>
      <w:pPr/>
      <w:r>
        <w:rPr>
          <w:rFonts w:ascii="Times New Roman" w:hAnsi="Times New Roman" w:eastAsia="Times New Roman" w:cs="Times New Roman"/>
          <w:sz w:val="24"/>
        </w:rPr>
        <w:t>RESOLVED, that the form, terms and provisions of the proposed Plan by and between the Corporation and the Shareholders of the Corporation, attached hereto as Exhibit A, to carry out the intent of the foregoing resolutions, on the terms and conditions set forth in said Plan be, and they hereby are, in all respects, approved.</w:t>
      </w:r>
    </w:p>
    <w:p>
      <w:pPr/>
      <w:r>
        <w:rPr>
          <w:rFonts w:ascii="Times New Roman" w:hAnsi="Times New Roman" w:eastAsia="Times New Roman" w:cs="Times New Roman"/>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r>
        <w:rPr>
          <w:rFonts w:ascii="Times New Roman" w:hAnsi="Times New Roman" w:eastAsia="Times New Roman" w:cs="Times New Roman"/>
          <w:sz w:val="24"/>
        </w:rPr>
        <w:t>RESOLVED, that the President of the Corporation is authorized and directed in the name and on behalf of the Corporation to do and perform all such further acts and things, to execute and deliver and, if necessary or appropriate, file with the Secretary of State for the State of New York a Certificate of Dissolution and file with the appropriate governmental authorities all such further certificates, contracts, agreements, documents, powers of attorney, receipts or other papers, and to make all such payments as in his or her judgment shall be necessary or appropriate to carry out, comply with and effectuate the purposes and intents of the foregoing resolutions.</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Dated: </w:t>
      </w:r>
      <w:r>
        <w:rPr>
          <w:rFonts w:ascii="Times New Roman" w:hAnsi="Times New Roman" w:eastAsia="Times New Roman" w:cs="Times New Roman"/>
          <w:sz w:val="24"/>
        </w:rPr>
        <w:t>[</w:t>
      </w:r>
      <w:r>
        <w:rPr>
          <w:rFonts w:ascii="Times New Roman" w:hAnsi="Times New Roman" w:eastAsia="Times New Roman" w:cs="Times New Roman"/>
          <w:sz w:val="24"/>
        </w:rPr>
        <w:t>date]</w:t>
      </w:r>
    </w:p>
    <w:p>
      <w:pPr/>
      <w:r>
        <w:rPr>
          <w:rFonts w:ascii="Times New Roman" w:hAnsi="Times New Roman" w:eastAsia="Times New Roman" w:cs="Times New Roman"/>
          <w:sz w:val="24"/>
        </w:rPr>
        <w:t>[Signature]</w:t>
      </w:r>
    </w:p>
    <w:p>
      <w:pPr/>
    </w:p>
    <w:p>
      <w:pPr/>
    </w:p>
    <w:p>
      <w:pPr/>
      <w:r>
        <w:rPr>
          <w:rFonts w:ascii="Times New Roman" w:hAnsi="Times New Roman" w:eastAsia="Times New Roman" w:cs="Times New Roman"/>
          <w:sz w:val="24"/>
        </w:rPr>
        <w:t>[Signature]</w:t>
      </w:r>
    </w:p>
    <w:p>
      <w:pPr/>
    </w:p>
    <w:p>
      <w:pPr/>
    </w:p>
    <w:p>
      <w:pPr/>
    </w:p>
    <w:p>
      <w:pPr/>
      <w:r>
        <w:rPr>
          <w:rFonts w:ascii="Times New Roman" w:hAnsi="Times New Roman" w:eastAsia="Times New Roman" w:cs="Times New Roman"/>
          <w:sz w:val="24"/>
        </w:rPr>
        <w:t xml:space="preserve">Exhibit </w:t>
      </w:r>
      <w:r>
        <w:rPr>
          <w:rFonts w:ascii="Times New Roman" w:hAnsi="Times New Roman" w:eastAsia="Times New Roman" w:cs="Times New Roman"/>
          <w:sz w:val="24"/>
        </w:rPr>
        <w:t>A.</w:t>
      </w:r>
      <w:r>
        <w:rPr>
          <w:rFonts w:ascii="Times New Roman" w:hAnsi="Times New Roman" w:eastAsia="Times New Roman" w:cs="Times New Roman"/>
          <w:sz w:val="24"/>
        </w:rPr>
        <w:t xml:space="preserve"> Agreement and Plan of Liquidation</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AGREEMENT AND PLAN OF LIQUIDATION made as of this </w:t>
      </w:r>
      <w:r>
        <w:rPr>
          <w:rFonts w:ascii="Times New Roman" w:hAnsi="Times New Roman" w:eastAsia="Times New Roman" w:cs="Times New Roman"/>
          <w:sz w:val="24"/>
        </w:rPr>
        <w:t>[</w:t>
      </w:r>
      <w:r>
        <w:rPr>
          <w:rFonts w:ascii="Times New Roman" w:hAnsi="Times New Roman" w:eastAsia="Times New Roman" w:cs="Times New Roman"/>
          <w:sz w:val="24"/>
        </w:rPr>
        <w:t xml:space="preserve">date], by and among </w:t>
      </w:r>
      <w:r>
        <w:rPr>
          <w:rFonts w:ascii="Times New Roman" w:hAnsi="Times New Roman" w:eastAsia="Times New Roman" w:cs="Times New Roman"/>
          <w:sz w:val="24"/>
        </w:rPr>
        <w:t>[</w:t>
      </w:r>
      <w:r>
        <w:rPr>
          <w:rFonts w:ascii="Times New Roman" w:hAnsi="Times New Roman" w:eastAsia="Times New Roman" w:cs="Times New Roman"/>
          <w:sz w:val="24"/>
        </w:rPr>
        <w:t xml:space="preserve">names of shareholders] (hereinafter referred to as the "Shareholders"), and </w:t>
      </w:r>
      <w:r>
        <w:rPr>
          <w:rFonts w:ascii="Times New Roman" w:hAnsi="Times New Roman" w:eastAsia="Times New Roman" w:cs="Times New Roman"/>
          <w:sz w:val="24"/>
        </w:rPr>
        <w:t>[</w:t>
      </w:r>
      <w:r>
        <w:rPr>
          <w:rFonts w:ascii="Times New Roman" w:hAnsi="Times New Roman" w:eastAsia="Times New Roman" w:cs="Times New Roman"/>
          <w:sz w:val="24"/>
        </w:rPr>
        <w:t>name of corporation], a corporation organized under the laws of the State of New York (hereinafter called the "Corporation").</w:t>
      </w:r>
    </w:p>
    <w:p>
      <w:pPr/>
      <w:r>
        <w:rPr>
          <w:rFonts w:ascii="Times New Roman" w:hAnsi="Times New Roman" w:eastAsia="Times New Roman" w:cs="Times New Roman"/>
          <w:sz w:val="24"/>
        </w:rPr>
        <w:t>WHEREAS, the Shareholders and the Corporation wish to approve, authorize, and consent to the voluntary liquidation and dissolution of the Corporation in accordance with the provisions of the Internal Revenue Code of 1986, as amended, and the Business Corporation Law of the State of New York;</w:t>
      </w:r>
    </w:p>
    <w:p>
      <w:pPr/>
      <w:r>
        <w:rPr>
          <w:rFonts w:ascii="Times New Roman" w:hAnsi="Times New Roman" w:eastAsia="Times New Roman" w:cs="Times New Roman"/>
          <w:sz w:val="24"/>
        </w:rPr>
        <w:t>NOW, THEREFORE, the parties hereto hereby agree as follows:</w:t>
      </w:r>
    </w:p>
    <w:p>
      <w:pPr/>
      <w:r>
        <w:rPr>
          <w:rFonts w:ascii="Times New Roman" w:hAnsi="Times New Roman" w:eastAsia="Times New Roman" w:cs="Times New Roman"/>
          <w:sz w:val="24"/>
        </w:rPr>
        <w:t>The Shareholders approve, authorize and consent to the voluntary liquidation and dissolution of the Corporation, such liquidation and dissolution to be effected as promptly as possible and in accordance with the plan of liquidation set forth in this Agreement.</w:t>
      </w:r>
    </w:p>
    <w:p>
      <w:pPr/>
      <w:r>
        <w:rPr>
          <w:rFonts w:ascii="Times New Roman" w:hAnsi="Times New Roman" w:eastAsia="Times New Roman" w:cs="Times New Roman"/>
          <w:sz w:val="24"/>
        </w:rPr>
        <w:t>As soon as practicable after payment of the Corporation's debts and liabilities, or provision is made therefor by the establishment of such reserves as the officers deem appropriate, the officers of the Corporation shall distribute all of the remaining property and assets of the Corporation to the Shareholders, subject to any unpaid liabilities. Said distribution to the Shareholders shall be in complete cancellation or redemption of all of the issued and outstanding capital stock of the Corporation.</w:t>
      </w:r>
    </w:p>
    <w:p>
      <w:pPr/>
      <w:r>
        <w:rPr>
          <w:rFonts w:ascii="Times New Roman" w:hAnsi="Times New Roman" w:eastAsia="Times New Roman" w:cs="Times New Roman"/>
          <w:sz w:val="24"/>
        </w:rPr>
        <w:t>The Shareholders hereby agree to cause to be filed a Certificate of Dissolution with the Department of State of the State of New York.</w:t>
      </w:r>
    </w:p>
    <w:p>
      <w:pPr/>
    </w:p>
    <w:p>
      <w:pPr/>
      <w:r>
        <w:rPr>
          <w:rFonts w:ascii="Times New Roman" w:hAnsi="Times New Roman" w:eastAsia="Times New Roman" w:cs="Times New Roman"/>
          <w:sz w:val="24"/>
        </w:rPr>
        <w:t>IN WITNESS WHEREOF, the parties hereto have executed or caused this Agreement and Plan of Liquidation to be executed by their duly authorized representatives, as of the day and year first above written.</w:t>
      </w:r>
    </w:p>
    <w:p>
      <w:pPr/>
    </w:p>
    <w:p>
      <w:pPr/>
      <w:r>
        <w:rPr>
          <w:rFonts w:ascii="Times New Roman" w:hAnsi="Times New Roman" w:eastAsia="Times New Roman" w:cs="Times New Roman"/>
          <w:sz w:val="24"/>
        </w:rPr>
        <w:t>[Signature]</w:t>
      </w:r>
    </w:p>
    <w:p>
      <w:pPr/>
    </w:p>
    <w:p>
      <w:pPr/>
      <w:r>
        <w:rPr>
          <w:rFonts w:ascii="Times New Roman" w:hAnsi="Times New Roman" w:eastAsia="Times New Roman" w:cs="Times New Roman"/>
          <w:sz w:val="24"/>
        </w:rPr>
        <w:t>[Signature]</w:t>
      </w:r>
    </w:p>
    <w:p>
      <w:pPr/>
    </w:p>
    <w:p>
      <w:pPr/>
    </w:p>
    <w:p>
      <w:pPr/>
      <w:r>
        <w:rPr>
          <w:rFonts w:ascii="Times New Roman" w:hAnsi="Times New Roman" w:eastAsia="Times New Roman" w:cs="Times New Roman"/>
          <w:sz w:val="24"/>
        </w:rPr>
        <w:t>[Signature]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