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Shareholders' Consent: Resolution or Action Taken at Meeting of Shareholders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WRITTEN CONSENT OF SHAREHOLDER OF [name of corporation],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 xml:space="preserve"> California corporation (the "Corporation")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[e.g., AMENDMENT OF THE ARTICLES OF INCORPORATION]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undersigned record owner of [number] shares of [Common Stock] of the Corporation hereby consents to the holding of [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annual/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special] meeting of the shareholders of the Corporation on [date of meeting] and approves the adoption of the resolution(s) passed at the meeting, attached as 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Dated: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 ___________________ [</w:t>
      </w:r>
      <w:r>
        <w:rPr>
          <w:rFonts w:ascii="Times New Roman" w:hAnsi="Times New Roman" w:eastAsia="Times New Roman" w:cs="Times New Roman"/>
          <w:b w:val="0"/>
          <w:sz w:val="24"/>
        </w:rPr>
        <w:t>signature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[type name]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[Resolutions]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