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Shareholders' Consent Statement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undersigned, being all the shareholders of [name],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[state] corporation (the "Corporation"), with its principal office located at [address] do hereby consent to the election of the Corporation, made on Internal Revenue Service Form 2553, to be subject to the provisions of Subchapter S of the Internal Revenue Code, for the taxable year commencing [date].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names and addresses of the shareholders of the Corporation, the number of shares held by each, and the dates acquired are as follows:</w:t>
      </w:r>
    </w:p>
    <w:p>
      <w:pPr>
        <w:spacing w:line="100" w:lineRule="exact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