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  <w:r>
        <w:rPr>
          <w:rFonts w:ascii="Times New Roman" w:hAnsi="Times New Roman" w:eastAsia="Times New Roman" w:cs="Times New Roman"/>
          <w:b/>
          <w:sz w:val="24"/>
        </w:rPr>
        <w:tab/>
        <w:t>SHAREHOLDERS MEETING MINUTES FOR</w:t>
      </w: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[ORGANIZATION'S NAME]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I. MEETING DETAILS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Chairperson: </w:t>
      </w:r>
      <w:r>
        <w:rPr>
          <w:rFonts w:ascii="Times New Roman" w:hAnsi="Times New Roman" w:eastAsia="Times New Roman" w:cs="Times New Roman"/>
          <w:sz w:val="24"/>
        </w:rPr>
        <w:t>[CHAIRPERSON’S NAME]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Secretary: </w:t>
      </w:r>
      <w:r>
        <w:rPr>
          <w:rFonts w:ascii="Times New Roman" w:hAnsi="Times New Roman" w:eastAsia="Times New Roman" w:cs="Times New Roman"/>
          <w:sz w:val="24"/>
        </w:rPr>
        <w:t>[SECRETARY’S NAME]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Time: </w:t>
      </w:r>
      <w:r>
        <w:rPr>
          <w:rFonts w:ascii="Times New Roman" w:hAnsi="Times New Roman" w:eastAsia="Times New Roman" w:cs="Times New Roman"/>
          <w:sz w:val="24"/>
        </w:rPr>
        <w:t>[TIME]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Location: </w:t>
      </w:r>
      <w:r>
        <w:rPr>
          <w:rFonts w:ascii="Times New Roman" w:hAnsi="Times New Roman" w:eastAsia="Times New Roman" w:cs="Times New Roman"/>
          <w:sz w:val="24"/>
        </w:rPr>
        <w:t>[LOCATION NAME]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Street Address: </w:t>
      </w:r>
      <w:r>
        <w:rPr>
          <w:rFonts w:ascii="Times New Roman" w:hAnsi="Times New Roman" w:eastAsia="Times New Roman" w:cs="Times New Roman"/>
          <w:sz w:val="24"/>
        </w:rPr>
        <w:t>[STREET ADDRESS]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City: </w:t>
      </w:r>
      <w:r>
        <w:rPr>
          <w:rFonts w:ascii="Times New Roman" w:hAnsi="Times New Roman" w:eastAsia="Times New Roman" w:cs="Times New Roman"/>
          <w:sz w:val="24"/>
        </w:rPr>
        <w:t>[CITY]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State: </w:t>
      </w:r>
      <w:r>
        <w:rPr>
          <w:rFonts w:ascii="Times New Roman" w:hAnsi="Times New Roman" w:eastAsia="Times New Roman" w:cs="Times New Roman"/>
          <w:sz w:val="24"/>
        </w:rPr>
        <w:t xml:space="preserve">[STATE] </w:t>
      </w:r>
      <w:r>
        <w:rPr>
          <w:rFonts w:ascii="Times New Roman" w:hAnsi="Times New Roman" w:eastAsia="Times New Roman" w:cs="Times New Roman"/>
          <w:sz w:val="24"/>
        </w:rPr>
        <w:t xml:space="preserve"> Zip: </w:t>
      </w:r>
      <w:r>
        <w:rPr>
          <w:rFonts w:ascii="Times New Roman" w:hAnsi="Times New Roman" w:eastAsia="Times New Roman" w:cs="Times New Roman"/>
          <w:sz w:val="24"/>
        </w:rPr>
        <w:t>[ZIP CODE]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II. ROLL CALL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[ENTER WHO IS IN PRESENT AND WHO IS ABSENT]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III. CALL TO ORDER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[APPROVAL OF PREVIOUS MINUTES AND THE CURRENT MEETING’S AGENDA]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IV. OLD BUSINESS</w:t>
      </w:r>
      <w:r>
        <w:rPr>
          <w:rFonts w:ascii="Times New Roman" w:hAnsi="Times New Roman" w:eastAsia="Times New Roman" w:cs="Times New Roman"/>
          <w:sz w:val="24"/>
        </w:rPr>
        <w:t xml:space="preserve">.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[LIST ANY OUTSTANDING MATTERS, DESCRIBE THE ISSUES AND RECORD VOTES]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V. NEW BUSINESS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[ANY NEW MATTERS, REPORTS, FINANCIAL STATEMENTS, ETC.]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VI. SPECIAL CONSIDERATIONS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[INVESTORS NOTES, NOMINATIONS, OR OTHER BUSINESS MATTERS]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VII. ADJOURNMENT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[ENTER WHEN THE MEETING ENDED]</w:t>
      </w:r>
    </w:p>
    <w:p>
      <w:pPr/>
    </w:p>
    <w:p>
      <w:pPr/>
    </w:p>
    <w:p>
      <w:pPr/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Submitted by: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Print Name: ______________________</w:t>
      </w:r>
    </w:p>
    <w:p>
      <w:pPr/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Approved by: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Print Name: 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