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Meetings Script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CALL TO ORDER AND WELCOMING REMARKS </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Good Morning. I'm [name], President of [corporation name], and I will act as chairperson of this meeting. On behalf of the company's board of directors and officers, I would like to welcome you to this special meeting of shareholders. Thank you for coming.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this time I would like to call the meeting to order. [name], the company's secretary, will act as secretary of this meeting and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proceedings.</w:t>
      </w:r>
    </w:p>
    <w:p>
      <w:pPr>
        <w:keepNext w:val="0"/>
        <w:spacing w:before="200" w:after="0" w:line="260" w:lineRule="exact"/>
        <w:ind w:left="720" w:right="0" w:firstLine="0"/>
        <w:jc w:val="both"/>
      </w:pPr>
      <w:r>
        <w:rPr>
          <w:rFonts w:ascii="Times New Roman" w:hAnsi="Times New Roman" w:eastAsia="Times New Roman" w:cs="Times New Roman"/>
          <w:b w:val="0"/>
          <w:sz w:val="24"/>
        </w:rPr>
        <w:t>The record date for the determination of the shareholders entitled to vote at this meeting was fixed at the close of business on [date].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Notice of this special meeting was mailed on [date], to the shareholders of record of [date] as of the close of business on [date].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will also serve as judge of elections for this meeting. [name] has taken his oath of office, which (he or she) will file with the minutes of this meeting, along with the judge's certificate relating to the voting conducted today. [name], will you please report to us on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so that we may conduct the business meeting?</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As of [date], the record date established for this meeting by the board of directors, there were [number] shareholders of [number] common stock issued and outstanding and entitled to vote at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on my review,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common stock of the company are represented in person or by proxy at this meeting and consequently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for the conduct of business.</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Thank you, [name]. 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 declare this special meeting of shareholders officially convened and we may proceed with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The secretary will now proceed to read for approval the minutes of the company's [year]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Shareholder [name]:</w:t>
      </w:r>
    </w:p>
    <w:p>
      <w:pPr>
        <w:keepNext w:val="0"/>
        <w:spacing w:before="200" w:after="0" w:line="260" w:lineRule="exact"/>
        <w:ind w:left="720" w:right="0" w:firstLine="0"/>
        <w:jc w:val="both"/>
      </w:pPr>
      <w:r>
        <w:rPr>
          <w:rFonts w:ascii="Times New Roman" w:hAnsi="Times New Roman" w:eastAsia="Times New Roman" w:cs="Times New Roman"/>
          <w:b w:val="0"/>
          <w:sz w:val="24"/>
        </w:rPr>
        <w:t>I move that the reading of the minutes be dispensed with and that the minutes as presented be approved and accepted.</w:t>
      </w:r>
    </w:p>
    <w:p>
      <w:pPr>
        <w:keepNext w:val="0"/>
        <w:spacing w:before="200" w:after="0" w:line="260" w:lineRule="exact"/>
        <w:ind w:left="720" w:right="0" w:firstLine="0"/>
        <w:jc w:val="both"/>
      </w:pPr>
      <w:r>
        <w:rPr>
          <w:rFonts w:ascii="Times New Roman" w:hAnsi="Times New Roman" w:eastAsia="Times New Roman" w:cs="Times New Roman"/>
          <w:b w:val="0"/>
          <w:sz w:val="24"/>
        </w:rPr>
        <w:t>Shareholder [name]:</w:t>
      </w:r>
    </w:p>
    <w:p>
      <w:pPr>
        <w:keepNext w:val="0"/>
        <w:spacing w:before="200" w:after="0" w:line="260" w:lineRule="exact"/>
        <w:ind w:left="720" w:right="0" w:firstLine="0"/>
        <w:jc w:val="both"/>
      </w:pPr>
      <w:r>
        <w:rPr>
          <w:rFonts w:ascii="Times New Roman" w:hAnsi="Times New Roman" w:eastAsia="Times New Roman" w:cs="Times New Roman"/>
          <w:b w:val="0"/>
          <w:sz w:val="24"/>
        </w:rPr>
        <w:t>I second the motion.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Is there any discussion or question of the motion? 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motion to dispense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reading for the minutes. All those in favor of adoption of the resolution say "aye."</w:t>
      </w:r>
    </w:p>
    <w:p>
      <w:pPr>
        <w:keepNext w:val="0"/>
        <w:spacing w:before="200" w:after="0" w:line="260" w:lineRule="exact"/>
        <w:ind w:left="720" w:right="0" w:firstLine="0"/>
        <w:jc w:val="both"/>
      </w:pPr>
      <w:r>
        <w:rPr>
          <w:rFonts w:ascii="Times New Roman" w:hAnsi="Times New Roman" w:eastAsia="Times New Roman" w:cs="Times New Roman"/>
          <w:b w:val="0"/>
          <w:sz w:val="24"/>
        </w:rPr>
        <w:t>All those opposed to adoption of the resolution say "nay." The motion is carried; the resolution is adopted.</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AMENDMENT TO ARTICLES OF INCORPORATION </w:t>
      </w:r>
    </w:p>
    <w:p>
      <w:pPr>
        <w:keepNext w:val="0"/>
        <w:spacing w:before="200" w:after="0" w:line="260" w:lineRule="exact"/>
        <w:ind w:left="1080" w:right="0" w:firstLine="0"/>
        <w:jc w:val="both"/>
      </w:pPr>
      <w:r>
        <w:rPr>
          <w:rFonts w:ascii="Times New Roman" w:hAnsi="Times New Roman" w:eastAsia="Times New Roman" w:cs="Times New Roman"/>
          <w:b w:val="0"/>
          <w:sz w:val="24"/>
        </w:rPr>
        <w:t>As you know, we have one matter to consider at this meeting. That item is the amendment of the company's articles of incorporation, providing for the authorization of [number] shares of preferred stock, which may be issued in one or more series, and that will have the rights, preferences, designations, qualifications, limitations and restrictions that the board of directors may from time to time determine.</w:t>
      </w:r>
    </w:p>
    <w:p>
      <w:pPr>
        <w:keepNext w:val="0"/>
        <w:spacing w:before="200" w:after="0" w:line="260" w:lineRule="exact"/>
        <w:ind w:left="1080" w:right="0" w:firstLine="0"/>
        <w:jc w:val="both"/>
      </w:pPr>
      <w:r>
        <w:rPr>
          <w:rFonts w:ascii="Times New Roman" w:hAnsi="Times New Roman" w:eastAsia="Times New Roman" w:cs="Times New Roman"/>
          <w:b w:val="0"/>
          <w:sz w:val="24"/>
        </w:rPr>
        <w:t>The form of the amendment to the articles of incorporation was sent to all shareholders together with the notice of this meeting. In addition, the form of amendment is available for inspection at this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affirmative vote of the holders of shares of common stock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entitled to vote will constitute affirmative action by the shareholders on this matter.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have asked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record on [date]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bring the proposal before the meeting. [name], will you please make the motion?</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Mr. Chairman, I move for the adoption of the amendment to the company's articles of incorporation as presented. </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to [name]'s motion?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 recognizes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record on [date].</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Mr. Chairman, I second [name]'s motion.</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The floor is now open for any discussion on this matter. Will any person wishing to comment on this proposal, please raise your hand?</w:t>
      </w:r>
    </w:p>
    <w:p>
      <w:pPr>
        <w:keepNext w:val="0"/>
        <w:spacing w:before="200" w:after="0" w:line="260" w:lineRule="exact"/>
        <w:ind w:left="1080" w:right="0" w:firstLine="0"/>
        <w:jc w:val="center"/>
      </w:pPr>
      <w:r>
        <w:rPr>
          <w:rFonts w:ascii="Times New Roman" w:hAnsi="Times New Roman" w:eastAsia="Times New Roman" w:cs="Times New Roman"/>
          <w:b w:val="0"/>
          <w:sz w:val="24"/>
        </w:rPr>
        <w:t>(Permit discussion, if any, and proceed.)</w:t>
      </w:r>
    </w:p>
    <w:p>
      <w:pPr>
        <w:keepNext w:val="0"/>
        <w:spacing w:before="200" w:after="0" w:line="260" w:lineRule="exact"/>
        <w:ind w:left="720" w:right="0" w:firstLine="0"/>
        <w:jc w:val="center"/>
      </w:pPr>
      <w:r>
        <w:rPr>
          <w:rFonts w:ascii="Times New Roman" w:hAnsi="Times New Roman" w:eastAsia="Times New Roman" w:cs="Times New Roman"/>
          <w:b w:val="0"/>
          <w:sz w:val="24"/>
        </w:rPr>
        <w:t>BALLOTING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will now vote on the resolutions before this meeting. The resolutions are as follows: (Read resolutions from last page). 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resolutions. All those in favor of these resolutions, signify so by saying "aye." All those opposed, signify so by saying "nay." All those abstaining, please signify so by saying "abstain."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vote being unanimous in favor of the resolutions authorizing the amendment to the articles of incorporation, the officers of the company are directed to file the appropriate instruments with State of Florida in order to effectuate the amendment.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OTHER MATTERS AND ADJOURNMENT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know of no other business that is to be brought before this meeting; however, if there are other matters of which I am not aware, they should be brought up at this time.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not, I will entertain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for adjournment.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w:t>
      </w:r>
    </w:p>
    <w:p>
      <w:pPr>
        <w:keepNext w:val="0"/>
        <w:spacing w:before="200" w:after="0" w:line="260" w:lineRule="exact"/>
        <w:ind w:left="1080" w:right="0" w:firstLine="0"/>
        <w:jc w:val="both"/>
      </w:pPr>
      <w:r>
        <w:rPr>
          <w:rFonts w:ascii="Times New Roman" w:hAnsi="Times New Roman" w:eastAsia="Times New Roman" w:cs="Times New Roman"/>
          <w:b w:val="0"/>
          <w:sz w:val="24"/>
        </w:rPr>
        <w:t>Mr. Chairman, I move that this meeting be adjourned.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w:t>
      </w:r>
    </w:p>
    <w:p>
      <w:pPr>
        <w:keepNext w:val="0"/>
        <w:spacing w:before="200" w:after="0" w:line="260" w:lineRule="exact"/>
        <w:ind w:left="1080" w:right="0" w:firstLine="0"/>
        <w:jc w:val="both"/>
      </w:pPr>
      <w:r>
        <w:rPr>
          <w:rFonts w:ascii="Times New Roman" w:hAnsi="Times New Roman" w:eastAsia="Times New Roman" w:cs="Times New Roman"/>
          <w:b w:val="0"/>
          <w:sz w:val="24"/>
        </w:rPr>
        <w:t>I second the motion.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Will all those in favor of the motion for adjournment, please so signify by saying "aye."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Those opposed, so signify by saying "nay."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meeting stands adjourned. </w:t>
      </w:r>
    </w:p>
    <w:p>
      <w:pPr>
        <w:keepNext w:val="0"/>
        <w:spacing w:before="200" w:after="0" w:line="260" w:lineRule="exact"/>
        <w:ind w:left="1080" w:right="0" w:firstLine="0"/>
        <w:jc w:val="center"/>
      </w:pPr>
      <w:r>
        <w:rPr>
          <w:rFonts w:ascii="Times New Roman" w:hAnsi="Times New Roman" w:eastAsia="Times New Roman" w:cs="Times New Roman"/>
          <w:b w:val="0"/>
          <w:sz w:val="24"/>
        </w:rPr>
        <w:t>__________</w:t>
      </w:r>
    </w:p>
    <w:p>
      <w:pPr>
        <w:keepNext w:val="0"/>
        <w:spacing w:before="200" w:after="0" w:line="260" w:lineRule="exact"/>
        <w:ind w:left="720" w:right="0" w:firstLine="0"/>
        <w:jc w:val="center"/>
      </w:pPr>
      <w:r>
        <w:rPr>
          <w:rFonts w:ascii="Times New Roman" w:hAnsi="Times New Roman" w:eastAsia="Times New Roman" w:cs="Times New Roman"/>
          <w:b w:val="0"/>
          <w:sz w:val="24"/>
        </w:rPr>
        <w:t>Resolutions for Presentation at the Special Meeting of the Shareholders to Be Held [date]</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Articles of Incorporation be amended to provide for the authorization of the issuance of [number] shares of Preferred Stock, which may be issued in one or more series, and that will have the rights, preferences, designations, qualifications, limitations and restrictions that the Board of Directors of the Company may from time to time determine.</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the officers of the Corporation be and hereby are authorized, empowered, and directed to do and perform all such further acts and things, to execute and deliver in the name of the Corporation, and when necessary or appropriate, to file with the appropriate governmental authorities, all further certificates, instruments and other documents, as in their judgment are necessary or advisable in order to effectuate the Amendment of Articles of Incorporation, the intent and purposes of the foregoing resolutions, and any or all the transactions contemplated in the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