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Maryland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meeting was called to order by [name], the [title, e.g., President] of the Corporation for the purpose of approving the dissolution of the corporation, and notice of the meeting was [method of distribution, e.g., mailed] to all shareholders entitled to notice on [month] [day], [year].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and Secretary.</w:t>
      </w:r>
    </w:p>
    <w:p>
      <w:pPr>
        <w:keepNext w:val="0"/>
        <w:spacing w:before="200" w:after="0" w:line="260" w:lineRule="exact"/>
        <w:ind w:left="108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[two thirds]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Md. Code Ann., Corps. &amp; Ass'ns § 3-403,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not less than 20 days prior to the filing of articles of dissolution with the Department, the Secretary shall mail notice that dissolution of the corporation has been approved to all its known creditors at their addresses as shown on the records of the corporation and to its employees, either at their home addresses as shown on the records of the corporation, or at their business addresses;</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not less than 20 days after the notice of dissolution was mailed pursuant to Md. Code Ann., Corps. &amp; Ass'ns § 3-404, the corporation may file articles of dissolution with the Department containing the information required by Md. Code Ann., Corps. &amp; Ass'ns § 3-406;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being no further business, on motion duly made, seconded and carried, the Chairman declared the meeting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