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CREDIT CARD AUTHORIZATION FORM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