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Simple Note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$[amount of note]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 and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of the note]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[due date of note], I promise to pay to [name of payee] or order, $[amount of note], with interest at the rate of ___________________ percent per annum, at the [location of payment].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Value received.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 (signature of maker)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