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POUR-OVER WILL OF</w:t>
      </w:r>
    </w:p>
    <w:p>
      <w:pPr>
        <w:jc w:val="center"/>
      </w:pPr>
      <w:r>
        <w:rPr>
          <w:rFonts w:ascii="Times New Roman" w:hAnsi="Times New Roman" w:eastAsia="Times New Roman" w:cs="Times New Roman"/>
          <w:b/>
          <w:sz w:val="24"/>
        </w:rPr>
        <w:t>[TESTATOR'S NAME]</w:t>
      </w:r>
    </w:p>
    <w:p>
      <w:pPr/>
    </w:p>
    <w:p>
      <w:pPr/>
      <w:r>
        <w:rPr>
          <w:rFonts w:ascii="Times New Roman" w:hAnsi="Times New Roman" w:eastAsia="Times New Roman" w:cs="Times New Roman"/>
          <w:b/>
          <w:sz w:val="24"/>
        </w:rPr>
        <w:t>Effective Date</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POUR-OVER TRUST</w:t>
      </w:r>
      <w:r>
        <w:rPr>
          <w:rFonts w:ascii="Times New Roman" w:hAnsi="Times New Roman" w:eastAsia="Times New Roman" w:cs="Times New Roman"/>
          <w:sz w:val="24"/>
        </w:rPr>
        <w:t xml:space="preserve">. I hereby declare that I have established a Revocable Living Trust, dated </w:t>
      </w:r>
      <w:r>
        <w:rPr>
          <w:rFonts w:ascii="Times New Roman" w:hAnsi="Times New Roman" w:eastAsia="Times New Roman" w:cs="Times New Roman"/>
          <w:sz w:val="24"/>
        </w:rPr>
        <w:t>[DATE OF TRUST]</w:t>
      </w:r>
      <w:r>
        <w:rPr>
          <w:rFonts w:ascii="Times New Roman" w:hAnsi="Times New Roman" w:eastAsia="Times New Roman" w:cs="Times New Roman"/>
          <w:sz w:val="24"/>
        </w:rPr>
        <w:t xml:space="preserve">, known as the </w:t>
      </w:r>
      <w:r>
        <w:rPr>
          <w:rFonts w:ascii="Times New Roman" w:hAnsi="Times New Roman" w:eastAsia="Times New Roman" w:cs="Times New Roman"/>
          <w:sz w:val="24"/>
        </w:rPr>
        <w:t>[NAME OF TRUST]</w:t>
      </w:r>
      <w:r>
        <w:rPr>
          <w:rFonts w:ascii="Times New Roman" w:hAnsi="Times New Roman" w:eastAsia="Times New Roman" w:cs="Times New Roman"/>
          <w:sz w:val="24"/>
        </w:rPr>
        <w:t xml:space="preserve"> (“Trust”). I direct that any and all of my assets that have not been previously assigned or transferred into the Trust shall, upon my death, pour over and be transferred to the Trust, to be administered and distributed in accordance with the terms and provisions set forth in said Trust.</w:t>
      </w:r>
    </w:p>
    <w:p>
      <w:pPr/>
    </w:p>
    <w:p>
      <w:pPr/>
      <w:r>
        <w:rPr>
          <w:rFonts w:ascii="Times New Roman" w:hAnsi="Times New Roman" w:eastAsia="Times New Roman" w:cs="Times New Roman"/>
          <w:b/>
          <w:sz w:val="24"/>
        </w:rPr>
        <w:t>TESTATOR</w:t>
      </w:r>
      <w:r>
        <w:rPr>
          <w:rFonts w:ascii="Times New Roman" w:hAnsi="Times New Roman" w:eastAsia="Times New Roman" w:cs="Times New Roman"/>
          <w:sz w:val="24"/>
        </w:rPr>
        <w:t xml:space="preserve">. I, </w:t>
      </w:r>
      <w:r>
        <w:rPr>
          <w:rFonts w:ascii="Times New Roman" w:hAnsi="Times New Roman" w:eastAsia="Times New Roman" w:cs="Times New Roman"/>
          <w:sz w:val="24"/>
        </w:rPr>
        <w:t>[TESTATOR'S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[TESTATOR'S ADDRESS]</w:t>
      </w:r>
      <w:r>
        <w:rPr>
          <w:rFonts w:ascii="Times New Roman" w:hAnsi="Times New Roman" w:eastAsia="Times New Roman" w:cs="Times New Roman"/>
          <w:sz w:val="24"/>
        </w:rPr>
        <w:t>, being of sound mind and memory, do hereby declare this to be my Last Will and Testament, hereby revoking all wills and codicils previously made by me.</w:t>
      </w:r>
    </w:p>
    <w:p>
      <w:pPr/>
    </w:p>
    <w:p>
      <w:pPr/>
      <w:r>
        <w:rPr>
          <w:rFonts w:ascii="Times New Roman" w:hAnsi="Times New Roman" w:eastAsia="Times New Roman" w:cs="Times New Roman"/>
          <w:b/>
          <w:sz w:val="24"/>
        </w:rPr>
        <w:t>DECLARATION</w:t>
      </w:r>
      <w:r>
        <w:rPr>
          <w:rFonts w:ascii="Times New Roman" w:hAnsi="Times New Roman" w:eastAsia="Times New Roman" w:cs="Times New Roman"/>
          <w:sz w:val="24"/>
        </w:rPr>
        <w:t>. I make the following declarations at the time of writing this Will:</w:t>
      </w:r>
    </w:p>
    <w:p>
      <w:pPr/>
    </w:p>
    <w:p>
      <w:pPr/>
      <w:r>
        <w:rPr>
          <w:rFonts w:ascii="Times New Roman" w:hAnsi="Times New Roman" w:eastAsia="Times New Roman" w:cs="Times New Roman"/>
          <w:sz w:val="24"/>
        </w:rPr>
        <w:t>Marital Status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My spouse’s name is: </w:t>
      </w:r>
      <w:r>
        <w:rPr>
          <w:rFonts w:ascii="Times New Roman" w:hAnsi="Times New Roman" w:eastAsia="Times New Roman" w:cs="Times New Roman"/>
          <w:sz w:val="24"/>
        </w:rPr>
        <w:t>[SPOUSE'S NAME]</w:t>
      </w:r>
    </w:p>
    <w:p>
      <w:pPr/>
    </w:p>
    <w:p>
      <w:pPr/>
      <w:r>
        <w:rPr>
          <w:rFonts w:ascii="Times New Roman" w:hAnsi="Times New Roman" w:eastAsia="Times New Roman" w:cs="Times New Roman"/>
          <w:sz w:val="24"/>
        </w:rPr>
        <w:t>Children</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Children</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 Children</w:t>
      </w:r>
      <w:r>
        <w:rPr>
          <w:rFonts w:ascii="Times New Roman" w:hAnsi="Times New Roman" w:eastAsia="Times New Roman" w:cs="Times New Roman"/>
          <w:sz w:val="24"/>
        </w:rPr>
        <w:t xml:space="preserve">. Whose names are: </w:t>
      </w:r>
      <w:r>
        <w:rPr>
          <w:rFonts w:ascii="Times New Roman" w:hAnsi="Times New Roman" w:eastAsia="Times New Roman" w:cs="Times New Roman"/>
          <w:sz w:val="24"/>
        </w:rPr>
        <w:t>[CHILDRENS NAMES]</w:t>
      </w:r>
    </w:p>
    <w:p>
      <w:pPr/>
    </w:p>
    <w:p>
      <w:pPr/>
      <w:r>
        <w:rPr>
          <w:rFonts w:ascii="Times New Roman" w:hAnsi="Times New Roman" w:eastAsia="Times New Roman" w:cs="Times New Roman"/>
          <w:b/>
          <w:sz w:val="24"/>
        </w:rPr>
        <w:t>EXECUTOR</w:t>
      </w:r>
      <w:r>
        <w:rPr>
          <w:rFonts w:ascii="Times New Roman" w:hAnsi="Times New Roman" w:eastAsia="Times New Roman" w:cs="Times New Roman"/>
          <w:sz w:val="24"/>
        </w:rPr>
        <w:t xml:space="preserve">. I appoint </w:t>
      </w:r>
      <w:r>
        <w:rPr>
          <w:rFonts w:ascii="Times New Roman" w:hAnsi="Times New Roman" w:eastAsia="Times New Roman" w:cs="Times New Roman"/>
          <w:sz w:val="24"/>
        </w:rPr>
        <w:t>[EXECUTOR'S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[EXECUTOR'S ADDRESS]</w:t>
      </w:r>
      <w:r>
        <w:rPr>
          <w:rFonts w:ascii="Times New Roman" w:hAnsi="Times New Roman" w:eastAsia="Times New Roman" w:cs="Times New Roman"/>
          <w:sz w:val="24"/>
        </w:rPr>
        <w:t xml:space="preserve"> as the Executor of my Will (“Executor”). Should the Executor be unable or unwilling to serve, I appoint </w:t>
      </w:r>
      <w:r>
        <w:rPr>
          <w:rFonts w:ascii="Times New Roman" w:hAnsi="Times New Roman" w:eastAsia="Times New Roman" w:cs="Times New Roman"/>
          <w:sz w:val="24"/>
        </w:rPr>
        <w:t>[2ND EXECUTOR'S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[2ND EXECUTOR'S ADDRESS]</w:t>
      </w:r>
      <w:r>
        <w:rPr>
          <w:rFonts w:ascii="Times New Roman" w:hAnsi="Times New Roman" w:eastAsia="Times New Roman" w:cs="Times New Roman"/>
          <w:sz w:val="24"/>
        </w:rPr>
        <w:t xml:space="preserve"> as the Executor of my Will.</w:t>
      </w:r>
    </w:p>
    <w:p>
      <w:pPr/>
    </w:p>
    <w:p>
      <w:pPr/>
      <w:r>
        <w:rPr>
          <w:rFonts w:ascii="Times New Roman" w:hAnsi="Times New Roman" w:eastAsia="Times New Roman" w:cs="Times New Roman"/>
          <w:sz w:val="24"/>
        </w:rPr>
        <w:t>Executor Powers</w:t>
      </w:r>
      <w:r>
        <w:rPr>
          <w:rFonts w:ascii="Times New Roman" w:hAnsi="Times New Roman" w:eastAsia="Times New Roman" w:cs="Times New Roman"/>
          <w:sz w:val="24"/>
        </w:rPr>
        <w:t>. The Executor shall have all powers provided by law, including but not limited to the power to sell, lease, or distribute my assets.</w:t>
      </w:r>
    </w:p>
    <w:p>
      <w:pPr/>
    </w:p>
    <w:p>
      <w:pPr/>
      <w:r>
        <w:rPr>
          <w:rFonts w:ascii="Times New Roman" w:hAnsi="Times New Roman" w:eastAsia="Times New Roman" w:cs="Times New Roman"/>
          <w:b/>
          <w:sz w:val="24"/>
        </w:rPr>
        <w:t>GUARDIAN</w:t>
      </w:r>
      <w:r>
        <w:rPr>
          <w:rFonts w:ascii="Times New Roman" w:hAnsi="Times New Roman" w:eastAsia="Times New Roman" w:cs="Times New Roman"/>
          <w:sz w:val="24"/>
        </w:rPr>
        <w:t xml:space="preserve">. If I am to be the parent or legal guardian of minor children at the time of my death, I appoint </w:t>
      </w:r>
      <w:r>
        <w:rPr>
          <w:rFonts w:ascii="Times New Roman" w:hAnsi="Times New Roman" w:eastAsia="Times New Roman" w:cs="Times New Roman"/>
          <w:sz w:val="24"/>
        </w:rPr>
        <w:t>[GUARDIAN'S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[GUARDIAN'S ADDRESS]</w:t>
      </w:r>
      <w:r>
        <w:rPr>
          <w:rFonts w:ascii="Times New Roman" w:hAnsi="Times New Roman" w:eastAsia="Times New Roman" w:cs="Times New Roman"/>
          <w:sz w:val="24"/>
        </w:rPr>
        <w:t xml:space="preserve"> (“Guardian”) as the Guardian of said minor children. If the Guardian is unable or unwilling to serve, I appoint </w:t>
      </w:r>
      <w:r>
        <w:rPr>
          <w:rFonts w:ascii="Times New Roman" w:hAnsi="Times New Roman" w:eastAsia="Times New Roman" w:cs="Times New Roman"/>
          <w:sz w:val="24"/>
        </w:rPr>
        <w:t>[2ND GUARDIAN'S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[2ND GUARDIAN'S ADDRESS]</w:t>
      </w:r>
      <w:r>
        <w:rPr>
          <w:rFonts w:ascii="Times New Roman" w:hAnsi="Times New Roman" w:eastAsia="Times New Roman" w:cs="Times New Roman"/>
          <w:sz w:val="24"/>
        </w:rPr>
        <w:t xml:space="preserve"> as the Guardian.</w:t>
      </w:r>
    </w:p>
    <w:p>
      <w:pPr/>
    </w:p>
    <w:p>
      <w:pPr/>
      <w:r>
        <w:rPr>
          <w:rFonts w:ascii="Times New Roman" w:hAnsi="Times New Roman" w:eastAsia="Times New Roman" w:cs="Times New Roman"/>
          <w:b/>
          <w:sz w:val="24"/>
        </w:rPr>
        <w:t>DIGITAL ASSETS</w:t>
      </w:r>
      <w:r>
        <w:rPr>
          <w:rFonts w:ascii="Times New Roman" w:hAnsi="Times New Roman" w:eastAsia="Times New Roman" w:cs="Times New Roman"/>
          <w:sz w:val="24"/>
        </w:rPr>
        <w:t>. I grant my Executor full power and authority to access, handle, distribute, and dispose of my digital assets, including but not limited to social media accounts, emails, digital files, and any accounts made on electronic devices or on web servers.</w:t>
      </w:r>
    </w:p>
    <w:p>
      <w:pPr/>
    </w:p>
    <w:p>
      <w:pPr/>
      <w:r>
        <w:rPr>
          <w:rFonts w:ascii="Times New Roman" w:hAnsi="Times New Roman" w:eastAsia="Times New Roman" w:cs="Times New Roman"/>
          <w:b/>
          <w:sz w:val="24"/>
        </w:rPr>
        <w:t>EXECUTION</w:t>
      </w:r>
      <w:r>
        <w:rPr>
          <w:rFonts w:ascii="Times New Roman" w:hAnsi="Times New Roman" w:eastAsia="Times New Roman" w:cs="Times New Roman"/>
          <w:sz w:val="24"/>
        </w:rPr>
        <w:t xml:space="preserve">. This Will is signed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at </w:t>
      </w:r>
      <w:r>
        <w:rPr>
          <w:rFonts w:ascii="Times New Roman" w:hAnsi="Times New Roman" w:eastAsia="Times New Roman" w:cs="Times New Roman"/>
          <w:sz w:val="24"/>
        </w:rPr>
        <w:t>[CITY, STATE]</w:t>
      </w:r>
      <w:r>
        <w:rPr>
          <w:rFonts w:ascii="Times New Roman" w:hAnsi="Times New Roman" w:eastAsia="Times New Roman" w:cs="Times New Roman"/>
          <w:sz w:val="24"/>
        </w:rPr>
        <w:t>, by the Testator in the presence of the following witnesses, who witnessed and subscribed to this Will at my request and in the presence of each other.</w:t>
      </w:r>
    </w:p>
    <w:p>
      <w:pPr/>
    </w:p>
    <w:p>
      <w:pPr/>
      <w:r>
        <w:rPr>
          <w:rFonts w:ascii="Times New Roman" w:hAnsi="Times New Roman" w:eastAsia="Times New Roman" w:cs="Times New Roman"/>
          <w:b/>
          <w:sz w:val="24"/>
        </w:rPr>
        <w:t>Testator's Signature</w:t>
      </w:r>
      <w:r>
        <w:rPr>
          <w:rFonts w:ascii="Times New Roman" w:hAnsi="Times New Roman" w:eastAsia="Times New Roman" w:cs="Times New Roman"/>
          <w:sz w:val="24"/>
        </w:rPr>
        <w:t>: 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Address: __________________________________________________</w:t>
      </w:r>
    </w:p>
    <w:p>
      <w:pPr/>
    </w:p>
    <w:p>
      <w:pPr/>
      <w:r>
        <w:rPr>
          <w:rFonts w:ascii="Times New Roman" w:hAnsi="Times New Roman" w:eastAsia="Times New Roman" w:cs="Times New Roman"/>
          <w:b/>
          <w:sz w:val="24"/>
        </w:rPr>
        <w:t>Witness #1 Signature</w:t>
      </w:r>
      <w:r>
        <w:rPr>
          <w:rFonts w:ascii="Times New Roman" w:hAnsi="Times New Roman" w:eastAsia="Times New Roman" w:cs="Times New Roman"/>
          <w:sz w:val="24"/>
        </w:rPr>
        <w:t>: 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Address: __________________________________________________</w:t>
      </w:r>
    </w:p>
    <w:p>
      <w:pPr/>
    </w:p>
    <w:p>
      <w:pPr/>
      <w:r>
        <w:rPr>
          <w:rFonts w:ascii="Times New Roman" w:hAnsi="Times New Roman" w:eastAsia="Times New Roman" w:cs="Times New Roman"/>
          <w:b/>
          <w:sz w:val="24"/>
        </w:rPr>
        <w:t>Witness #2 Signature</w:t>
      </w:r>
      <w:r>
        <w:rPr>
          <w:rFonts w:ascii="Times New Roman" w:hAnsi="Times New Roman" w:eastAsia="Times New Roman" w:cs="Times New Roman"/>
          <w:sz w:val="24"/>
        </w:rPr>
        <w:t>: 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Address: __________________________________________________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