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ROOFING CONTRACT</w:t>
      </w:r>
    </w:p>
    <w:p>
      <w:pPr/>
    </w:p>
    <w:p>
      <w:pPr>
        <w:ind w:hanging="720"/>
      </w:pPr>
      <w:r>
        <w:rPr>
          <w:rFonts w:ascii="Times New Roman" w:hAnsi="Times New Roman" w:eastAsia="Times New Roman" w:cs="Times New Roman"/>
          <w:b/>
          <w:sz w:val="24"/>
        </w:rPr>
        <w:t>PARTIES</w:t>
      </w:r>
      <w:r>
        <w:rPr>
          <w:rFonts w:ascii="Times New Roman" w:hAnsi="Times New Roman" w:eastAsia="Times New Roman" w:cs="Times New Roman"/>
          <w:sz w:val="24"/>
        </w:rPr>
        <w:t xml:space="preserve">. This Roofing Contract (“Contract”) entered into 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is between: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Roofer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[ROOFER'S NAME]</w:t>
      </w:r>
      <w:r>
        <w:rPr>
          <w:rFonts w:ascii="Times New Roman" w:hAnsi="Times New Roman" w:eastAsia="Times New Roman" w:cs="Times New Roman"/>
          <w:sz w:val="24"/>
        </w:rPr>
        <w:t xml:space="preserve"> with a mailing address of </w:t>
      </w:r>
      <w:r>
        <w:rPr>
          <w:rFonts w:ascii="Times New Roman" w:hAnsi="Times New Roman" w:eastAsia="Times New Roman" w:cs="Times New Roman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t xml:space="preserve"> (“Roofer”) acting as an independent contractor, and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Client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[CLIENT'S NAME]</w:t>
      </w:r>
      <w:r>
        <w:rPr>
          <w:rFonts w:ascii="Times New Roman" w:hAnsi="Times New Roman" w:eastAsia="Times New Roman" w:cs="Times New Roman"/>
          <w:sz w:val="24"/>
        </w:rPr>
        <w:t xml:space="preserve"> with a mailing address of </w:t>
      </w:r>
      <w:r>
        <w:rPr>
          <w:rFonts w:ascii="Times New Roman" w:hAnsi="Times New Roman" w:eastAsia="Times New Roman" w:cs="Times New Roman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t xml:space="preserve"> (“Client”).</w:t>
      </w:r>
    </w:p>
    <w:p>
      <w:pPr/>
    </w:p>
    <w:p>
      <w:pPr>
        <w:ind w:hanging="720"/>
      </w:pPr>
      <w:r>
        <w:rPr>
          <w:rFonts w:ascii="Times New Roman" w:hAnsi="Times New Roman" w:eastAsia="Times New Roman" w:cs="Times New Roman"/>
          <w:b/>
          <w:sz w:val="24"/>
        </w:rPr>
        <w:t>TERMS</w:t>
      </w:r>
      <w:r>
        <w:rPr>
          <w:rFonts w:ascii="Times New Roman" w:hAnsi="Times New Roman" w:eastAsia="Times New Roman" w:cs="Times New Roman"/>
          <w:sz w:val="24"/>
        </w:rPr>
        <w:t>. The Roofer hereby agrees to perform the following services in exchange for payment from the Client as follows: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>Services Performed</w:t>
      </w:r>
      <w:r>
        <w:rPr>
          <w:rFonts w:ascii="Times New Roman" w:hAnsi="Times New Roman" w:eastAsia="Times New Roman" w:cs="Times New Roman"/>
          <w:sz w:val="24"/>
        </w:rPr>
        <w:t xml:space="preserve">. The Roofer agrees to provide the following roofing services: </w:t>
      </w:r>
      <w:r>
        <w:rPr>
          <w:rFonts w:ascii="Times New Roman" w:hAnsi="Times New Roman" w:eastAsia="Times New Roman" w:cs="Times New Roman"/>
          <w:sz w:val="24"/>
        </w:rPr>
        <w:t>[SERVICES]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>Roofing Location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  <w:r>
        <w:rPr>
          <w:rFonts w:ascii="Times New Roman" w:hAnsi="Times New Roman" w:eastAsia="Times New Roman" w:cs="Times New Roman"/>
          <w:sz w:val="24"/>
        </w:rPr>
        <w:t>[ADDRESS]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>Payment</w:t>
      </w:r>
      <w:r>
        <w:rPr>
          <w:rFonts w:ascii="Times New Roman" w:hAnsi="Times New Roman" w:eastAsia="Times New Roman" w:cs="Times New Roman"/>
          <w:sz w:val="24"/>
        </w:rPr>
        <w:t>.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shall be for the entirety of the services performed.</w:t>
      </w:r>
    </w:p>
    <w:p>
      <w:pPr/>
      <w:r>
        <w:rPr>
          <w:rFonts w:ascii="Times New Roman" w:hAnsi="Times New Roman" w:eastAsia="Times New Roman" w:cs="Times New Roman"/>
          <w:sz w:val="24"/>
        </w:rPr>
        <w:t>Installments</w:t>
      </w:r>
      <w:r>
        <w:rPr>
          <w:rFonts w:ascii="Times New Roman" w:hAnsi="Times New Roman" w:eastAsia="Times New Roman" w:cs="Times New Roman"/>
          <w:sz w:val="24"/>
        </w:rPr>
        <w:t>. Payment shall be made by the Client to the Roofer in 2 installments:</w:t>
      </w:r>
    </w:p>
    <w:p>
      <w:pPr/>
      <w:r>
        <w:rPr>
          <w:rFonts w:ascii="Times New Roman" w:hAnsi="Times New Roman" w:eastAsia="Times New Roman" w:cs="Times New Roman"/>
          <w:sz w:val="24"/>
        </w:rPr>
        <w:t>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upon acceptance of this Contract; and</w:t>
      </w:r>
    </w:p>
    <w:p>
      <w:pPr/>
      <w:r>
        <w:rPr>
          <w:rFonts w:ascii="Times New Roman" w:hAnsi="Times New Roman" w:eastAsia="Times New Roman" w:cs="Times New Roman"/>
          <w:sz w:val="24"/>
        </w:rPr>
        <w:t>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once complete (including clean-up).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>Industry Standards</w:t>
      </w:r>
      <w:r>
        <w:rPr>
          <w:rFonts w:ascii="Times New Roman" w:hAnsi="Times New Roman" w:eastAsia="Times New Roman" w:cs="Times New Roman"/>
          <w:sz w:val="24"/>
        </w:rPr>
        <w:t>. The Roofer agrees to perform their work in the same craftsmanship with current industry standards and under the terms of this Contract.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>Cleanup</w:t>
      </w:r>
      <w:r>
        <w:rPr>
          <w:rFonts w:ascii="Times New Roman" w:hAnsi="Times New Roman" w:eastAsia="Times New Roman" w:cs="Times New Roman"/>
          <w:sz w:val="24"/>
        </w:rPr>
        <w:t>. The Roofer agrees to clean up any materials, waste, or excess debris left at the location and leave the property in a similar manner as it was prior to the start of the services.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>Changes to Contract</w:t>
      </w:r>
      <w:r>
        <w:rPr>
          <w:rFonts w:ascii="Times New Roman" w:hAnsi="Times New Roman" w:eastAsia="Times New Roman" w:cs="Times New Roman"/>
          <w:sz w:val="24"/>
        </w:rPr>
        <w:t>. Any changes made to this Contract must be requested and agreed to, in writing, by both the Client and the Roofer.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The parties hereby signify their agreement to the terms above by their signatures affixed below: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Roofer’s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Client’s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