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240" w:lineRule="auto"/>
        <w:jc w:val="center"/>
      </w:pPr>
      <w:r>
        <w:rPr>
          <w:rFonts w:ascii="Times New Roman" w:hAnsi="Times New Roman" w:eastAsia="Times New Roman" w:cs="Times New Roman"/>
          <w:b/>
          <w:sz w:val="24"/>
        </w:rPr>
        <w:t>STORAGE LEASE AGREEMENT</w:t>
      </w:r>
    </w:p>
    <w:p>
      <w:pPr>
        <w:spacing w:before="0" w:after="0" w:line="240" w:lineRule="auto"/>
      </w:pPr>
    </w:p>
    <w:p>
      <w:pPr>
        <w:spacing w:before="0" w:after="0" w:line="240" w:lineRule="auto"/>
        <w:ind w:hanging="360"/>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Storage Lease Agreement (“Agreement”) is made and entered into on this day of </w:t>
      </w:r>
      <w:r>
        <w:rPr>
          <w:rFonts w:ascii="Times New Roman" w:hAnsi="Times New Roman" w:eastAsia="Times New Roman" w:cs="Times New Roman"/>
          <w:sz w:val="24"/>
        </w:rPr>
        <w:t>[DATE]</w:t>
      </w:r>
      <w:r>
        <w:rPr>
          <w:rFonts w:ascii="Times New Roman" w:hAnsi="Times New Roman" w:eastAsia="Times New Roman" w:cs="Times New Roman"/>
          <w:sz w:val="24"/>
        </w:rPr>
        <w:t>, by and between:</w:t>
      </w:r>
    </w:p>
    <w:p>
      <w:pPr>
        <w:spacing w:before="0" w:after="0" w:line="240" w:lineRule="auto"/>
      </w:pPr>
    </w:p>
    <w:p>
      <w:pPr>
        <w:spacing w:before="0" w:after="0" w:line="240" w:lineRule="auto"/>
      </w:pPr>
      <w:r>
        <w:rPr>
          <w:rFonts w:ascii="Times New Roman" w:hAnsi="Times New Roman" w:eastAsia="Times New Roman" w:cs="Times New Roman"/>
          <w:sz w:val="24"/>
        </w:rPr>
        <w:t>Landlord</w:t>
      </w:r>
      <w:r>
        <w:rPr>
          <w:rFonts w:ascii="Times New Roman" w:hAnsi="Times New Roman" w:eastAsia="Times New Roman" w:cs="Times New Roman"/>
          <w:sz w:val="24"/>
        </w:rPr>
        <w:t xml:space="preserve">: </w:t>
      </w:r>
      <w:r>
        <w:rPr>
          <w:rFonts w:ascii="Times New Roman" w:hAnsi="Times New Roman" w:eastAsia="Times New Roman" w:cs="Times New Roman"/>
          <w:sz w:val="24"/>
        </w:rPr>
        <w:t>[LANDLORD'S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with a mailing address of </w:t>
      </w:r>
      <w:r>
        <w:rPr>
          <w:rFonts w:ascii="Times New Roman" w:hAnsi="Times New Roman" w:eastAsia="Times New Roman" w:cs="Times New Roman"/>
          <w:sz w:val="24"/>
        </w:rPr>
        <w:t>[LANDLORD'S ADDRESS]</w:t>
      </w:r>
      <w:r>
        <w:rPr>
          <w:rFonts w:ascii="Times New Roman" w:hAnsi="Times New Roman" w:eastAsia="Times New Roman" w:cs="Times New Roman"/>
          <w:sz w:val="24"/>
        </w:rPr>
        <w:t xml:space="preserve"> (“Landlord”), and</w:t>
      </w:r>
    </w:p>
    <w:p>
      <w:pPr>
        <w:spacing w:before="0" w:after="0" w:line="240" w:lineRule="auto"/>
      </w:pPr>
    </w:p>
    <w:p>
      <w:pPr>
        <w:spacing w:before="0" w:after="0" w:line="240" w:lineRule="auto"/>
      </w:pPr>
      <w:r>
        <w:rPr>
          <w:rFonts w:ascii="Times New Roman" w:hAnsi="Times New Roman" w:eastAsia="Times New Roman" w:cs="Times New Roman"/>
          <w:sz w:val="24"/>
        </w:rPr>
        <w:t>Tenant</w:t>
      </w:r>
      <w:r>
        <w:rPr>
          <w:rFonts w:ascii="Times New Roman" w:hAnsi="Times New Roman" w:eastAsia="Times New Roman" w:cs="Times New Roman"/>
          <w:sz w:val="24"/>
        </w:rPr>
        <w:t xml:space="preserve">: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with a mailing address of </w:t>
      </w:r>
      <w:r>
        <w:rPr>
          <w:rFonts w:ascii="Times New Roman" w:hAnsi="Times New Roman" w:eastAsia="Times New Roman" w:cs="Times New Roman"/>
          <w:sz w:val="24"/>
        </w:rPr>
        <w:t>[TENANT'S ADDRESS]</w:t>
      </w:r>
      <w:r>
        <w:rPr>
          <w:rFonts w:ascii="Times New Roman" w:hAnsi="Times New Roman" w:eastAsia="Times New Roman" w:cs="Times New Roman"/>
          <w:sz w:val="24"/>
        </w:rPr>
        <w:t xml:space="preserve"> (“Tenant”).</w:t>
      </w:r>
    </w:p>
    <w:p>
      <w:pPr>
        <w:spacing w:before="0" w:after="0" w:line="240" w:lineRule="auto"/>
      </w:pPr>
    </w:p>
    <w:p>
      <w:pPr>
        <w:spacing w:before="0" w:after="0" w:line="240" w:lineRule="auto"/>
        <w:ind w:hanging="360"/>
      </w:pPr>
      <w:r>
        <w:rPr>
          <w:rFonts w:ascii="Times New Roman" w:hAnsi="Times New Roman" w:eastAsia="Times New Roman" w:cs="Times New Roman"/>
          <w:b/>
          <w:sz w:val="24"/>
        </w:rPr>
        <w:t>STORAGE SPACE</w:t>
      </w:r>
      <w:r>
        <w:rPr>
          <w:rFonts w:ascii="Times New Roman" w:hAnsi="Times New Roman" w:eastAsia="Times New Roman" w:cs="Times New Roman"/>
          <w:sz w:val="24"/>
        </w:rPr>
        <w:t xml:space="preserve">. The Tenant shall pay Rent for the following storage space: </w:t>
      </w:r>
      <w:r>
        <w:rPr>
          <w:rFonts w:ascii="Times New Roman" w:hAnsi="Times New Roman" w:eastAsia="Times New Roman" w:cs="Times New Roman"/>
          <w:sz w:val="24"/>
        </w:rPr>
        <w:t>[DESCRIBE STORAGE SPACE]</w:t>
      </w:r>
    </w:p>
    <w:p>
      <w:pPr>
        <w:spacing w:before="0" w:after="0" w:line="240" w:lineRule="auto"/>
      </w:pPr>
    </w:p>
    <w:p>
      <w:pPr>
        <w:spacing w:before="0" w:after="0" w:line="240" w:lineRule="auto"/>
        <w:ind w:hanging="360"/>
      </w:pPr>
      <w:r>
        <w:rPr>
          <w:rFonts w:ascii="Times New Roman" w:hAnsi="Times New Roman" w:eastAsia="Times New Roman" w:cs="Times New Roman"/>
          <w:b/>
          <w:sz w:val="24"/>
        </w:rPr>
        <w:t>TERM</w:t>
      </w:r>
      <w:r>
        <w:rPr>
          <w:rFonts w:ascii="Times New Roman" w:hAnsi="Times New Roman" w:eastAsia="Times New Roman" w:cs="Times New Roman"/>
          <w:sz w:val="24"/>
        </w:rPr>
        <w:t xml:space="preserve">. The term of the lease shall be from </w:t>
      </w:r>
      <w:r>
        <w:rPr>
          <w:rFonts w:ascii="Times New Roman" w:hAnsi="Times New Roman" w:eastAsia="Times New Roman" w:cs="Times New Roman"/>
          <w:sz w:val="24"/>
        </w:rPr>
        <w:t>[START DATE]</w:t>
      </w:r>
      <w:r>
        <w:rPr>
          <w:rFonts w:ascii="Times New Roman" w:hAnsi="Times New Roman" w:eastAsia="Times New Roman" w:cs="Times New Roman"/>
          <w:sz w:val="24"/>
        </w:rPr>
        <w:t>, and continue until: (check one)</w:t>
      </w:r>
    </w:p>
    <w:p>
      <w:pPr>
        <w:spacing w:before="0" w:after="0" w:line="240" w:lineRule="auto"/>
      </w:pPr>
    </w:p>
    <w:p>
      <w:pPr>
        <w:spacing w:before="0" w:after="0" w:line="24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 Termination notice of at least 30 days sent by either the Landlord or Tenant.</w:t>
      </w:r>
    </w:p>
    <w:p>
      <w:pPr>
        <w:spacing w:before="0" w:after="0" w:line="240" w:lineRule="auto"/>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The end date </w:t>
      </w:r>
      <w:r>
        <w:rPr>
          <w:rFonts w:ascii="Times New Roman" w:hAnsi="Times New Roman" w:eastAsia="Times New Roman" w:cs="Times New Roman"/>
          <w:sz w:val="24"/>
        </w:rPr>
        <w:t>[END DATE]</w:t>
      </w:r>
      <w:r>
        <w:rPr>
          <w:rFonts w:ascii="Times New Roman" w:hAnsi="Times New Roman" w:eastAsia="Times New Roman" w:cs="Times New Roman"/>
          <w:sz w:val="24"/>
        </w:rPr>
        <w:t>.</w:t>
      </w:r>
    </w:p>
    <w:p>
      <w:pPr>
        <w:spacing w:before="0" w:after="0" w:line="240" w:lineRule="auto"/>
      </w:pPr>
    </w:p>
    <w:p>
      <w:pPr>
        <w:spacing w:before="0" w:after="0" w:line="240" w:lineRule="auto"/>
        <w:ind w:hanging="360"/>
      </w:pPr>
      <w:r>
        <w:rPr>
          <w:rFonts w:ascii="Times New Roman" w:hAnsi="Times New Roman" w:eastAsia="Times New Roman" w:cs="Times New Roman"/>
          <w:b/>
          <w:sz w:val="24"/>
        </w:rPr>
        <w:t>RENT</w:t>
      </w:r>
      <w:r>
        <w:rPr>
          <w:rFonts w:ascii="Times New Roman" w:hAnsi="Times New Roman" w:eastAsia="Times New Roman" w:cs="Times New Roman"/>
          <w:sz w:val="24"/>
        </w:rPr>
        <w:t>. The Tenant must pay rent of $</w:t>
      </w:r>
      <w:r>
        <w:rPr>
          <w:rFonts w:ascii="Times New Roman" w:hAnsi="Times New Roman" w:eastAsia="Times New Roman" w:cs="Times New Roman"/>
          <w:sz w:val="24"/>
        </w:rPr>
        <w:t>[RENTAL AMOUNT]</w:t>
      </w:r>
      <w:r>
        <w:rPr>
          <w:rFonts w:ascii="Times New Roman" w:hAnsi="Times New Roman" w:eastAsia="Times New Roman" w:cs="Times New Roman"/>
          <w:sz w:val="24"/>
        </w:rPr>
        <w:t xml:space="preserve"> per monthly period on or before the </w:t>
      </w:r>
      <w:r>
        <w:rPr>
          <w:rFonts w:ascii="Times New Roman" w:hAnsi="Times New Roman" w:eastAsia="Times New Roman" w:cs="Times New Roman"/>
          <w:sz w:val="24"/>
        </w:rPr>
        <w:t>[#]</w:t>
      </w:r>
      <w:r>
        <w:rPr>
          <w:rFonts w:ascii="Times New Roman" w:hAnsi="Times New Roman" w:eastAsia="Times New Roman" w:cs="Times New Roman"/>
          <w:sz w:val="24"/>
        </w:rPr>
        <w:t xml:space="preserve"> day of each month. If the rent is received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late, a late fee of $</w:t>
      </w:r>
      <w:r>
        <w:rPr>
          <w:rFonts w:ascii="Times New Roman" w:hAnsi="Times New Roman" w:eastAsia="Times New Roman" w:cs="Times New Roman"/>
          <w:sz w:val="24"/>
        </w:rPr>
        <w:t>[FEE AMOUNT]</w:t>
      </w:r>
      <w:r>
        <w:rPr>
          <w:rFonts w:ascii="Times New Roman" w:hAnsi="Times New Roman" w:eastAsia="Times New Roman" w:cs="Times New Roman"/>
          <w:sz w:val="24"/>
        </w:rPr>
        <w:t xml:space="preserve"> shall be due. In the event a check is not honored by the Landlord’s financial institution, a fee shall be charged that is the maximum allowed under State law.</w:t>
      </w:r>
    </w:p>
    <w:p>
      <w:pPr>
        <w:spacing w:before="0" w:after="0" w:line="240" w:lineRule="auto"/>
      </w:pPr>
      <w:r>
        <w:rPr>
          <w:rFonts w:ascii="Times New Roman" w:hAnsi="Times New Roman" w:eastAsia="Times New Roman" w:cs="Times New Roman"/>
          <w:sz w:val="24"/>
        </w:rPr>
        <w:t>Security Deposit</w:t>
      </w:r>
      <w:r>
        <w:rPr>
          <w:rFonts w:ascii="Times New Roman" w:hAnsi="Times New Roman" w:eastAsia="Times New Roman" w:cs="Times New Roman"/>
          <w:sz w:val="24"/>
        </w:rPr>
        <w:t>. $</w:t>
      </w:r>
      <w:r>
        <w:rPr>
          <w:rFonts w:ascii="Times New Roman" w:hAnsi="Times New Roman" w:eastAsia="Times New Roman" w:cs="Times New Roman"/>
          <w:sz w:val="24"/>
        </w:rPr>
        <w:t>[DEPOSIT AMOUNT]</w:t>
      </w:r>
      <w:r>
        <w:rPr>
          <w:rFonts w:ascii="Times New Roman" w:hAnsi="Times New Roman" w:eastAsia="Times New Roman" w:cs="Times New Roman"/>
          <w:sz w:val="24"/>
        </w:rPr>
        <w:t xml:space="preserve"> shall be deposited with the Landlord by the Tenant at the execution of this Agreement and shall be returned to the Tenant within 30 days after the Tenant vacates the storage space. If any deductions are made related to repairs needed or other damage caused by the Tenant, an itemized list will be given to the Tenant.</w:t>
      </w:r>
    </w:p>
    <w:p>
      <w:pPr>
        <w:spacing w:before="0" w:after="0" w:line="240" w:lineRule="auto"/>
      </w:pPr>
    </w:p>
    <w:p>
      <w:pPr>
        <w:spacing w:before="0" w:after="0" w:line="240" w:lineRule="auto"/>
        <w:ind w:hanging="360"/>
      </w:pPr>
      <w:r>
        <w:rPr>
          <w:rFonts w:ascii="Times New Roman" w:hAnsi="Times New Roman" w:eastAsia="Times New Roman" w:cs="Times New Roman"/>
          <w:b/>
          <w:sz w:val="24"/>
        </w:rPr>
        <w:t>DEFAULT</w:t>
      </w:r>
      <w:r>
        <w:rPr>
          <w:rFonts w:ascii="Times New Roman" w:hAnsi="Times New Roman" w:eastAsia="Times New Roman" w:cs="Times New Roman"/>
          <w:sz w:val="24"/>
        </w:rPr>
        <w:t>. In the event the Tenant fails to pay rent as described herein, the Landlord may deny access to the storage space until paid-in-full. If the rent is more than 30 days in arrears, the Landlord may sell the Tenant’s personal property that is left behind in the storage space for their own benefit.</w:t>
      </w:r>
    </w:p>
    <w:p>
      <w:pPr>
        <w:spacing w:before="0" w:after="0" w:line="240" w:lineRule="auto"/>
      </w:pPr>
      <w:r>
        <w:rPr>
          <w:rFonts w:ascii="Times New Roman" w:hAnsi="Times New Roman" w:eastAsia="Times New Roman" w:cs="Times New Roman"/>
          <w:sz w:val="24"/>
        </w:rPr>
        <w:t>Lien</w:t>
      </w:r>
      <w:r>
        <w:rPr>
          <w:rFonts w:ascii="Times New Roman" w:hAnsi="Times New Roman" w:eastAsia="Times New Roman" w:cs="Times New Roman"/>
          <w:sz w:val="24"/>
        </w:rPr>
        <w:t>. The Landlord shall have a lien on any property placed in the storage space and have the right to sell the property at public or private sale as provided under State law.</w:t>
      </w:r>
    </w:p>
    <w:p>
      <w:pPr>
        <w:spacing w:before="0" w:after="0" w:line="240" w:lineRule="auto"/>
      </w:pPr>
    </w:p>
    <w:p>
      <w:pPr>
        <w:spacing w:before="0" w:after="0" w:line="240" w:lineRule="auto"/>
        <w:ind w:hanging="360"/>
      </w:pPr>
      <w:r>
        <w:rPr>
          <w:rFonts w:ascii="Times New Roman" w:hAnsi="Times New Roman" w:eastAsia="Times New Roman" w:cs="Times New Roman"/>
          <w:b/>
          <w:sz w:val="24"/>
        </w:rPr>
        <w:t>USE</w:t>
      </w:r>
      <w:r>
        <w:rPr>
          <w:rFonts w:ascii="Times New Roman" w:hAnsi="Times New Roman" w:eastAsia="Times New Roman" w:cs="Times New Roman"/>
          <w:sz w:val="24"/>
        </w:rPr>
        <w:t>. The Tenant may use the storage space to store their personal property. It is prohibited to use the storage space for any of the following:</w:t>
      </w:r>
    </w:p>
    <w:p>
      <w:pPr>
        <w:spacing w:before="0" w:after="0" w:line="240" w:lineRule="auto"/>
        <w:ind w:hanging="360"/>
      </w:pPr>
      <w:r>
        <w:rPr>
          <w:rFonts w:ascii="Times New Roman" w:hAnsi="Times New Roman" w:eastAsia="Times New Roman" w:cs="Times New Roman"/>
          <w:sz w:val="24"/>
        </w:rPr>
        <w:t>Prohibited Items</w:t>
      </w:r>
      <w:r>
        <w:rPr>
          <w:rFonts w:ascii="Times New Roman" w:hAnsi="Times New Roman" w:eastAsia="Times New Roman" w:cs="Times New Roman"/>
          <w:sz w:val="24"/>
        </w:rPr>
        <w:t>. It is prohibited to store items that are explosive, flammable, hazardous, or animal or illegal substances.</w:t>
      </w:r>
    </w:p>
    <w:p>
      <w:pPr>
        <w:spacing w:before="0" w:after="0" w:line="240" w:lineRule="auto"/>
        <w:ind w:hanging="360"/>
      </w:pPr>
      <w:r>
        <w:rPr>
          <w:rFonts w:ascii="Times New Roman" w:hAnsi="Times New Roman" w:eastAsia="Times New Roman" w:cs="Times New Roman"/>
          <w:sz w:val="24"/>
        </w:rPr>
        <w:t>Residential Use</w:t>
      </w:r>
      <w:r>
        <w:rPr>
          <w:rFonts w:ascii="Times New Roman" w:hAnsi="Times New Roman" w:eastAsia="Times New Roman" w:cs="Times New Roman"/>
          <w:sz w:val="24"/>
        </w:rPr>
        <w:t xml:space="preserve">. The Tenant shall not occupy the storage space for residential purposes. </w:t>
      </w:r>
    </w:p>
    <w:p>
      <w:pPr>
        <w:spacing w:before="0" w:after="0" w:line="240" w:lineRule="auto"/>
        <w:ind w:hanging="360"/>
      </w:pPr>
      <w:r>
        <w:rPr>
          <w:rFonts w:ascii="Times New Roman" w:hAnsi="Times New Roman" w:eastAsia="Times New Roman" w:cs="Times New Roman"/>
          <w:sz w:val="24"/>
        </w:rPr>
        <w:t>Assign or Sublet</w:t>
      </w:r>
      <w:r>
        <w:rPr>
          <w:rFonts w:ascii="Times New Roman" w:hAnsi="Times New Roman" w:eastAsia="Times New Roman" w:cs="Times New Roman"/>
          <w:sz w:val="24"/>
        </w:rPr>
        <w:t>. The Tenant cannot assign or sublet any portion of the storage space.</w:t>
      </w:r>
    </w:p>
    <w:p>
      <w:pPr>
        <w:spacing w:before="0" w:after="0" w:line="240" w:lineRule="auto"/>
        <w:ind w:hanging="360"/>
      </w:pPr>
      <w:r>
        <w:rPr>
          <w:rFonts w:ascii="Times New Roman" w:hAnsi="Times New Roman" w:eastAsia="Times New Roman" w:cs="Times New Roman"/>
          <w:sz w:val="24"/>
        </w:rPr>
        <w:t>Alterations</w:t>
      </w:r>
      <w:r>
        <w:rPr>
          <w:rFonts w:ascii="Times New Roman" w:hAnsi="Times New Roman" w:eastAsia="Times New Roman" w:cs="Times New Roman"/>
          <w:sz w:val="24"/>
        </w:rPr>
        <w:t>. The Tenant is not allowed to make any type of alteration to the storage space without the express written permission of the Landlord.</w:t>
      </w:r>
    </w:p>
    <w:p>
      <w:pPr>
        <w:spacing w:before="0" w:after="0" w:line="240" w:lineRule="auto"/>
      </w:pPr>
    </w:p>
    <w:p>
      <w:pPr>
        <w:spacing w:before="0" w:after="0" w:line="240" w:lineRule="auto"/>
        <w:ind w:hanging="360"/>
      </w:pPr>
      <w:r>
        <w:rPr>
          <w:rFonts w:ascii="Times New Roman" w:hAnsi="Times New Roman" w:eastAsia="Times New Roman" w:cs="Times New Roman"/>
          <w:b/>
          <w:sz w:val="24"/>
        </w:rPr>
        <w:t>INSPECTION</w:t>
      </w:r>
      <w:r>
        <w:rPr>
          <w:rFonts w:ascii="Times New Roman" w:hAnsi="Times New Roman" w:eastAsia="Times New Roman" w:cs="Times New Roman"/>
          <w:sz w:val="24"/>
        </w:rPr>
        <w:t>. The Landlord has the right to access and inspect the storage space at any time for repairs, modifications, or emergency purposes.</w:t>
      </w:r>
    </w:p>
    <w:p>
      <w:pPr>
        <w:spacing w:before="0" w:after="0" w:line="240" w:lineRule="auto"/>
      </w:pPr>
    </w:p>
    <w:p>
      <w:pPr>
        <w:spacing w:before="0" w:after="0" w:line="240" w:lineRule="auto"/>
        <w:ind w:hanging="360"/>
      </w:pPr>
      <w:r>
        <w:rPr>
          <w:rFonts w:ascii="Times New Roman" w:hAnsi="Times New Roman" w:eastAsia="Times New Roman" w:cs="Times New Roman"/>
          <w:b/>
          <w:sz w:val="24"/>
        </w:rPr>
        <w:t>LIABILITY</w:t>
      </w:r>
      <w:r>
        <w:rPr>
          <w:rFonts w:ascii="Times New Roman" w:hAnsi="Times New Roman" w:eastAsia="Times New Roman" w:cs="Times New Roman"/>
          <w:sz w:val="24"/>
        </w:rPr>
        <w:t>. This Agreement is made on the express condition that, while the Landlord shall exercise reasonable care in the operation of providing safe and accessible storage space, the Landlord shall not be liable for any loss or damage to the Tenant or their property stored in the storage space.</w:t>
      </w:r>
    </w:p>
    <w:p>
      <w:pPr>
        <w:spacing w:before="0" w:after="0" w:line="240" w:lineRule="auto"/>
      </w:pPr>
    </w:p>
    <w:p>
      <w:pPr>
        <w:spacing w:before="0" w:after="0" w:line="240" w:lineRule="auto"/>
        <w:ind w:hanging="360"/>
      </w:pPr>
      <w:r>
        <w:rPr>
          <w:rFonts w:ascii="Times New Roman" w:hAnsi="Times New Roman" w:eastAsia="Times New Roman" w:cs="Times New Roman"/>
          <w:b/>
          <w:sz w:val="24"/>
        </w:rPr>
        <w:t>CASUALTY</w:t>
      </w:r>
      <w:r>
        <w:rPr>
          <w:rFonts w:ascii="Times New Roman" w:hAnsi="Times New Roman" w:eastAsia="Times New Roman" w:cs="Times New Roman"/>
          <w:sz w:val="24"/>
        </w:rPr>
        <w:t>. In the event the storage space is damaged by fire or other casualty and is rendered untenantable, either the Landlord or the Tenant may terminate this Agreement without penalty.</w:t>
      </w:r>
    </w:p>
    <w:p>
      <w:pPr>
        <w:spacing w:before="0" w:after="0" w:line="240" w:lineRule="auto"/>
      </w:pPr>
    </w:p>
    <w:p>
      <w:pPr>
        <w:spacing w:before="0" w:after="0" w:line="240" w:lineRule="auto"/>
        <w:ind w:hanging="360"/>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[ADDT'L TERMS]</w:t>
      </w:r>
    </w:p>
    <w:p>
      <w:pPr>
        <w:spacing w:before="0" w:after="0" w:line="240" w:lineRule="auto"/>
      </w:pPr>
    </w:p>
    <w:p>
      <w:pPr>
        <w:spacing w:before="0" w:after="0" w:line="240" w:lineRule="auto"/>
        <w:ind w:hanging="360"/>
      </w:pPr>
      <w:r>
        <w:rPr>
          <w:rFonts w:ascii="Times New Roman" w:hAnsi="Times New Roman" w:eastAsia="Times New Roman" w:cs="Times New Roman"/>
          <w:b/>
          <w:sz w:val="24"/>
        </w:rPr>
        <w:t>ENTIRE AGREEMENT</w:t>
      </w:r>
      <w:r>
        <w:rPr>
          <w:rFonts w:ascii="Times New Roman" w:hAnsi="Times New Roman" w:eastAsia="Times New Roman" w:cs="Times New Roman"/>
          <w:sz w:val="24"/>
        </w:rPr>
        <w:t>. This Agreement represents the complete agreement between the Landlord and Tenant, superseding all prior negotiations or understandings, whether oral or written. No modifications to this Agreement shall be considered effective unless in writing and signed by both parties. This Agreement is not altered by prior agreements or concurrent oral agreements.</w:t>
      </w:r>
    </w:p>
    <w:p>
      <w:pPr>
        <w:spacing w:before="0" w:after="0" w:line="240" w:lineRule="auto"/>
      </w:pPr>
    </w:p>
    <w:p>
      <w:pPr>
        <w:spacing w:before="0" w:after="0" w:line="240" w:lineRule="auto"/>
      </w:pPr>
      <w:r>
        <w:rPr>
          <w:rFonts w:ascii="Times New Roman" w:hAnsi="Times New Roman" w:eastAsia="Times New Roman" w:cs="Times New Roman"/>
          <w:sz w:val="24"/>
        </w:rPr>
        <w:t>IN WITNESS WHEREOF, the parties hereto have executed this Agreement as of the date first written above.</w:t>
      </w:r>
    </w:p>
    <w:p>
      <w:pPr>
        <w:spacing w:before="0" w:after="0" w:line="240" w:lineRule="auto"/>
      </w:pPr>
    </w:p>
    <w:p>
      <w:pPr>
        <w:spacing w:before="0" w:after="0" w:line="240" w:lineRule="auto"/>
      </w:pPr>
      <w:r>
        <w:rPr>
          <w:rFonts w:ascii="Times New Roman" w:hAnsi="Times New Roman" w:eastAsia="Times New Roman" w:cs="Times New Roman"/>
          <w:sz w:val="24"/>
        </w:rPr>
        <w:t xml:space="preserve">Landlord Signature: </w:t>
      </w:r>
      <w:r>
        <w:rPr>
          <w:rFonts w:ascii="Times New Roman" w:hAnsi="Times New Roman" w:eastAsia="Times New Roman" w:cs="Times New Roman"/>
          <w:sz w:val="24"/>
        </w:rPr>
        <w:t>_______________________</w:t>
      </w:r>
      <w:r>
        <w:rPr>
          <w:rFonts w:ascii="Times New Roman" w:hAnsi="Times New Roman" w:eastAsia="Times New Roman" w:cs="Times New Roman"/>
          <w:sz w:val="24"/>
        </w:rPr>
        <w:t xml:space="preserve"> Date: ____________</w:t>
      </w:r>
    </w:p>
    <w:p>
      <w:pPr>
        <w:spacing w:before="0" w:after="0" w:line="240" w:lineRule="auto"/>
      </w:pPr>
      <w:r>
        <w:rPr>
          <w:rFonts w:ascii="Times New Roman" w:hAnsi="Times New Roman" w:eastAsia="Times New Roman" w:cs="Times New Roman"/>
          <w:sz w:val="24"/>
        </w:rPr>
        <w:t>Print Name: _______________________</w:t>
      </w:r>
    </w:p>
    <w:p>
      <w:pPr>
        <w:spacing w:before="0" w:after="0" w:line="240" w:lineRule="auto"/>
      </w:pPr>
    </w:p>
    <w:p>
      <w:pPr>
        <w:spacing w:before="0" w:after="0" w:line="240" w:lineRule="auto"/>
      </w:pPr>
      <w:r>
        <w:rPr>
          <w:rFonts w:ascii="Times New Roman" w:hAnsi="Times New Roman" w:eastAsia="Times New Roman" w:cs="Times New Roman"/>
          <w:sz w:val="24"/>
        </w:rPr>
        <w:t xml:space="preserve">Tenant Signature: </w:t>
      </w:r>
      <w:r>
        <w:rPr>
          <w:rFonts w:ascii="Times New Roman" w:hAnsi="Times New Roman" w:eastAsia="Times New Roman" w:cs="Times New Roman"/>
          <w:sz w:val="24"/>
        </w:rPr>
        <w:t>_______________________</w:t>
      </w:r>
      <w:r>
        <w:rPr>
          <w:rFonts w:ascii="Times New Roman" w:hAnsi="Times New Roman" w:eastAsia="Times New Roman" w:cs="Times New Roman"/>
          <w:sz w:val="24"/>
        </w:rPr>
        <w:t xml:space="preserve"> Date: ____________</w:t>
      </w:r>
    </w:p>
    <w:p>
      <w:pPr>
        <w:spacing w:before="0" w:after="0" w:line="240" w:lineRule="auto"/>
      </w:pPr>
      <w:r>
        <w:rPr>
          <w:rFonts w:ascii="Times New Roman" w:hAnsi="Times New Roman" w:eastAsia="Times New Roman" w:cs="Times New Roman"/>
          <w:sz w:val="24"/>
        </w:rPr>
        <w:t>Print Name: 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