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SINGLE MEMBER OPERATING AGREEMENT</w:t>
      </w:r>
    </w:p>
    <w:p>
      <w:pPr>
        <w:spacing w:before="0" w:after="0" w:line="240" w:lineRule="auto"/>
        <w:jc w:val="center"/>
      </w:pPr>
      <w:r>
        <w:rPr>
          <w:rFonts w:ascii="Times New Roman" w:hAnsi="Times New Roman" w:eastAsia="Times New Roman" w:cs="Times New Roman"/>
          <w:b/>
          <w:sz w:val="24"/>
        </w:rPr>
        <w:t>OF</w:t>
      </w:r>
    </w:p>
    <w:p>
      <w:pPr>
        <w:spacing w:before="0" w:after="0" w:line="240" w:lineRule="auto"/>
        <w:jc w:val="center"/>
      </w:pPr>
      <w:r>
        <w:rPr>
          <w:rFonts w:ascii="Times New Roman" w:hAnsi="Times New Roman" w:eastAsia="Times New Roman" w:cs="Times New Roman"/>
          <w:b/>
          <w:sz w:val="24"/>
        </w:rPr>
        <w:t>[NAME OF LLC]</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 xml:space="preserve">A(n) </w:t>
      </w:r>
      <w:r>
        <w:rPr>
          <w:rFonts w:ascii="Times New Roman" w:hAnsi="Times New Roman" w:eastAsia="Times New Roman" w:cs="Times New Roman"/>
          <w:b/>
          <w:sz w:val="24"/>
        </w:rPr>
        <w:t>[STATE]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THIS OPERATING AGREEMENT (“Agreement”) is made and entered into as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on behalf of </w:t>
      </w:r>
      <w:r>
        <w:rPr>
          <w:rFonts w:ascii="Times New Roman" w:hAnsi="Times New Roman" w:eastAsia="Times New Roman" w:cs="Times New Roman"/>
          <w:sz w:val="24"/>
        </w:rPr>
        <w:t>[NAME OF LLC]</w:t>
      </w:r>
      <w:r>
        <w:rPr>
          <w:rFonts w:ascii="Times New Roman" w:hAnsi="Times New Roman" w:eastAsia="Times New Roman" w:cs="Times New Roman"/>
          <w:sz w:val="24"/>
        </w:rPr>
        <w:t xml:space="preserve">, a single-member Limited Liability Company (the "Company") and its sole owner </w:t>
      </w:r>
      <w:r>
        <w:rPr>
          <w:rFonts w:ascii="Times New Roman" w:hAnsi="Times New Roman" w:eastAsia="Times New Roman" w:cs="Times New Roman"/>
          <w:sz w:val="24"/>
        </w:rPr>
        <w:t>[NAME OF MEMBER]</w:t>
      </w:r>
      <w:r>
        <w:rPr>
          <w:rFonts w:ascii="Times New Roman" w:hAnsi="Times New Roman" w:eastAsia="Times New Roman" w:cs="Times New Roman"/>
          <w:sz w:val="24"/>
        </w:rPr>
        <w:t xml:space="preserve"> ("Member")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was formed in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("Governing State"), under which the Company filed its Articles of Organization and were made effective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The Company's operations shall be governed by the terms of this Agreement and the applicable laws of the Governing State relating to the formation, operation, and taxation of an LLC which set out the guidelines and procedures for the formation and operation of an LLC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purposes of the Company shall be:</w:t>
      </w:r>
    </w:p>
    <w:p>
      <w:pPr>
        <w:spacing w:before="0" w:after="0" w:line="240" w:lineRule="auto"/>
      </w:pPr>
    </w:p>
    <w:p>
      <w:pPr>
        <w:spacing w:before="0" w:after="0" w:line="240" w:lineRule="auto"/>
      </w:pPr>
      <w:r>
        <w:rPr>
          <w:rFonts w:ascii="Times New Roman" w:hAnsi="Times New Roman" w:eastAsia="Times New Roman" w:cs="Times New Roman"/>
          <w:sz w:val="24"/>
        </w:rPr>
        <w:t>[BUSINESS PURPOSE]</w:t>
      </w:r>
      <w:r>
        <w:rPr>
          <w:rFonts w:ascii="Times New Roman" w:hAnsi="Times New Roman" w:eastAsia="Times New Roman" w:cs="Times New Roman"/>
          <w:sz w:val="24"/>
        </w:rPr>
        <w:t>; and</w:t>
      </w:r>
    </w:p>
    <w:p>
      <w:pPr>
        <w:spacing w:before="0" w:after="0" w:line="240" w:lineRule="auto"/>
      </w:pP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effect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U.S. Federal / State Income Tax Treatment</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the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ind w:hanging="360"/>
      </w:pPr>
      <w:r>
        <w:rPr>
          <w:rFonts w:ascii="Times New Roman" w:hAnsi="Times New Roman" w:eastAsia="Times New Roman" w:cs="Times New Roman"/>
          <w:sz w:val="24"/>
        </w:rPr>
        <w:t>Authority</w:t>
      </w:r>
      <w:r>
        <w:rPr>
          <w:rFonts w:ascii="Times New Roman" w:hAnsi="Times New Roman" w:eastAsia="Times New Roman" w:cs="Times New Roman"/>
          <w:sz w:val="24"/>
        </w:rPr>
        <w:t>. The Member is the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ind w:hanging="360"/>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ind w:hanging="360"/>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r>
    </w:p>
    <w:p>
      <w:pPr>
        <w:spacing w:before="0" w:after="0" w:line="240" w:lineRule="auto"/>
      </w:pP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ind w:hanging="360"/>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in the income and profits derived therefrom.</w:t>
      </w: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this section.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 under this section.</w:t>
      </w:r>
    </w:p>
    <w:p>
      <w:pPr/>
    </w:p>
    <w:p>
      <w:pPr>
        <w:spacing w:before="0" w:after="0" w:line="240" w:lineRule="auto"/>
      </w:pPr>
      <w:r>
        <w:rPr>
          <w:rFonts w:ascii="Times New Roman" w:hAnsi="Times New Roman" w:eastAsia="Times New Roman" w:cs="Times New Roman"/>
          <w:sz w:val="24"/>
        </w:rPr>
        <w:t>All rights of the Member to indemnification under this this section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Governing State and shall be governed by, construed, and enforced in accordance with the laws of the Governing State.</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Member’s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w:t>
      </w:r>
    </w:p>
    <w:p>
      <w:pPr/>
    </w:p>
    <w:p>
      <w:pPr>
        <w:spacing w:before="0" w:after="160"/>
      </w:pPr>
    </w:p>
    <w:p>
      <w:pPr>
        <w:spacing w:before="0" w:after="0" w:line="240" w:lineRule="auto"/>
      </w:pPr>
    </w:p>
    <w:p>
      <w:pPr>
        <w:jc w:val="center"/>
      </w:pPr>
      <w:r>
        <w:rPr>
          <w:rFonts w:ascii="Times New Roman" w:hAnsi="Times New Roman" w:eastAsia="Times New Roman" w:cs="Times New Roman"/>
          <w:b/>
          <w:sz w:val="24"/>
        </w:rPr>
        <w:t>ACKNOWLEDGMENT OF NOTARY PUBLIC</w:t>
      </w:r>
    </w:p>
    <w:p>
      <w:pPr/>
      <w:r>
        <w:rPr>
          <w:rFonts w:ascii="Times New Roman" w:hAnsi="Times New Roman" w:eastAsia="Times New Roman" w:cs="Times New Roman"/>
          <w:sz w:val="24"/>
        </w:rPr>
        <w:t>STATE OF ______________________</w:t>
      </w:r>
    </w:p>
    <w:p>
      <w:pPr/>
      <w:r>
        <w:rPr>
          <w:rFonts w:ascii="Times New Roman" w:hAnsi="Times New Roman" w:eastAsia="Times New Roman" w:cs="Times New Roman"/>
          <w:sz w:val="24"/>
        </w:rPr>
        <w:t xml:space="preserve">______________________ County, ss. </w:t>
      </w:r>
    </w:p>
    <w:p>
      <w:pPr/>
      <w:r>
        <w:rPr>
          <w:rFonts w:ascii="Times New Roman" w:hAnsi="Times New Roman" w:eastAsia="Times New Roman" w:cs="Times New Roman"/>
          <w:sz w:val="24"/>
        </w:rPr>
        <w:tab/>
        <w:t>On this ____ day of ______________________, 20____, before me appeared ______________________, as the Member of this LLC Operating Agreement and who proved to me through government issued photo identification to be the above-named person, in my presence executed foregoing instrument and acknowledged that they executed the same as their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p>
    <w:p>
      <w:pPr/>
      <w:r>
        <w:rPr>
          <w:rFonts w:ascii="Times New Roman" w:hAnsi="Times New Roman" w:eastAsia="Times New Roman" w:cs="Times New Roman"/>
          <w:sz w:val="24"/>
        </w:rPr>
        <w:tab/>
        <w:tab/>
        <w:tab/>
        <w:tab/>
        <w:tab/>
        <w:tab/>
        <w:t>Notary Public</w:t>
        <w:tab/>
      </w:r>
    </w:p>
    <w:p>
      <w:pPr/>
      <w:r>
        <w:rPr>
          <w:rFonts w:ascii="Times New Roman" w:hAnsi="Times New Roman" w:eastAsia="Times New Roman" w:cs="Times New Roman"/>
          <w:sz w:val="24"/>
        </w:rPr>
        <w:tab/>
        <w:tab/>
        <w:tab/>
        <w:tab/>
        <w:tab/>
        <w:tab/>
        <w:t>My commission expires: _____________</w:t>
      </w:r>
    </w:p>
    <w:p>
      <w:pPr/>
    </w:p>
    <w:p>
      <w:pPr>
        <w:spacing w:before="0" w:after="0"/>
      </w:pPr>
      <w:r>
        <w:rPr>
          <w:rFonts w:ascii="Times New Roman" w:hAnsi="Times New Roman" w:eastAsia="Times New Roman" w:cs="Times New Roman"/>
          <w:sz w:val="24"/>
        </w:rPr>
        <w:t>(stamp)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