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Social Media Consumers Recall Notice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Social Media Recall Notice to Consumers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[RECALL/#Recall] [Safety/Urgent]: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Certain of [Name of Company Subject to the Recall]'s [Name of Product(s)] are subject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safety recall pursuant to [Description of Hazard].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[Picture(s) of Defective Product]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determine whether your [Name of Product] needs immediate attention, please go to [Link to Company Website with Hyperlink to Initial Press Release]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