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SOUTH CAROLINA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South Carolina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24-HOUR 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</w:p>
    <w:p>
      <w:pPr/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