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9" w:after="0" w:line="480" w:lineRule="auto"/>
        <w:jc w:val="center"/>
      </w:pPr>
      <w:r>
        <w:rPr>
          <w:rFonts w:ascii="Times New Roman" w:hAnsi="Times New Roman" w:eastAsia="Times New Roman" w:cs="Times New Roman"/>
          <w:sz w:val="24"/>
        </w:rPr>
        <w:t>MOTOR VEHICLE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b/>
          <w:sz w:val="24"/>
        </w:rPr>
        <w:t>THIS DOCUMENT PRESENTS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(Company Name or Individual) with a mailing address of </w:t>
      </w:r>
      <w:r>
        <w:rPr>
          <w:rFonts w:ascii="Times New Roman" w:hAnsi="Times New Roman" w:eastAsia="Times New Roman" w:cs="Times New Roman"/>
          <w:sz w:val="24"/>
        </w:rPr>
        <w:t>[ADDRESS OF PRINCIPAL]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with a mailing address of </w:t>
      </w:r>
      <w:r>
        <w:rPr>
          <w:rFonts w:ascii="Times New Roman" w:hAnsi="Times New Roman" w:eastAsia="Times New Roman" w:cs="Times New Roman"/>
          <w:sz w:val="24"/>
        </w:rPr>
        <w:t>[ADDRESS OF AGENT]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(Agent)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representative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indefinite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until canceled in writing, a limited power of attorney, to act on its/his/her behalf, with regard to all matters pertaining to the registering,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licensing,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transfer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ownership,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titling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vehicle listed below with the applicable motor vehicle agency in the State of </w:t>
      </w:r>
      <w:r>
        <w:rPr>
          <w:rFonts w:ascii="Times New Roman" w:hAnsi="Times New Roman" w:eastAsia="Times New Roman" w:cs="Times New Roman"/>
          <w:sz w:val="24"/>
        </w:rPr>
        <w:t>South Carolina.</w:t>
      </w:r>
    </w:p>
    <w:p>
      <w:pPr>
        <w:spacing w:before="5" w:after="0" w:line="480" w:lineRule="auto"/>
      </w:pPr>
    </w:p>
    <w:p>
      <w:pPr>
        <w:spacing w:before="95" w:after="0" w:line="480" w:lineRule="auto"/>
      </w:pP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Individual’s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following:</w:t>
      </w:r>
    </w:p>
    <w:p>
      <w:pPr>
        <w:spacing w:before="95" w:after="0" w:line="480" w:lineRule="auto"/>
      </w:pPr>
      <w:r>
        <w:rPr>
          <w:rFonts w:ascii="Times New Roman" w:hAnsi="Times New Roman" w:eastAsia="Times New Roman" w:cs="Times New Roman"/>
          <w:sz w:val="24"/>
        </w:rPr>
        <w:t>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Birth: </w:t>
      </w:r>
      <w:r>
        <w:rPr>
          <w:rFonts w:ascii="Times New Roman" w:hAnsi="Times New Roman" w:eastAsia="Times New Roman" w:cs="Times New Roman"/>
          <w:sz w:val="24"/>
        </w:rPr>
        <w:t>[DATE OF BIRTH OF PRINCIPAL]</w:t>
      </w:r>
      <w:r>
        <w:rPr>
          <w:rFonts w:ascii="Times New Roman" w:hAnsi="Times New Roman" w:eastAsia="Times New Roman" w:cs="Times New Roman"/>
          <w:sz w:val="24"/>
        </w:rPr>
        <w:br/>
        <w:t>Social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Security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Number: </w:t>
      </w:r>
      <w:r>
        <w:rPr>
          <w:rFonts w:ascii="Times New Roman" w:hAnsi="Times New Roman" w:eastAsia="Times New Roman" w:cs="Times New Roman"/>
          <w:sz w:val="24"/>
        </w:rPr>
        <w:t>[SOCIAL SECURITY NUMBER OF PRINCIPAL]</w:t>
      </w:r>
    </w:p>
    <w:p>
      <w:pPr>
        <w:spacing w:before="95" w:after="0" w:line="480" w:lineRule="auto"/>
      </w:pPr>
      <w:r>
        <w:rPr>
          <w:rFonts w:ascii="Times New Roman" w:hAnsi="Times New Roman" w:eastAsia="Times New Roman" w:cs="Times New Roman"/>
          <w:sz w:val="24"/>
        </w:rPr>
        <w:t>If t</w:t>
      </w:r>
      <w:r>
        <w:rPr>
          <w:rFonts w:ascii="Times New Roman" w:hAnsi="Times New Roman" w:eastAsia="Times New Roman" w:cs="Times New Roman"/>
          <w:sz w:val="24"/>
        </w:rPr>
        <w:t>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Company’s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following:</w:t>
        <w:br/>
        <w:t>Federal ID/EIN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Number: </w:t>
      </w:r>
      <w:r>
        <w:rPr>
          <w:rFonts w:ascii="Times New Roman" w:hAnsi="Times New Roman" w:eastAsia="Times New Roman" w:cs="Times New Roman"/>
          <w:sz w:val="24"/>
        </w:rPr>
        <w:t>[FEDERAL ID OR EIN OF COMPANY]</w:t>
      </w:r>
      <w:r>
        <w:rPr>
          <w:rFonts w:ascii="Times New Roman" w:hAnsi="Times New Roman" w:eastAsia="Times New Roman" w:cs="Times New Roman"/>
          <w:sz w:val="24"/>
        </w:rPr>
        <w:tab/>
        <w:t>.</w:t>
      </w:r>
    </w:p>
    <w:p>
      <w:pPr>
        <w:spacing w:before="5" w:after="0" w:line="480" w:lineRule="auto"/>
      </w:pPr>
    </w:p>
    <w:p>
      <w:pPr>
        <w:spacing w:before="5" w:after="0" w:line="480" w:lineRule="auto"/>
      </w:pPr>
      <w:r>
        <w:rPr>
          <w:rFonts w:ascii="Times New Roman" w:hAnsi="Times New Roman" w:eastAsia="Times New Roman" w:cs="Times New Roman"/>
          <w:b/>
          <w:sz w:val="24"/>
        </w:rPr>
        <w:t>Principal’s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_____________________________</w:t>
      </w:r>
      <w:r>
        <w:rPr>
          <w:rFonts w:ascii="Times New Roman" w:hAnsi="Times New Roman" w:eastAsia="Times New Roman" w:cs="Times New Roman"/>
          <w:sz w:val="24"/>
        </w:rPr>
        <w:t xml:space="preserve"> Date: _______________</w:t>
      </w: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STATE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SOUTH CAROLINA</w:t>
      </w:r>
    </w:p>
    <w:p>
      <w:pPr>
        <w:spacing w:before="13" w:after="0" w:line="480" w:lineRule="auto"/>
      </w:pP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[COUNTY NAME]</w:t>
      </w:r>
      <w:r>
        <w:rPr>
          <w:rFonts w:ascii="Times New Roman" w:hAnsi="Times New Roman" w:eastAsia="Times New Roman" w:cs="Times New Roman"/>
          <w:sz w:val="24"/>
        </w:rPr>
        <w:t>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ss.</w:t>
        <w:tab/>
      </w:r>
    </w:p>
    <w:p>
      <w:pPr>
        <w:spacing w:before="10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Before me personally appeared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above-named </w:t>
      </w:r>
      <w:r>
        <w:rPr>
          <w:rFonts w:ascii="Times New Roman" w:hAnsi="Times New Roman" w:eastAsia="Times New Roman" w:cs="Times New Roman"/>
          <w:sz w:val="24"/>
        </w:rPr>
        <w:t>[NAME OF PRINCIPAL OR OFFICER OF COMPANY]</w:t>
      </w:r>
      <w:r>
        <w:rPr>
          <w:rFonts w:ascii="Times New Roman" w:hAnsi="Times New Roman" w:eastAsia="Times New Roman" w:cs="Times New Roman"/>
          <w:sz w:val="24"/>
        </w:rPr>
        <w:t>, acting as principal 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above-mentioned vehicle </w:t>
      </w:r>
      <w:r>
        <w:rPr>
          <w:rFonts w:ascii="Times New Roman" w:hAnsi="Times New Roman" w:eastAsia="Times New Roman" w:cs="Times New Roman"/>
          <w:sz w:val="24"/>
        </w:rPr>
        <w:t>and duly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foregoing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his/her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 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his/her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individual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capacity or, if the representative of a company, acknowledges that he or she is duly authorized to sign the foregoing instrument on behalf of the company.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b/>
          <w:sz w:val="24"/>
        </w:rPr>
        <w:t>Notary Signature</w:t>
      </w:r>
      <w:r>
        <w:rPr>
          <w:rFonts w:ascii="Times New Roman" w:hAnsi="Times New Roman" w:eastAsia="Times New Roman" w:cs="Times New Roman"/>
          <w:sz w:val="24"/>
        </w:rPr>
        <w:t xml:space="preserve"> ___________________________________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b/>
          <w:sz w:val="24"/>
        </w:rPr>
        <w:t>Print 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[NOTARY 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b/>
          <w:sz w:val="24"/>
        </w:rPr>
        <w:t>My Commission Expires</w:t>
      </w:r>
      <w:r>
        <w:rPr>
          <w:rFonts w:ascii="Times New Roman" w:hAnsi="Times New Roman" w:eastAsia="Times New Roman" w:cs="Times New Roman"/>
          <w:sz w:val="24"/>
        </w:rPr>
        <w:t xml:space="preserve">: </w:t>
      </w:r>
      <w:r>
        <w:rPr>
          <w:rFonts w:ascii="Times New Roman" w:hAnsi="Times New Roman" w:eastAsia="Times New Roman" w:cs="Times New Roman"/>
          <w:sz w:val="24"/>
        </w:rPr>
        <w:t>[DATE COMMISSION EXPIRES]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br/>
      </w:r>
    </w:p>
    <w:p>
      <w:pPr>
        <w:spacing w:line="480" w:lineRule="auto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