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SOUTH CAROLINA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South Carolina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On this ____ day of _________________, 20____, before me appeared _________________ as the Husband and _________________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Husband, sought and received sufficient legal consultation in reference to a Prenuptial Agreement. The Husband’s legal consultation was separate from _________________,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Wife, sought and received sufficient legal consultation in reference to a Prenuptial Agreement. The Wife’s legal consultation was separate from _________________,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PROPERTY]</w:t>
      </w:r>
    </w:p>
    <w:p>
      <w:pPr/>
    </w:p>
    <w:p>
      <w:pPr/>
    </w:p>
    <w:p>
      <w:pPr/>
    </w:p>
    <w:p>
      <w:pPr>
        <w:spacing w:before="0" w:after="0"/>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&amp; LIABILITIES]</w:t>
      </w:r>
    </w:p>
    <w:p>
      <w:pPr/>
    </w:p>
    <w:p>
      <w:pPr/>
    </w:p>
    <w:p>
      <w:pPr>
        <w:spacing w:before="0" w:after="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PROPERTY]</w:t>
      </w:r>
    </w:p>
    <w:p>
      <w:pPr/>
    </w:p>
    <w:p>
      <w:pP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&amp; LIABILITIES]</w:t>
      </w:r>
    </w:p>
    <w:p>
      <w:pPr/>
    </w:p>
    <w:p>
      <w:pP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